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AB2CD" w14:textId="77777777" w:rsidR="004361F1" w:rsidRPr="004361F1" w:rsidRDefault="004361F1" w:rsidP="004361F1">
      <w:pPr>
        <w:spacing w:after="0" w:line="240" w:lineRule="auto"/>
        <w:rPr>
          <w:rFonts w:ascii="Times New Roman" w:eastAsia="Times New Roman" w:hAnsi="Times New Roman" w:cs="Times New Roman"/>
          <w:sz w:val="24"/>
          <w:szCs w:val="24"/>
          <w:lang w:val="sv-SE" w:eastAsia="sv-SE"/>
        </w:rPr>
      </w:pPr>
      <w:bookmarkStart w:id="0" w:name="_Hlk198886876"/>
      <w:bookmarkStart w:id="1" w:name="_Toc119332225"/>
      <w:bookmarkStart w:id="2" w:name="_Toc198883715"/>
      <w:bookmarkStart w:id="3" w:name="_Toc198883900"/>
      <w:bookmarkEnd w:id="0"/>
      <w:r w:rsidRPr="004361F1">
        <w:rPr>
          <w:rFonts w:ascii="Times New Roman" w:eastAsia="Times New Roman" w:hAnsi="Times New Roman" w:cs="Times New Roman"/>
          <w:noProof/>
          <w:sz w:val="24"/>
          <w:szCs w:val="24"/>
          <w:lang w:val="sv-SE" w:eastAsia="sv-SE"/>
        </w:rPr>
        <w:drawing>
          <wp:inline distT="0" distB="0" distL="0" distR="0" wp14:anchorId="01DA6560" wp14:editId="079E1557">
            <wp:extent cx="7105362" cy="9648514"/>
            <wp:effectExtent l="0" t="0" r="0" b="0"/>
            <wp:docPr id="95743767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37672" name="Bild 1"/>
                    <pic:cNvPicPr>
                      <a:picLocks noChangeAspect="1" noChangeArrowheads="1"/>
                    </pic:cNvPicPr>
                  </pic:nvPicPr>
                  <pic:blipFill rotWithShape="1">
                    <a:blip r:embed="rId8">
                      <a:extLst>
                        <a:ext uri="{28A0092B-C50C-407E-A947-70E740481C1C}">
                          <a14:useLocalDpi xmlns:a14="http://schemas.microsoft.com/office/drawing/2010/main" val="0"/>
                        </a:ext>
                      </a:extLst>
                    </a:blip>
                    <a:srcRect l="8061" t="7569" r="-12216" b="-7569"/>
                    <a:stretch/>
                  </pic:blipFill>
                  <pic:spPr bwMode="auto">
                    <a:xfrm>
                      <a:off x="0" y="0"/>
                      <a:ext cx="7166769" cy="9731900"/>
                    </a:xfrm>
                    <a:prstGeom prst="rect">
                      <a:avLst/>
                    </a:prstGeom>
                    <a:noFill/>
                    <a:ln>
                      <a:noFill/>
                    </a:ln>
                    <a:extLst>
                      <a:ext uri="{53640926-AAD7-44D8-BBD7-CCE9431645EC}">
                        <a14:shadowObscured xmlns:a14="http://schemas.microsoft.com/office/drawing/2010/main"/>
                      </a:ext>
                    </a:extLst>
                  </pic:spPr>
                </pic:pic>
              </a:graphicData>
            </a:graphic>
          </wp:inline>
        </w:drawing>
      </w:r>
    </w:p>
    <w:p w14:paraId="1216CB33" w14:textId="77777777" w:rsidR="00165D4E" w:rsidRDefault="00165D4E" w:rsidP="00D440EE">
      <w:pPr>
        <w:pStyle w:val="Rubrik1"/>
        <w:rPr>
          <w:rFonts w:ascii="Arial" w:hAnsi="Arial" w:cs="Arial"/>
          <w:color w:val="auto"/>
          <w:lang w:val="sv-SE"/>
        </w:rPr>
      </w:pPr>
    </w:p>
    <w:p w14:paraId="1EF3B895" w14:textId="4C87D582" w:rsidR="00B86FA6" w:rsidRPr="00AE3CBB" w:rsidRDefault="00B86FA6" w:rsidP="00D440EE">
      <w:pPr>
        <w:pStyle w:val="Rubrik1"/>
        <w:rPr>
          <w:rFonts w:ascii="Arial" w:hAnsi="Arial" w:cs="Arial"/>
          <w:color w:val="auto"/>
          <w:lang w:val="sv-SE"/>
        </w:rPr>
      </w:pPr>
      <w:r w:rsidRPr="00AE3CBB">
        <w:rPr>
          <w:rFonts w:ascii="Arial" w:hAnsi="Arial" w:cs="Arial"/>
          <w:color w:val="auto"/>
          <w:lang w:val="sv-SE"/>
        </w:rPr>
        <w:t xml:space="preserve">Omslagets syntolkning: </w:t>
      </w:r>
    </w:p>
    <w:p w14:paraId="462DF9D8" w14:textId="50008F06" w:rsidR="00AE3CBB" w:rsidRDefault="00AE3CBB" w:rsidP="00AE3CBB">
      <w:pPr>
        <w:rPr>
          <w:rFonts w:ascii="Arial" w:hAnsi="Arial" w:cs="Arial"/>
          <w:sz w:val="28"/>
          <w:szCs w:val="28"/>
          <w:lang w:val="sv-SE"/>
        </w:rPr>
      </w:pPr>
      <w:r w:rsidRPr="00AE3CBB">
        <w:rPr>
          <w:rFonts w:ascii="Arial" w:hAnsi="Arial" w:cs="Arial"/>
          <w:sz w:val="28"/>
          <w:szCs w:val="28"/>
          <w:lang w:val="sv-SE"/>
        </w:rPr>
        <w:t>Bilden visar husfasaden med skylten "</w:t>
      </w:r>
      <w:proofErr w:type="spellStart"/>
      <w:r w:rsidRPr="00AE3CBB">
        <w:rPr>
          <w:rFonts w:ascii="Arial" w:hAnsi="Arial" w:cs="Arial"/>
          <w:sz w:val="28"/>
          <w:szCs w:val="28"/>
          <w:lang w:val="sv-SE"/>
        </w:rPr>
        <w:t>Maison</w:t>
      </w:r>
      <w:proofErr w:type="spellEnd"/>
      <w:r w:rsidRPr="00AE3CBB">
        <w:rPr>
          <w:rFonts w:ascii="Arial" w:hAnsi="Arial" w:cs="Arial"/>
          <w:sz w:val="28"/>
          <w:szCs w:val="28"/>
          <w:lang w:val="sv-SE"/>
        </w:rPr>
        <w:t xml:space="preserve"> </w:t>
      </w:r>
      <w:proofErr w:type="spellStart"/>
      <w:r w:rsidRPr="00AE3CBB">
        <w:rPr>
          <w:rFonts w:ascii="Arial" w:hAnsi="Arial" w:cs="Arial"/>
          <w:sz w:val="28"/>
          <w:szCs w:val="28"/>
          <w:lang w:val="sv-SE"/>
        </w:rPr>
        <w:t>Louse</w:t>
      </w:r>
      <w:proofErr w:type="spellEnd"/>
      <w:r w:rsidRPr="00AE3CBB">
        <w:rPr>
          <w:rFonts w:ascii="Arial" w:hAnsi="Arial" w:cs="Arial"/>
          <w:sz w:val="28"/>
          <w:szCs w:val="28"/>
          <w:lang w:val="sv-SE"/>
        </w:rPr>
        <w:t xml:space="preserve"> Braille", omgiven av grönska.</w:t>
      </w:r>
      <w:r>
        <w:rPr>
          <w:lang w:val="sv-SE"/>
        </w:rPr>
        <w:t xml:space="preserve"> </w:t>
      </w:r>
      <w:r w:rsidRPr="00AE3CBB">
        <w:rPr>
          <w:rFonts w:ascii="Arial" w:hAnsi="Arial" w:cs="Arial"/>
          <w:sz w:val="28"/>
          <w:szCs w:val="28"/>
          <w:lang w:val="sv-SE"/>
        </w:rPr>
        <w:t>Bilden är tagen av Åsa Nilsson år 2016</w:t>
      </w:r>
      <w:r>
        <w:rPr>
          <w:rFonts w:ascii="Arial" w:hAnsi="Arial" w:cs="Arial"/>
          <w:sz w:val="28"/>
          <w:szCs w:val="28"/>
          <w:lang w:val="sv-SE"/>
        </w:rPr>
        <w:t xml:space="preserve">. </w:t>
      </w:r>
    </w:p>
    <w:p w14:paraId="6708B17D" w14:textId="77777777" w:rsidR="00CC2F2C" w:rsidRDefault="00CC2F2C" w:rsidP="00AE3CBB">
      <w:pPr>
        <w:rPr>
          <w:rFonts w:ascii="Arial" w:hAnsi="Arial" w:cs="Arial"/>
          <w:sz w:val="28"/>
          <w:szCs w:val="28"/>
          <w:lang w:val="sv-SE"/>
        </w:rPr>
      </w:pPr>
    </w:p>
    <w:p w14:paraId="23C91919" w14:textId="77777777" w:rsidR="00AA0E2F" w:rsidRDefault="00AA0E2F" w:rsidP="00AE3CBB">
      <w:pPr>
        <w:rPr>
          <w:rFonts w:ascii="Arial" w:hAnsi="Arial" w:cs="Arial"/>
          <w:sz w:val="28"/>
          <w:szCs w:val="28"/>
          <w:lang w:val="sv-SE"/>
        </w:rPr>
      </w:pPr>
    </w:p>
    <w:p w14:paraId="1C4F5D5C" w14:textId="77777777" w:rsidR="00AA0E2F" w:rsidRDefault="00AA0E2F" w:rsidP="00AE3CBB">
      <w:pPr>
        <w:rPr>
          <w:rFonts w:ascii="Arial" w:hAnsi="Arial" w:cs="Arial"/>
          <w:sz w:val="28"/>
          <w:szCs w:val="28"/>
          <w:lang w:val="sv-SE"/>
        </w:rPr>
      </w:pPr>
    </w:p>
    <w:p w14:paraId="196E405D" w14:textId="77777777" w:rsidR="00AA0E2F" w:rsidRDefault="00AA0E2F" w:rsidP="00AE3CBB">
      <w:pPr>
        <w:rPr>
          <w:rFonts w:ascii="Arial" w:hAnsi="Arial" w:cs="Arial"/>
          <w:sz w:val="28"/>
          <w:szCs w:val="28"/>
          <w:lang w:val="sv-SE"/>
        </w:rPr>
      </w:pPr>
    </w:p>
    <w:p w14:paraId="07ABF1A6" w14:textId="77777777" w:rsidR="00AA0E2F" w:rsidRDefault="00AA0E2F" w:rsidP="00AE3CBB">
      <w:pPr>
        <w:rPr>
          <w:rFonts w:ascii="Arial" w:hAnsi="Arial" w:cs="Arial"/>
          <w:sz w:val="28"/>
          <w:szCs w:val="28"/>
          <w:lang w:val="sv-SE"/>
        </w:rPr>
      </w:pPr>
    </w:p>
    <w:p w14:paraId="5322D839" w14:textId="77777777" w:rsidR="00AA0E2F" w:rsidRDefault="00AA0E2F" w:rsidP="00AE3CBB">
      <w:pPr>
        <w:rPr>
          <w:rFonts w:ascii="Arial" w:hAnsi="Arial" w:cs="Arial"/>
          <w:sz w:val="28"/>
          <w:szCs w:val="28"/>
          <w:lang w:val="sv-SE"/>
        </w:rPr>
      </w:pPr>
    </w:p>
    <w:p w14:paraId="4647FBE5" w14:textId="77777777" w:rsidR="00AA0E2F" w:rsidRDefault="00AA0E2F" w:rsidP="00AE3CBB">
      <w:pPr>
        <w:rPr>
          <w:rFonts w:ascii="Arial" w:hAnsi="Arial" w:cs="Arial"/>
          <w:sz w:val="28"/>
          <w:szCs w:val="28"/>
          <w:lang w:val="sv-SE"/>
        </w:rPr>
      </w:pPr>
    </w:p>
    <w:p w14:paraId="1223C511" w14:textId="77777777" w:rsidR="00AA0E2F" w:rsidRDefault="00AA0E2F" w:rsidP="00AE3CBB">
      <w:pPr>
        <w:rPr>
          <w:rFonts w:ascii="Arial" w:hAnsi="Arial" w:cs="Arial"/>
          <w:sz w:val="28"/>
          <w:szCs w:val="28"/>
          <w:lang w:val="sv-SE"/>
        </w:rPr>
      </w:pPr>
    </w:p>
    <w:p w14:paraId="54AD270C" w14:textId="77777777" w:rsidR="00AA0E2F" w:rsidRDefault="00AA0E2F" w:rsidP="00AE3CBB">
      <w:pPr>
        <w:rPr>
          <w:rFonts w:ascii="Arial" w:hAnsi="Arial" w:cs="Arial"/>
          <w:sz w:val="28"/>
          <w:szCs w:val="28"/>
          <w:lang w:val="sv-SE"/>
        </w:rPr>
      </w:pPr>
    </w:p>
    <w:p w14:paraId="064AF45B" w14:textId="77777777" w:rsidR="00AA0E2F" w:rsidRDefault="00AA0E2F" w:rsidP="00AE3CBB">
      <w:pPr>
        <w:rPr>
          <w:rFonts w:ascii="Arial" w:hAnsi="Arial" w:cs="Arial"/>
          <w:sz w:val="28"/>
          <w:szCs w:val="28"/>
          <w:lang w:val="sv-SE"/>
        </w:rPr>
      </w:pPr>
    </w:p>
    <w:p w14:paraId="325CA9F2" w14:textId="77777777" w:rsidR="00AA0E2F" w:rsidRDefault="00AA0E2F" w:rsidP="00AE3CBB">
      <w:pPr>
        <w:rPr>
          <w:rFonts w:ascii="Arial" w:hAnsi="Arial" w:cs="Arial"/>
          <w:sz w:val="28"/>
          <w:szCs w:val="28"/>
          <w:lang w:val="sv-SE"/>
        </w:rPr>
      </w:pPr>
    </w:p>
    <w:p w14:paraId="51C94CCB" w14:textId="77777777" w:rsidR="00AA0E2F" w:rsidRDefault="00AA0E2F" w:rsidP="00AE3CBB">
      <w:pPr>
        <w:rPr>
          <w:rFonts w:ascii="Arial" w:hAnsi="Arial" w:cs="Arial"/>
          <w:sz w:val="28"/>
          <w:szCs w:val="28"/>
          <w:lang w:val="sv-SE"/>
        </w:rPr>
      </w:pPr>
    </w:p>
    <w:p w14:paraId="6D70329A" w14:textId="77777777" w:rsidR="00AA0E2F" w:rsidRDefault="00AA0E2F" w:rsidP="00AE3CBB">
      <w:pPr>
        <w:rPr>
          <w:rFonts w:ascii="Arial" w:hAnsi="Arial" w:cs="Arial"/>
          <w:sz w:val="28"/>
          <w:szCs w:val="28"/>
          <w:lang w:val="sv-SE"/>
        </w:rPr>
      </w:pPr>
    </w:p>
    <w:p w14:paraId="612CF4BA" w14:textId="77777777" w:rsidR="00AA0E2F" w:rsidRDefault="00AA0E2F" w:rsidP="00AE3CBB">
      <w:pPr>
        <w:rPr>
          <w:rFonts w:ascii="Arial" w:hAnsi="Arial" w:cs="Arial"/>
          <w:sz w:val="28"/>
          <w:szCs w:val="28"/>
          <w:lang w:val="sv-SE"/>
        </w:rPr>
      </w:pPr>
    </w:p>
    <w:p w14:paraId="0EB8E0B4" w14:textId="77777777" w:rsidR="00AA0E2F" w:rsidRDefault="00AA0E2F" w:rsidP="00AE3CBB">
      <w:pPr>
        <w:rPr>
          <w:rFonts w:ascii="Arial" w:hAnsi="Arial" w:cs="Arial"/>
          <w:sz w:val="28"/>
          <w:szCs w:val="28"/>
          <w:lang w:val="sv-SE"/>
        </w:rPr>
      </w:pPr>
    </w:p>
    <w:p w14:paraId="0C36A954" w14:textId="77777777" w:rsidR="00AA0E2F" w:rsidRDefault="00AA0E2F" w:rsidP="00AE3CBB">
      <w:pPr>
        <w:rPr>
          <w:rFonts w:ascii="Arial" w:hAnsi="Arial" w:cs="Arial"/>
          <w:sz w:val="28"/>
          <w:szCs w:val="28"/>
          <w:lang w:val="sv-SE"/>
        </w:rPr>
      </w:pPr>
    </w:p>
    <w:p w14:paraId="3C893C37" w14:textId="77777777" w:rsidR="00AA0E2F" w:rsidRDefault="00AA0E2F" w:rsidP="00AE3CBB">
      <w:pPr>
        <w:rPr>
          <w:rFonts w:ascii="Arial" w:hAnsi="Arial" w:cs="Arial"/>
          <w:sz w:val="28"/>
          <w:szCs w:val="28"/>
          <w:lang w:val="sv-SE"/>
        </w:rPr>
      </w:pPr>
    </w:p>
    <w:p w14:paraId="2D9CBFDF" w14:textId="77777777" w:rsidR="00AA0E2F" w:rsidRDefault="00AA0E2F" w:rsidP="00AE3CBB">
      <w:pPr>
        <w:rPr>
          <w:rFonts w:ascii="Arial" w:hAnsi="Arial" w:cs="Arial"/>
          <w:sz w:val="28"/>
          <w:szCs w:val="28"/>
          <w:lang w:val="sv-SE"/>
        </w:rPr>
      </w:pPr>
    </w:p>
    <w:p w14:paraId="613ABE1C" w14:textId="77777777" w:rsidR="00AA0E2F" w:rsidRDefault="00AA0E2F" w:rsidP="00AE3CBB">
      <w:pPr>
        <w:rPr>
          <w:rFonts w:ascii="Arial" w:hAnsi="Arial" w:cs="Arial"/>
          <w:sz w:val="28"/>
          <w:szCs w:val="28"/>
          <w:lang w:val="sv-SE"/>
        </w:rPr>
      </w:pPr>
    </w:p>
    <w:p w14:paraId="14501E67" w14:textId="77777777" w:rsidR="00AA0E2F" w:rsidRDefault="00AA0E2F" w:rsidP="00AE3CBB">
      <w:pPr>
        <w:rPr>
          <w:rFonts w:ascii="Arial" w:hAnsi="Arial" w:cs="Arial"/>
          <w:sz w:val="28"/>
          <w:szCs w:val="28"/>
          <w:lang w:val="sv-SE"/>
        </w:rPr>
      </w:pPr>
    </w:p>
    <w:p w14:paraId="1B44D917" w14:textId="77777777" w:rsidR="00AA0E2F" w:rsidRDefault="00AA0E2F" w:rsidP="00AE3CBB">
      <w:pPr>
        <w:rPr>
          <w:rFonts w:ascii="Arial" w:hAnsi="Arial" w:cs="Arial"/>
          <w:sz w:val="28"/>
          <w:szCs w:val="28"/>
          <w:lang w:val="sv-SE"/>
        </w:rPr>
      </w:pPr>
    </w:p>
    <w:p w14:paraId="0AF09D61" w14:textId="77777777" w:rsidR="00AA0E2F" w:rsidRDefault="00AA0E2F" w:rsidP="00AE3CBB">
      <w:pPr>
        <w:rPr>
          <w:rFonts w:ascii="Arial" w:hAnsi="Arial" w:cs="Arial"/>
          <w:sz w:val="28"/>
          <w:szCs w:val="28"/>
          <w:lang w:val="sv-SE"/>
        </w:rPr>
      </w:pPr>
    </w:p>
    <w:p w14:paraId="43BD90F9" w14:textId="77777777" w:rsidR="003E2C5F" w:rsidRPr="00AE3CBB" w:rsidRDefault="003E2C5F" w:rsidP="00AE3CBB">
      <w:pPr>
        <w:rPr>
          <w:rFonts w:ascii="Arial" w:hAnsi="Arial" w:cs="Arial"/>
          <w:sz w:val="28"/>
          <w:szCs w:val="28"/>
          <w:lang w:val="sv-SE"/>
        </w:rPr>
      </w:pPr>
    </w:p>
    <w:p w14:paraId="2392E1B8" w14:textId="2E4B6F25" w:rsidR="00664818" w:rsidRPr="00B05E02" w:rsidRDefault="00664818" w:rsidP="00D440EE">
      <w:pPr>
        <w:pStyle w:val="Rubrik1"/>
        <w:rPr>
          <w:rFonts w:ascii="Arial" w:hAnsi="Arial" w:cs="Arial"/>
          <w:sz w:val="36"/>
          <w:szCs w:val="36"/>
          <w:lang w:val="sv-SE"/>
        </w:rPr>
      </w:pPr>
      <w:r w:rsidRPr="00B05E02">
        <w:rPr>
          <w:rFonts w:ascii="Arial" w:hAnsi="Arial" w:cs="Arial"/>
          <w:sz w:val="36"/>
          <w:szCs w:val="36"/>
          <w:lang w:val="sv-SE"/>
        </w:rPr>
        <w:t>Innehåll</w:t>
      </w:r>
      <w:bookmarkEnd w:id="1"/>
      <w:bookmarkEnd w:id="2"/>
      <w:bookmarkEnd w:id="3"/>
    </w:p>
    <w:bookmarkStart w:id="4" w:name="_Toc132890625" w:displacedByCustomXml="next"/>
    <w:bookmarkStart w:id="5" w:name="_Toc150507750" w:displacedByCustomXml="next"/>
    <w:sdt>
      <w:sdtPr>
        <w:rPr>
          <w:rFonts w:ascii="Arial" w:eastAsia="Calibri" w:hAnsi="Arial" w:cs="Arial"/>
          <w:b w:val="0"/>
          <w:bCs w:val="0"/>
          <w:color w:val="auto"/>
          <w:sz w:val="22"/>
          <w:szCs w:val="22"/>
        </w:rPr>
        <w:id w:val="570238428"/>
        <w:docPartObj>
          <w:docPartGallery w:val="Table of Contents"/>
          <w:docPartUnique/>
        </w:docPartObj>
      </w:sdtPr>
      <w:sdtEndPr>
        <w:rPr>
          <w:rFonts w:ascii="Sofia Sans" w:eastAsiaTheme="minorEastAsia" w:hAnsi="Sofia Sans" w:cstheme="minorBidi"/>
        </w:rPr>
      </w:sdtEndPr>
      <w:sdtContent>
        <w:p w14:paraId="565CFE2B" w14:textId="2D7602EB" w:rsidR="00B86FA6" w:rsidRPr="00AA0E2F" w:rsidRDefault="00664818" w:rsidP="00D95849">
          <w:pPr>
            <w:pStyle w:val="Innehllsfrteckningsrubrik"/>
            <w:rPr>
              <w:rFonts w:ascii="Arial" w:hAnsi="Arial" w:cs="Arial"/>
              <w:b w:val="0"/>
              <w:bCs w:val="0"/>
              <w:noProof/>
              <w:color w:val="auto"/>
              <w:lang w:val="sv-SE"/>
            </w:rPr>
          </w:pPr>
          <w:r w:rsidRPr="00AA0E2F">
            <w:rPr>
              <w:rFonts w:ascii="Arial" w:hAnsi="Arial" w:cs="Arial"/>
              <w:highlight w:val="yellow"/>
            </w:rPr>
            <w:fldChar w:fldCharType="begin"/>
          </w:r>
          <w:r w:rsidRPr="00AA0E2F">
            <w:rPr>
              <w:rFonts w:ascii="Arial" w:hAnsi="Arial" w:cs="Arial"/>
              <w:highlight w:val="yellow"/>
              <w:lang w:val="sv-SE"/>
            </w:rPr>
            <w:instrText xml:space="preserve"> TOC \o "1-3" \h \z \u </w:instrText>
          </w:r>
          <w:r w:rsidRPr="00AA0E2F">
            <w:rPr>
              <w:rFonts w:ascii="Arial" w:hAnsi="Arial" w:cs="Arial"/>
              <w:highlight w:val="yellow"/>
            </w:rPr>
            <w:fldChar w:fldCharType="separate"/>
          </w:r>
          <w:r w:rsidR="006A7471" w:rsidRPr="00AA0E2F">
            <w:rPr>
              <w:rFonts w:ascii="Arial" w:hAnsi="Arial" w:cs="Arial"/>
              <w:b w:val="0"/>
              <w:bCs w:val="0"/>
              <w:noProof/>
              <w:color w:val="auto"/>
              <w:lang w:val="sv-SE"/>
            </w:rPr>
            <w:t>Upptäck världen med SRF Go!</w:t>
          </w:r>
          <w:r w:rsidR="00B05E02" w:rsidRPr="00AA0E2F">
            <w:rPr>
              <w:rFonts w:ascii="Arial" w:hAnsi="Arial" w:cs="Arial"/>
              <w:b w:val="0"/>
              <w:bCs w:val="0"/>
              <w:noProof/>
              <w:color w:val="auto"/>
              <w:lang w:val="sv-SE"/>
            </w:rPr>
            <w:t xml:space="preserve"> </w:t>
          </w:r>
        </w:p>
        <w:p w14:paraId="488F901C" w14:textId="29341BCA" w:rsidR="00B86FA6" w:rsidRPr="00AA0E2F" w:rsidRDefault="00B86FA6" w:rsidP="005512D1">
          <w:pPr>
            <w:pStyle w:val="Innehll1"/>
            <w:rPr>
              <w:kern w:val="2"/>
              <w:sz w:val="28"/>
              <w:szCs w:val="28"/>
              <w:lang w:eastAsia="sv-SE"/>
              <w14:ligatures w14:val="standardContextual"/>
            </w:rPr>
          </w:pPr>
          <w:hyperlink w:anchor="_Toc198883901" w:history="1">
            <w:r w:rsidRPr="00AA0E2F">
              <w:rPr>
                <w:rFonts w:eastAsiaTheme="majorEastAsia"/>
                <w:sz w:val="28"/>
                <w:szCs w:val="28"/>
                <w:lang w:eastAsia="sv-SE"/>
              </w:rPr>
              <w:t>Säsongens gruppresor</w:t>
            </w:r>
            <w:r w:rsidRPr="00AA0E2F">
              <w:rPr>
                <w:webHidden/>
                <w:sz w:val="28"/>
                <w:szCs w:val="28"/>
              </w:rPr>
              <w:tab/>
            </w:r>
            <w:r w:rsidRPr="00AA0E2F">
              <w:rPr>
                <w:webHidden/>
                <w:sz w:val="28"/>
                <w:szCs w:val="28"/>
              </w:rPr>
              <w:fldChar w:fldCharType="begin"/>
            </w:r>
            <w:r w:rsidRPr="00AA0E2F">
              <w:rPr>
                <w:webHidden/>
                <w:sz w:val="28"/>
                <w:szCs w:val="28"/>
              </w:rPr>
              <w:instrText xml:space="preserve"> PAGEREF _Toc198883901 \h </w:instrText>
            </w:r>
            <w:r w:rsidRPr="00AA0E2F">
              <w:rPr>
                <w:webHidden/>
                <w:sz w:val="28"/>
                <w:szCs w:val="28"/>
              </w:rPr>
            </w:r>
            <w:r w:rsidRPr="00AA0E2F">
              <w:rPr>
                <w:webHidden/>
                <w:sz w:val="28"/>
                <w:szCs w:val="28"/>
              </w:rPr>
              <w:fldChar w:fldCharType="separate"/>
            </w:r>
            <w:r w:rsidR="005B6AB1">
              <w:rPr>
                <w:webHidden/>
                <w:sz w:val="28"/>
                <w:szCs w:val="28"/>
              </w:rPr>
              <w:t>3</w:t>
            </w:r>
            <w:r w:rsidRPr="00AA0E2F">
              <w:rPr>
                <w:webHidden/>
                <w:sz w:val="28"/>
                <w:szCs w:val="28"/>
              </w:rPr>
              <w:fldChar w:fldCharType="end"/>
            </w:r>
          </w:hyperlink>
        </w:p>
        <w:p w14:paraId="46986FDE" w14:textId="14982E1B" w:rsidR="00B86FA6" w:rsidRPr="00AA0E2F" w:rsidRDefault="00B86FA6" w:rsidP="00D95849">
          <w:pPr>
            <w:pStyle w:val="Innehll2"/>
            <w:tabs>
              <w:tab w:val="right" w:leader="dot" w:pos="9060"/>
            </w:tabs>
            <w:ind w:left="0"/>
            <w:rPr>
              <w:rFonts w:ascii="Arial" w:hAnsi="Arial" w:cs="Arial"/>
              <w:noProof/>
              <w:kern w:val="2"/>
              <w:sz w:val="28"/>
              <w:szCs w:val="28"/>
              <w:lang w:val="sv-SE" w:eastAsia="sv-SE"/>
              <w14:ligatures w14:val="standardContextual"/>
            </w:rPr>
          </w:pPr>
          <w:hyperlink w:anchor="_Toc198883902" w:history="1">
            <w:r w:rsidRPr="00AA0E2F">
              <w:rPr>
                <w:rStyle w:val="Hyperlnk"/>
                <w:rFonts w:ascii="Arial" w:hAnsi="Arial" w:cs="Arial"/>
                <w:noProof/>
                <w:color w:val="auto"/>
                <w:sz w:val="28"/>
                <w:szCs w:val="28"/>
                <w:lang w:val="sv-SE" w:eastAsia="sv-SE"/>
              </w:rPr>
              <w:t>Paris och Coupvray – staden som gav världen Louis Braille</w:t>
            </w:r>
            <w:r w:rsidRPr="00AA0E2F">
              <w:rPr>
                <w:rFonts w:ascii="Arial" w:hAnsi="Arial" w:cs="Arial"/>
                <w:noProof/>
                <w:webHidden/>
                <w:sz w:val="28"/>
                <w:szCs w:val="28"/>
              </w:rPr>
              <w:tab/>
            </w:r>
            <w:r w:rsidRPr="00AA0E2F">
              <w:rPr>
                <w:rFonts w:ascii="Arial" w:hAnsi="Arial" w:cs="Arial"/>
                <w:noProof/>
                <w:webHidden/>
                <w:sz w:val="28"/>
                <w:szCs w:val="28"/>
              </w:rPr>
              <w:fldChar w:fldCharType="begin"/>
            </w:r>
            <w:r w:rsidRPr="00AA0E2F">
              <w:rPr>
                <w:rFonts w:ascii="Arial" w:hAnsi="Arial" w:cs="Arial"/>
                <w:noProof/>
                <w:webHidden/>
                <w:sz w:val="28"/>
                <w:szCs w:val="28"/>
              </w:rPr>
              <w:instrText xml:space="preserve"> PAGEREF _Toc198883902 \h </w:instrText>
            </w:r>
            <w:r w:rsidRPr="00AA0E2F">
              <w:rPr>
                <w:rFonts w:ascii="Arial" w:hAnsi="Arial" w:cs="Arial"/>
                <w:noProof/>
                <w:webHidden/>
                <w:sz w:val="28"/>
                <w:szCs w:val="28"/>
              </w:rPr>
            </w:r>
            <w:r w:rsidRPr="00AA0E2F">
              <w:rPr>
                <w:rFonts w:ascii="Arial" w:hAnsi="Arial" w:cs="Arial"/>
                <w:noProof/>
                <w:webHidden/>
                <w:sz w:val="28"/>
                <w:szCs w:val="28"/>
              </w:rPr>
              <w:fldChar w:fldCharType="separate"/>
            </w:r>
            <w:r w:rsidR="005B6AB1">
              <w:rPr>
                <w:rFonts w:ascii="Arial" w:hAnsi="Arial" w:cs="Arial"/>
                <w:noProof/>
                <w:webHidden/>
                <w:sz w:val="28"/>
                <w:szCs w:val="28"/>
              </w:rPr>
              <w:t>4</w:t>
            </w:r>
            <w:r w:rsidRPr="00AA0E2F">
              <w:rPr>
                <w:rFonts w:ascii="Arial" w:hAnsi="Arial" w:cs="Arial"/>
                <w:noProof/>
                <w:webHidden/>
                <w:sz w:val="28"/>
                <w:szCs w:val="28"/>
              </w:rPr>
              <w:fldChar w:fldCharType="end"/>
            </w:r>
          </w:hyperlink>
        </w:p>
        <w:p w14:paraId="61086E7D" w14:textId="47409D6E" w:rsidR="00B86FA6" w:rsidRPr="00AA0E2F" w:rsidRDefault="00B86FA6" w:rsidP="00D95849">
          <w:pPr>
            <w:pStyle w:val="Innehll3"/>
            <w:tabs>
              <w:tab w:val="right" w:leader="dot" w:pos="9060"/>
            </w:tabs>
            <w:ind w:left="0"/>
            <w:rPr>
              <w:rFonts w:ascii="Arial" w:hAnsi="Arial" w:cs="Arial"/>
              <w:noProof/>
              <w:kern w:val="2"/>
              <w:sz w:val="28"/>
              <w:szCs w:val="28"/>
              <w:lang w:val="sv-SE" w:eastAsia="sv-SE"/>
              <w14:ligatures w14:val="standardContextual"/>
            </w:rPr>
          </w:pPr>
          <w:hyperlink w:anchor="_Toc198883903" w:history="1">
            <w:r w:rsidRPr="00AA0E2F">
              <w:rPr>
                <w:rStyle w:val="Hyperlnk"/>
                <w:rFonts w:ascii="Arial" w:hAnsi="Arial" w:cs="Arial"/>
                <w:noProof/>
                <w:color w:val="auto"/>
                <w:sz w:val="28"/>
                <w:szCs w:val="28"/>
                <w:lang w:val="sv-SE" w:eastAsia="sv-SE"/>
              </w:rPr>
              <w:t>Resedetaljer för Paris</w:t>
            </w:r>
            <w:r w:rsidRPr="00AA0E2F">
              <w:rPr>
                <w:rFonts w:ascii="Arial" w:hAnsi="Arial" w:cs="Arial"/>
                <w:noProof/>
                <w:webHidden/>
                <w:sz w:val="28"/>
                <w:szCs w:val="28"/>
              </w:rPr>
              <w:tab/>
            </w:r>
            <w:r w:rsidRPr="00AA0E2F">
              <w:rPr>
                <w:rFonts w:ascii="Arial" w:hAnsi="Arial" w:cs="Arial"/>
                <w:noProof/>
                <w:webHidden/>
                <w:sz w:val="28"/>
                <w:szCs w:val="28"/>
              </w:rPr>
              <w:fldChar w:fldCharType="begin"/>
            </w:r>
            <w:r w:rsidRPr="00AA0E2F">
              <w:rPr>
                <w:rFonts w:ascii="Arial" w:hAnsi="Arial" w:cs="Arial"/>
                <w:noProof/>
                <w:webHidden/>
                <w:sz w:val="28"/>
                <w:szCs w:val="28"/>
              </w:rPr>
              <w:instrText xml:space="preserve"> PAGEREF _Toc198883903 \h </w:instrText>
            </w:r>
            <w:r w:rsidRPr="00AA0E2F">
              <w:rPr>
                <w:rFonts w:ascii="Arial" w:hAnsi="Arial" w:cs="Arial"/>
                <w:noProof/>
                <w:webHidden/>
                <w:sz w:val="28"/>
                <w:szCs w:val="28"/>
              </w:rPr>
            </w:r>
            <w:r w:rsidRPr="00AA0E2F">
              <w:rPr>
                <w:rFonts w:ascii="Arial" w:hAnsi="Arial" w:cs="Arial"/>
                <w:noProof/>
                <w:webHidden/>
                <w:sz w:val="28"/>
                <w:szCs w:val="28"/>
              </w:rPr>
              <w:fldChar w:fldCharType="separate"/>
            </w:r>
            <w:r w:rsidR="005B6AB1">
              <w:rPr>
                <w:rFonts w:ascii="Arial" w:hAnsi="Arial" w:cs="Arial"/>
                <w:noProof/>
                <w:webHidden/>
                <w:sz w:val="28"/>
                <w:szCs w:val="28"/>
              </w:rPr>
              <w:t>4</w:t>
            </w:r>
            <w:r w:rsidRPr="00AA0E2F">
              <w:rPr>
                <w:rFonts w:ascii="Arial" w:hAnsi="Arial" w:cs="Arial"/>
                <w:noProof/>
                <w:webHidden/>
                <w:sz w:val="28"/>
                <w:szCs w:val="28"/>
              </w:rPr>
              <w:fldChar w:fldCharType="end"/>
            </w:r>
          </w:hyperlink>
        </w:p>
        <w:p w14:paraId="1B839F42" w14:textId="15E8093D" w:rsidR="00B86FA6" w:rsidRPr="00AA0E2F" w:rsidRDefault="00B86FA6" w:rsidP="005512D1">
          <w:pPr>
            <w:pStyle w:val="Innehll1"/>
            <w:rPr>
              <w:kern w:val="2"/>
              <w:sz w:val="28"/>
              <w:szCs w:val="28"/>
              <w:lang w:eastAsia="sv-SE"/>
              <w14:ligatures w14:val="standardContextual"/>
            </w:rPr>
          </w:pPr>
          <w:hyperlink w:anchor="_Toc198883904" w:history="1">
            <w:r w:rsidRPr="00AA0E2F">
              <w:rPr>
                <w:rStyle w:val="Hyperlnk"/>
                <w:color w:val="auto"/>
                <w:sz w:val="28"/>
                <w:szCs w:val="28"/>
              </w:rPr>
              <w:t xml:space="preserve">Aegina – </w:t>
            </w:r>
            <w:r w:rsidR="00B05E02" w:rsidRPr="00AA0E2F">
              <w:rPr>
                <w:sz w:val="28"/>
                <w:szCs w:val="28"/>
              </w:rPr>
              <w:t>ön med den blinda profetens arv</w:t>
            </w:r>
            <w:r w:rsidRPr="00AA0E2F">
              <w:rPr>
                <w:webHidden/>
                <w:sz w:val="28"/>
                <w:szCs w:val="28"/>
              </w:rPr>
              <w:tab/>
            </w:r>
            <w:r w:rsidRPr="00AA0E2F">
              <w:rPr>
                <w:webHidden/>
                <w:sz w:val="28"/>
                <w:szCs w:val="28"/>
              </w:rPr>
              <w:fldChar w:fldCharType="begin"/>
            </w:r>
            <w:r w:rsidRPr="00AA0E2F">
              <w:rPr>
                <w:webHidden/>
                <w:sz w:val="28"/>
                <w:szCs w:val="28"/>
              </w:rPr>
              <w:instrText xml:space="preserve"> PAGEREF _Toc198883904 \h </w:instrText>
            </w:r>
            <w:r w:rsidRPr="00AA0E2F">
              <w:rPr>
                <w:webHidden/>
                <w:sz w:val="28"/>
                <w:szCs w:val="28"/>
              </w:rPr>
            </w:r>
            <w:r w:rsidRPr="00AA0E2F">
              <w:rPr>
                <w:webHidden/>
                <w:sz w:val="28"/>
                <w:szCs w:val="28"/>
              </w:rPr>
              <w:fldChar w:fldCharType="separate"/>
            </w:r>
            <w:r w:rsidR="005B6AB1">
              <w:rPr>
                <w:webHidden/>
                <w:sz w:val="28"/>
                <w:szCs w:val="28"/>
              </w:rPr>
              <w:t>5</w:t>
            </w:r>
            <w:r w:rsidRPr="00AA0E2F">
              <w:rPr>
                <w:webHidden/>
                <w:sz w:val="28"/>
                <w:szCs w:val="28"/>
              </w:rPr>
              <w:fldChar w:fldCharType="end"/>
            </w:r>
          </w:hyperlink>
        </w:p>
        <w:p w14:paraId="23816565" w14:textId="67D57644" w:rsidR="00B86FA6" w:rsidRPr="00AA0E2F" w:rsidRDefault="00B86FA6" w:rsidP="00D95849">
          <w:pPr>
            <w:pStyle w:val="Innehll3"/>
            <w:tabs>
              <w:tab w:val="right" w:leader="dot" w:pos="9060"/>
            </w:tabs>
            <w:ind w:left="0"/>
            <w:rPr>
              <w:rFonts w:ascii="Arial" w:hAnsi="Arial" w:cs="Arial"/>
              <w:noProof/>
              <w:kern w:val="2"/>
              <w:sz w:val="28"/>
              <w:szCs w:val="28"/>
              <w:lang w:val="sv-SE" w:eastAsia="sv-SE"/>
              <w14:ligatures w14:val="standardContextual"/>
            </w:rPr>
          </w:pPr>
          <w:hyperlink w:anchor="_Toc198883905" w:history="1">
            <w:r w:rsidRPr="00AA0E2F">
              <w:rPr>
                <w:rStyle w:val="Hyperlnk"/>
                <w:rFonts w:ascii="Arial" w:hAnsi="Arial" w:cs="Arial"/>
                <w:noProof/>
                <w:color w:val="auto"/>
                <w:sz w:val="28"/>
                <w:szCs w:val="28"/>
                <w:lang w:val="sv-SE" w:eastAsia="sv-SE"/>
              </w:rPr>
              <w:t>Resedetaljer för Aegina</w:t>
            </w:r>
            <w:r w:rsidRPr="00AA0E2F">
              <w:rPr>
                <w:rFonts w:ascii="Arial" w:hAnsi="Arial" w:cs="Arial"/>
                <w:noProof/>
                <w:webHidden/>
                <w:sz w:val="28"/>
                <w:szCs w:val="28"/>
              </w:rPr>
              <w:tab/>
            </w:r>
            <w:r w:rsidRPr="00AA0E2F">
              <w:rPr>
                <w:rFonts w:ascii="Arial" w:hAnsi="Arial" w:cs="Arial"/>
                <w:noProof/>
                <w:webHidden/>
                <w:sz w:val="28"/>
                <w:szCs w:val="28"/>
              </w:rPr>
              <w:fldChar w:fldCharType="begin"/>
            </w:r>
            <w:r w:rsidRPr="00AA0E2F">
              <w:rPr>
                <w:rFonts w:ascii="Arial" w:hAnsi="Arial" w:cs="Arial"/>
                <w:noProof/>
                <w:webHidden/>
                <w:sz w:val="28"/>
                <w:szCs w:val="28"/>
              </w:rPr>
              <w:instrText xml:space="preserve"> PAGEREF _Toc198883905 \h </w:instrText>
            </w:r>
            <w:r w:rsidRPr="00AA0E2F">
              <w:rPr>
                <w:rFonts w:ascii="Arial" w:hAnsi="Arial" w:cs="Arial"/>
                <w:noProof/>
                <w:webHidden/>
                <w:sz w:val="28"/>
                <w:szCs w:val="28"/>
              </w:rPr>
            </w:r>
            <w:r w:rsidRPr="00AA0E2F">
              <w:rPr>
                <w:rFonts w:ascii="Arial" w:hAnsi="Arial" w:cs="Arial"/>
                <w:noProof/>
                <w:webHidden/>
                <w:sz w:val="28"/>
                <w:szCs w:val="28"/>
              </w:rPr>
              <w:fldChar w:fldCharType="separate"/>
            </w:r>
            <w:r w:rsidR="005B6AB1">
              <w:rPr>
                <w:rFonts w:ascii="Arial" w:hAnsi="Arial" w:cs="Arial"/>
                <w:noProof/>
                <w:webHidden/>
                <w:sz w:val="28"/>
                <w:szCs w:val="28"/>
              </w:rPr>
              <w:t>5</w:t>
            </w:r>
            <w:r w:rsidRPr="00AA0E2F">
              <w:rPr>
                <w:rFonts w:ascii="Arial" w:hAnsi="Arial" w:cs="Arial"/>
                <w:noProof/>
                <w:webHidden/>
                <w:sz w:val="28"/>
                <w:szCs w:val="28"/>
              </w:rPr>
              <w:fldChar w:fldCharType="end"/>
            </w:r>
          </w:hyperlink>
        </w:p>
        <w:p w14:paraId="361B92EF" w14:textId="093DA7F2" w:rsidR="00B86FA6" w:rsidRPr="00AA0E2F" w:rsidRDefault="00B86FA6" w:rsidP="00D95849">
          <w:pPr>
            <w:pStyle w:val="Innehll2"/>
            <w:tabs>
              <w:tab w:val="right" w:leader="dot" w:pos="9060"/>
            </w:tabs>
            <w:ind w:left="0"/>
            <w:rPr>
              <w:rFonts w:ascii="Arial" w:hAnsi="Arial" w:cs="Arial"/>
              <w:noProof/>
              <w:kern w:val="2"/>
              <w:sz w:val="28"/>
              <w:szCs w:val="28"/>
              <w:lang w:val="sv-SE" w:eastAsia="sv-SE"/>
              <w14:ligatures w14:val="standardContextual"/>
            </w:rPr>
          </w:pPr>
          <w:hyperlink w:anchor="_Toc198883906" w:history="1">
            <w:r w:rsidRPr="00AA0E2F">
              <w:rPr>
                <w:rStyle w:val="Hyperlnk"/>
                <w:rFonts w:ascii="Arial" w:hAnsi="Arial" w:cs="Arial"/>
                <w:noProof/>
                <w:color w:val="auto"/>
                <w:sz w:val="28"/>
                <w:szCs w:val="28"/>
                <w:lang w:val="sv-SE"/>
              </w:rPr>
              <w:t>Teneriffa – en milstolpe på den första blinda världsomseglarens resa</w:t>
            </w:r>
            <w:r w:rsidRPr="00AA0E2F">
              <w:rPr>
                <w:rFonts w:ascii="Arial" w:hAnsi="Arial" w:cs="Arial"/>
                <w:noProof/>
                <w:webHidden/>
                <w:sz w:val="28"/>
                <w:szCs w:val="28"/>
              </w:rPr>
              <w:tab/>
            </w:r>
            <w:r w:rsidRPr="00AA0E2F">
              <w:rPr>
                <w:rFonts w:ascii="Arial" w:hAnsi="Arial" w:cs="Arial"/>
                <w:noProof/>
                <w:webHidden/>
                <w:sz w:val="28"/>
                <w:szCs w:val="28"/>
              </w:rPr>
              <w:fldChar w:fldCharType="begin"/>
            </w:r>
            <w:r w:rsidRPr="00AA0E2F">
              <w:rPr>
                <w:rFonts w:ascii="Arial" w:hAnsi="Arial" w:cs="Arial"/>
                <w:noProof/>
                <w:webHidden/>
                <w:sz w:val="28"/>
                <w:szCs w:val="28"/>
              </w:rPr>
              <w:instrText xml:space="preserve"> PAGEREF _Toc198883906 \h </w:instrText>
            </w:r>
            <w:r w:rsidRPr="00AA0E2F">
              <w:rPr>
                <w:rFonts w:ascii="Arial" w:hAnsi="Arial" w:cs="Arial"/>
                <w:noProof/>
                <w:webHidden/>
                <w:sz w:val="28"/>
                <w:szCs w:val="28"/>
              </w:rPr>
            </w:r>
            <w:r w:rsidRPr="00AA0E2F">
              <w:rPr>
                <w:rFonts w:ascii="Arial" w:hAnsi="Arial" w:cs="Arial"/>
                <w:noProof/>
                <w:webHidden/>
                <w:sz w:val="28"/>
                <w:szCs w:val="28"/>
              </w:rPr>
              <w:fldChar w:fldCharType="separate"/>
            </w:r>
            <w:r w:rsidR="005B6AB1">
              <w:rPr>
                <w:rFonts w:ascii="Arial" w:hAnsi="Arial" w:cs="Arial"/>
                <w:noProof/>
                <w:webHidden/>
                <w:sz w:val="28"/>
                <w:szCs w:val="28"/>
              </w:rPr>
              <w:t>6</w:t>
            </w:r>
            <w:r w:rsidRPr="00AA0E2F">
              <w:rPr>
                <w:rFonts w:ascii="Arial" w:hAnsi="Arial" w:cs="Arial"/>
                <w:noProof/>
                <w:webHidden/>
                <w:sz w:val="28"/>
                <w:szCs w:val="28"/>
              </w:rPr>
              <w:fldChar w:fldCharType="end"/>
            </w:r>
          </w:hyperlink>
        </w:p>
        <w:p w14:paraId="5AE099FD" w14:textId="21FD3F92" w:rsidR="00B86FA6" w:rsidRPr="00AA0E2F" w:rsidRDefault="00B86FA6" w:rsidP="00D95849">
          <w:pPr>
            <w:pStyle w:val="Innehll3"/>
            <w:tabs>
              <w:tab w:val="right" w:leader="dot" w:pos="9060"/>
            </w:tabs>
            <w:ind w:left="0"/>
            <w:rPr>
              <w:rFonts w:ascii="Arial" w:hAnsi="Arial" w:cs="Arial"/>
              <w:noProof/>
              <w:kern w:val="2"/>
              <w:sz w:val="28"/>
              <w:szCs w:val="28"/>
              <w:lang w:val="sv-SE" w:eastAsia="sv-SE"/>
              <w14:ligatures w14:val="standardContextual"/>
            </w:rPr>
          </w:pPr>
          <w:hyperlink w:anchor="_Toc198883907" w:history="1">
            <w:r w:rsidRPr="00AA0E2F">
              <w:rPr>
                <w:rStyle w:val="Hyperlnk"/>
                <w:rFonts w:ascii="Arial" w:hAnsi="Arial" w:cs="Arial"/>
                <w:noProof/>
                <w:color w:val="auto"/>
                <w:sz w:val="28"/>
                <w:szCs w:val="28"/>
                <w:lang w:val="sv-SE" w:eastAsia="sv-SE"/>
              </w:rPr>
              <w:t>Resedetaljer om Teneriffa</w:t>
            </w:r>
            <w:r w:rsidRPr="00AA0E2F">
              <w:rPr>
                <w:rFonts w:ascii="Arial" w:hAnsi="Arial" w:cs="Arial"/>
                <w:noProof/>
                <w:webHidden/>
                <w:sz w:val="28"/>
                <w:szCs w:val="28"/>
              </w:rPr>
              <w:tab/>
            </w:r>
            <w:r w:rsidRPr="00AA0E2F">
              <w:rPr>
                <w:rFonts w:ascii="Arial" w:hAnsi="Arial" w:cs="Arial"/>
                <w:noProof/>
                <w:webHidden/>
                <w:sz w:val="28"/>
                <w:szCs w:val="28"/>
              </w:rPr>
              <w:fldChar w:fldCharType="begin"/>
            </w:r>
            <w:r w:rsidRPr="00AA0E2F">
              <w:rPr>
                <w:rFonts w:ascii="Arial" w:hAnsi="Arial" w:cs="Arial"/>
                <w:noProof/>
                <w:webHidden/>
                <w:sz w:val="28"/>
                <w:szCs w:val="28"/>
              </w:rPr>
              <w:instrText xml:space="preserve"> PAGEREF _Toc198883907 \h </w:instrText>
            </w:r>
            <w:r w:rsidRPr="00AA0E2F">
              <w:rPr>
                <w:rFonts w:ascii="Arial" w:hAnsi="Arial" w:cs="Arial"/>
                <w:noProof/>
                <w:webHidden/>
                <w:sz w:val="28"/>
                <w:szCs w:val="28"/>
              </w:rPr>
            </w:r>
            <w:r w:rsidRPr="00AA0E2F">
              <w:rPr>
                <w:rFonts w:ascii="Arial" w:hAnsi="Arial" w:cs="Arial"/>
                <w:noProof/>
                <w:webHidden/>
                <w:sz w:val="28"/>
                <w:szCs w:val="28"/>
              </w:rPr>
              <w:fldChar w:fldCharType="separate"/>
            </w:r>
            <w:r w:rsidR="005B6AB1">
              <w:rPr>
                <w:rFonts w:ascii="Arial" w:hAnsi="Arial" w:cs="Arial"/>
                <w:noProof/>
                <w:webHidden/>
                <w:sz w:val="28"/>
                <w:szCs w:val="28"/>
              </w:rPr>
              <w:t>6</w:t>
            </w:r>
            <w:r w:rsidRPr="00AA0E2F">
              <w:rPr>
                <w:rFonts w:ascii="Arial" w:hAnsi="Arial" w:cs="Arial"/>
                <w:noProof/>
                <w:webHidden/>
                <w:sz w:val="28"/>
                <w:szCs w:val="28"/>
              </w:rPr>
              <w:fldChar w:fldCharType="end"/>
            </w:r>
          </w:hyperlink>
        </w:p>
        <w:p w14:paraId="75805D77" w14:textId="42733402" w:rsidR="00B86FA6" w:rsidRPr="00AA0E2F" w:rsidRDefault="00B86FA6" w:rsidP="00D95849">
          <w:pPr>
            <w:pStyle w:val="Innehll2"/>
            <w:tabs>
              <w:tab w:val="right" w:leader="dot" w:pos="9060"/>
            </w:tabs>
            <w:ind w:left="0"/>
            <w:rPr>
              <w:rFonts w:ascii="Arial" w:hAnsi="Arial" w:cs="Arial"/>
              <w:noProof/>
              <w:kern w:val="2"/>
              <w:sz w:val="28"/>
              <w:szCs w:val="28"/>
              <w:lang w:val="sv-SE" w:eastAsia="sv-SE"/>
              <w14:ligatures w14:val="standardContextual"/>
            </w:rPr>
          </w:pPr>
          <w:hyperlink w:anchor="_Toc198883908" w:history="1">
            <w:r w:rsidRPr="00AA0E2F">
              <w:rPr>
                <w:rStyle w:val="Hyperlnk"/>
                <w:rFonts w:ascii="Arial" w:hAnsi="Arial" w:cs="Arial"/>
                <w:noProof/>
                <w:color w:val="auto"/>
                <w:sz w:val="28"/>
                <w:szCs w:val="28"/>
                <w:lang w:val="sv-SE" w:eastAsia="sv-SE"/>
              </w:rPr>
              <w:t>Helsingfors – julstämning i punktskriftens tecken</w:t>
            </w:r>
            <w:r w:rsidRPr="00AA0E2F">
              <w:rPr>
                <w:rFonts w:ascii="Arial" w:hAnsi="Arial" w:cs="Arial"/>
                <w:noProof/>
                <w:webHidden/>
                <w:sz w:val="28"/>
                <w:szCs w:val="28"/>
              </w:rPr>
              <w:tab/>
            </w:r>
            <w:r w:rsidRPr="00AA0E2F">
              <w:rPr>
                <w:rFonts w:ascii="Arial" w:hAnsi="Arial" w:cs="Arial"/>
                <w:noProof/>
                <w:webHidden/>
                <w:sz w:val="28"/>
                <w:szCs w:val="28"/>
              </w:rPr>
              <w:fldChar w:fldCharType="begin"/>
            </w:r>
            <w:r w:rsidRPr="00AA0E2F">
              <w:rPr>
                <w:rFonts w:ascii="Arial" w:hAnsi="Arial" w:cs="Arial"/>
                <w:noProof/>
                <w:webHidden/>
                <w:sz w:val="28"/>
                <w:szCs w:val="28"/>
              </w:rPr>
              <w:instrText xml:space="preserve"> PAGEREF _Toc198883908 \h </w:instrText>
            </w:r>
            <w:r w:rsidRPr="00AA0E2F">
              <w:rPr>
                <w:rFonts w:ascii="Arial" w:hAnsi="Arial" w:cs="Arial"/>
                <w:noProof/>
                <w:webHidden/>
                <w:sz w:val="28"/>
                <w:szCs w:val="28"/>
              </w:rPr>
            </w:r>
            <w:r w:rsidRPr="00AA0E2F">
              <w:rPr>
                <w:rFonts w:ascii="Arial" w:hAnsi="Arial" w:cs="Arial"/>
                <w:noProof/>
                <w:webHidden/>
                <w:sz w:val="28"/>
                <w:szCs w:val="28"/>
              </w:rPr>
              <w:fldChar w:fldCharType="separate"/>
            </w:r>
            <w:r w:rsidR="005B6AB1">
              <w:rPr>
                <w:rFonts w:ascii="Arial" w:hAnsi="Arial" w:cs="Arial"/>
                <w:noProof/>
                <w:webHidden/>
                <w:sz w:val="28"/>
                <w:szCs w:val="28"/>
              </w:rPr>
              <w:t>7</w:t>
            </w:r>
            <w:r w:rsidRPr="00AA0E2F">
              <w:rPr>
                <w:rFonts w:ascii="Arial" w:hAnsi="Arial" w:cs="Arial"/>
                <w:noProof/>
                <w:webHidden/>
                <w:sz w:val="28"/>
                <w:szCs w:val="28"/>
              </w:rPr>
              <w:fldChar w:fldCharType="end"/>
            </w:r>
          </w:hyperlink>
        </w:p>
        <w:p w14:paraId="588EA746" w14:textId="6694F332" w:rsidR="00B86FA6" w:rsidRPr="00AA0E2F" w:rsidRDefault="00B86FA6" w:rsidP="00D95849">
          <w:pPr>
            <w:pStyle w:val="Innehll3"/>
            <w:tabs>
              <w:tab w:val="right" w:leader="dot" w:pos="9060"/>
            </w:tabs>
            <w:ind w:left="0"/>
            <w:rPr>
              <w:rFonts w:ascii="Arial" w:hAnsi="Arial" w:cs="Arial"/>
              <w:noProof/>
              <w:kern w:val="2"/>
              <w:sz w:val="28"/>
              <w:szCs w:val="28"/>
              <w:lang w:val="sv-SE" w:eastAsia="sv-SE"/>
              <w14:ligatures w14:val="standardContextual"/>
            </w:rPr>
          </w:pPr>
          <w:hyperlink w:anchor="_Toc198883909" w:history="1">
            <w:r w:rsidRPr="00AA0E2F">
              <w:rPr>
                <w:rStyle w:val="Hyperlnk"/>
                <w:rFonts w:ascii="Arial" w:hAnsi="Arial" w:cs="Arial"/>
                <w:noProof/>
                <w:color w:val="auto"/>
                <w:sz w:val="28"/>
                <w:szCs w:val="28"/>
                <w:lang w:val="sv-SE" w:eastAsia="sv-SE"/>
              </w:rPr>
              <w:t>Resedetaljer om Helsingfors</w:t>
            </w:r>
            <w:r w:rsidRPr="00AA0E2F">
              <w:rPr>
                <w:rFonts w:ascii="Arial" w:hAnsi="Arial" w:cs="Arial"/>
                <w:noProof/>
                <w:webHidden/>
                <w:sz w:val="28"/>
                <w:szCs w:val="28"/>
              </w:rPr>
              <w:tab/>
            </w:r>
            <w:r w:rsidRPr="00AA0E2F">
              <w:rPr>
                <w:rFonts w:ascii="Arial" w:hAnsi="Arial" w:cs="Arial"/>
                <w:noProof/>
                <w:webHidden/>
                <w:sz w:val="28"/>
                <w:szCs w:val="28"/>
              </w:rPr>
              <w:fldChar w:fldCharType="begin"/>
            </w:r>
            <w:r w:rsidRPr="00AA0E2F">
              <w:rPr>
                <w:rFonts w:ascii="Arial" w:hAnsi="Arial" w:cs="Arial"/>
                <w:noProof/>
                <w:webHidden/>
                <w:sz w:val="28"/>
                <w:szCs w:val="28"/>
              </w:rPr>
              <w:instrText xml:space="preserve"> PAGEREF _Toc198883909 \h </w:instrText>
            </w:r>
            <w:r w:rsidRPr="00AA0E2F">
              <w:rPr>
                <w:rFonts w:ascii="Arial" w:hAnsi="Arial" w:cs="Arial"/>
                <w:noProof/>
                <w:webHidden/>
                <w:sz w:val="28"/>
                <w:szCs w:val="28"/>
              </w:rPr>
            </w:r>
            <w:r w:rsidRPr="00AA0E2F">
              <w:rPr>
                <w:rFonts w:ascii="Arial" w:hAnsi="Arial" w:cs="Arial"/>
                <w:noProof/>
                <w:webHidden/>
                <w:sz w:val="28"/>
                <w:szCs w:val="28"/>
              </w:rPr>
              <w:fldChar w:fldCharType="separate"/>
            </w:r>
            <w:r w:rsidR="005B6AB1">
              <w:rPr>
                <w:rFonts w:ascii="Arial" w:hAnsi="Arial" w:cs="Arial"/>
                <w:noProof/>
                <w:webHidden/>
                <w:sz w:val="28"/>
                <w:szCs w:val="28"/>
              </w:rPr>
              <w:t>7</w:t>
            </w:r>
            <w:r w:rsidRPr="00AA0E2F">
              <w:rPr>
                <w:rFonts w:ascii="Arial" w:hAnsi="Arial" w:cs="Arial"/>
                <w:noProof/>
                <w:webHidden/>
                <w:sz w:val="28"/>
                <w:szCs w:val="28"/>
              </w:rPr>
              <w:fldChar w:fldCharType="end"/>
            </w:r>
          </w:hyperlink>
        </w:p>
        <w:p w14:paraId="73B40ACF" w14:textId="4744EABD" w:rsidR="00B86FA6" w:rsidRPr="00AA0E2F" w:rsidRDefault="00B86FA6" w:rsidP="005512D1">
          <w:pPr>
            <w:pStyle w:val="Innehll1"/>
            <w:rPr>
              <w:kern w:val="2"/>
              <w:sz w:val="28"/>
              <w:szCs w:val="28"/>
              <w:lang w:eastAsia="sv-SE"/>
              <w14:ligatures w14:val="standardContextual"/>
            </w:rPr>
          </w:pPr>
          <w:hyperlink w:anchor="_Toc198883910" w:history="1">
            <w:r w:rsidRPr="00AA0E2F">
              <w:rPr>
                <w:rStyle w:val="Hyperlnk"/>
                <w:color w:val="auto"/>
                <w:sz w:val="28"/>
                <w:szCs w:val="28"/>
              </w:rPr>
              <w:t>Så fungerar SRF Go:s gruppresor</w:t>
            </w:r>
            <w:r w:rsidRPr="00AA0E2F">
              <w:rPr>
                <w:webHidden/>
                <w:sz w:val="28"/>
                <w:szCs w:val="28"/>
              </w:rPr>
              <w:tab/>
            </w:r>
            <w:r w:rsidRPr="00AA0E2F">
              <w:rPr>
                <w:webHidden/>
                <w:sz w:val="28"/>
                <w:szCs w:val="28"/>
              </w:rPr>
              <w:fldChar w:fldCharType="begin"/>
            </w:r>
            <w:r w:rsidRPr="00AA0E2F">
              <w:rPr>
                <w:webHidden/>
                <w:sz w:val="28"/>
                <w:szCs w:val="28"/>
              </w:rPr>
              <w:instrText xml:space="preserve"> PAGEREF _Toc198883910 \h </w:instrText>
            </w:r>
            <w:r w:rsidRPr="00AA0E2F">
              <w:rPr>
                <w:webHidden/>
                <w:sz w:val="28"/>
                <w:szCs w:val="28"/>
              </w:rPr>
            </w:r>
            <w:r w:rsidRPr="00AA0E2F">
              <w:rPr>
                <w:webHidden/>
                <w:sz w:val="28"/>
                <w:szCs w:val="28"/>
              </w:rPr>
              <w:fldChar w:fldCharType="separate"/>
            </w:r>
            <w:r w:rsidR="005B6AB1">
              <w:rPr>
                <w:webHidden/>
                <w:sz w:val="28"/>
                <w:szCs w:val="28"/>
              </w:rPr>
              <w:t>8</w:t>
            </w:r>
            <w:r w:rsidRPr="00AA0E2F">
              <w:rPr>
                <w:webHidden/>
                <w:sz w:val="28"/>
                <w:szCs w:val="28"/>
              </w:rPr>
              <w:fldChar w:fldCharType="end"/>
            </w:r>
          </w:hyperlink>
        </w:p>
        <w:p w14:paraId="53C1B68A" w14:textId="0415982C" w:rsidR="00B86FA6" w:rsidRPr="00AA0E2F" w:rsidRDefault="00B86FA6" w:rsidP="005512D1">
          <w:pPr>
            <w:pStyle w:val="Innehll1"/>
            <w:rPr>
              <w:kern w:val="2"/>
              <w:sz w:val="28"/>
              <w:szCs w:val="28"/>
              <w:lang w:eastAsia="sv-SE"/>
              <w14:ligatures w14:val="standardContextual"/>
            </w:rPr>
          </w:pPr>
          <w:hyperlink w:anchor="_Toc198883920" w:history="1">
            <w:r w:rsidRPr="00AA0E2F">
              <w:rPr>
                <w:rStyle w:val="Hyperlnk"/>
                <w:color w:val="auto"/>
                <w:sz w:val="28"/>
                <w:szCs w:val="28"/>
              </w:rPr>
              <w:t>Skräddarsy din egen resa</w:t>
            </w:r>
            <w:r w:rsidRPr="00AA0E2F">
              <w:rPr>
                <w:webHidden/>
                <w:sz w:val="28"/>
                <w:szCs w:val="28"/>
              </w:rPr>
              <w:tab/>
            </w:r>
            <w:r w:rsidRPr="00AA0E2F">
              <w:rPr>
                <w:webHidden/>
                <w:sz w:val="28"/>
                <w:szCs w:val="28"/>
              </w:rPr>
              <w:fldChar w:fldCharType="begin"/>
            </w:r>
            <w:r w:rsidRPr="00AA0E2F">
              <w:rPr>
                <w:webHidden/>
                <w:sz w:val="28"/>
                <w:szCs w:val="28"/>
              </w:rPr>
              <w:instrText xml:space="preserve"> PAGEREF _Toc198883920 \h </w:instrText>
            </w:r>
            <w:r w:rsidRPr="00AA0E2F">
              <w:rPr>
                <w:webHidden/>
                <w:sz w:val="28"/>
                <w:szCs w:val="28"/>
              </w:rPr>
            </w:r>
            <w:r w:rsidRPr="00AA0E2F">
              <w:rPr>
                <w:webHidden/>
                <w:sz w:val="28"/>
                <w:szCs w:val="28"/>
              </w:rPr>
              <w:fldChar w:fldCharType="separate"/>
            </w:r>
            <w:r w:rsidR="005B6AB1">
              <w:rPr>
                <w:webHidden/>
                <w:sz w:val="28"/>
                <w:szCs w:val="28"/>
              </w:rPr>
              <w:t>11</w:t>
            </w:r>
            <w:r w:rsidRPr="00AA0E2F">
              <w:rPr>
                <w:webHidden/>
                <w:sz w:val="28"/>
                <w:szCs w:val="28"/>
              </w:rPr>
              <w:fldChar w:fldCharType="end"/>
            </w:r>
          </w:hyperlink>
        </w:p>
        <w:p w14:paraId="59017ECF" w14:textId="5CD0D324" w:rsidR="00B86FA6" w:rsidRPr="00AA0E2F" w:rsidRDefault="00B86FA6" w:rsidP="005512D1">
          <w:pPr>
            <w:pStyle w:val="Innehll1"/>
            <w:rPr>
              <w:kern w:val="2"/>
              <w:sz w:val="28"/>
              <w:szCs w:val="28"/>
              <w:lang w:eastAsia="sv-SE"/>
              <w14:ligatures w14:val="standardContextual"/>
            </w:rPr>
          </w:pPr>
          <w:hyperlink w:anchor="_Toc198883925" w:history="1">
            <w:r w:rsidRPr="00AA0E2F">
              <w:rPr>
                <w:rStyle w:val="Hyperlnk"/>
                <w:color w:val="auto"/>
                <w:sz w:val="28"/>
                <w:szCs w:val="28"/>
              </w:rPr>
              <w:t>Resestipendier ur Norrmans fond</w:t>
            </w:r>
            <w:r w:rsidRPr="00AA0E2F">
              <w:rPr>
                <w:webHidden/>
                <w:sz w:val="28"/>
                <w:szCs w:val="28"/>
              </w:rPr>
              <w:tab/>
            </w:r>
            <w:r w:rsidRPr="00AA0E2F">
              <w:rPr>
                <w:webHidden/>
                <w:sz w:val="28"/>
                <w:szCs w:val="28"/>
              </w:rPr>
              <w:fldChar w:fldCharType="begin"/>
            </w:r>
            <w:r w:rsidRPr="00AA0E2F">
              <w:rPr>
                <w:webHidden/>
                <w:sz w:val="28"/>
                <w:szCs w:val="28"/>
              </w:rPr>
              <w:instrText xml:space="preserve"> PAGEREF _Toc198883925 \h </w:instrText>
            </w:r>
            <w:r w:rsidRPr="00AA0E2F">
              <w:rPr>
                <w:webHidden/>
                <w:sz w:val="28"/>
                <w:szCs w:val="28"/>
              </w:rPr>
            </w:r>
            <w:r w:rsidRPr="00AA0E2F">
              <w:rPr>
                <w:webHidden/>
                <w:sz w:val="28"/>
                <w:szCs w:val="28"/>
              </w:rPr>
              <w:fldChar w:fldCharType="separate"/>
            </w:r>
            <w:r w:rsidR="005B6AB1">
              <w:rPr>
                <w:webHidden/>
                <w:sz w:val="28"/>
                <w:szCs w:val="28"/>
              </w:rPr>
              <w:t>12</w:t>
            </w:r>
            <w:r w:rsidRPr="00AA0E2F">
              <w:rPr>
                <w:webHidden/>
                <w:sz w:val="28"/>
                <w:szCs w:val="28"/>
              </w:rPr>
              <w:fldChar w:fldCharType="end"/>
            </w:r>
          </w:hyperlink>
        </w:p>
        <w:p w14:paraId="5D1CC49E" w14:textId="20AFA3CD" w:rsidR="00B86FA6" w:rsidRPr="00AA0E2F" w:rsidRDefault="00B86FA6" w:rsidP="005512D1">
          <w:pPr>
            <w:pStyle w:val="Innehll1"/>
            <w:rPr>
              <w:kern w:val="2"/>
              <w:sz w:val="28"/>
              <w:szCs w:val="28"/>
              <w:lang w:eastAsia="sv-SE"/>
              <w14:ligatures w14:val="standardContextual"/>
            </w:rPr>
          </w:pPr>
          <w:hyperlink w:anchor="_Toc198883931" w:history="1">
            <w:r w:rsidRPr="00AA0E2F">
              <w:rPr>
                <w:rStyle w:val="Hyperlnk"/>
                <w:color w:val="auto"/>
                <w:sz w:val="28"/>
                <w:szCs w:val="28"/>
              </w:rPr>
              <w:t>Anmälningsblankett gruppresa</w:t>
            </w:r>
            <w:r w:rsidRPr="00AA0E2F">
              <w:rPr>
                <w:webHidden/>
                <w:sz w:val="28"/>
                <w:szCs w:val="28"/>
              </w:rPr>
              <w:tab/>
            </w:r>
            <w:r w:rsidRPr="00AA0E2F">
              <w:rPr>
                <w:webHidden/>
                <w:sz w:val="28"/>
                <w:szCs w:val="28"/>
              </w:rPr>
              <w:fldChar w:fldCharType="begin"/>
            </w:r>
            <w:r w:rsidRPr="00AA0E2F">
              <w:rPr>
                <w:webHidden/>
                <w:sz w:val="28"/>
                <w:szCs w:val="28"/>
              </w:rPr>
              <w:instrText xml:space="preserve"> PAGEREF _Toc198883931 \h </w:instrText>
            </w:r>
            <w:r w:rsidRPr="00AA0E2F">
              <w:rPr>
                <w:webHidden/>
                <w:sz w:val="28"/>
                <w:szCs w:val="28"/>
              </w:rPr>
            </w:r>
            <w:r w:rsidRPr="00AA0E2F">
              <w:rPr>
                <w:webHidden/>
                <w:sz w:val="28"/>
                <w:szCs w:val="28"/>
              </w:rPr>
              <w:fldChar w:fldCharType="separate"/>
            </w:r>
            <w:r w:rsidR="005B6AB1">
              <w:rPr>
                <w:webHidden/>
                <w:sz w:val="28"/>
                <w:szCs w:val="28"/>
              </w:rPr>
              <w:t>14</w:t>
            </w:r>
            <w:r w:rsidRPr="00AA0E2F">
              <w:rPr>
                <w:webHidden/>
                <w:sz w:val="28"/>
                <w:szCs w:val="28"/>
              </w:rPr>
              <w:fldChar w:fldCharType="end"/>
            </w:r>
          </w:hyperlink>
        </w:p>
        <w:p w14:paraId="54D9EC1F" w14:textId="77777777" w:rsidR="00664818" w:rsidRPr="00D440EE" w:rsidRDefault="00664818" w:rsidP="00A45A9C">
          <w:pPr>
            <w:spacing w:line="360" w:lineRule="auto"/>
            <w:rPr>
              <w:rFonts w:ascii="Sofia Sans" w:eastAsia="Calibri" w:hAnsi="Sofia Sans" w:cs="Times New Roman"/>
              <w:bCs/>
              <w:sz w:val="28"/>
              <w:szCs w:val="28"/>
            </w:rPr>
          </w:pPr>
          <w:r w:rsidRPr="00AA0E2F">
            <w:rPr>
              <w:rFonts w:ascii="Arial" w:hAnsi="Arial" w:cs="Arial"/>
              <w:sz w:val="28"/>
              <w:szCs w:val="28"/>
              <w:highlight w:val="yellow"/>
            </w:rPr>
            <w:fldChar w:fldCharType="end"/>
          </w:r>
        </w:p>
      </w:sdtContent>
    </w:sdt>
    <w:p w14:paraId="77EA47E8" w14:textId="77777777" w:rsidR="004361F1" w:rsidRDefault="004361F1" w:rsidP="00A45A9C">
      <w:pPr>
        <w:pStyle w:val="Rubrik1"/>
        <w:spacing w:line="240" w:lineRule="auto"/>
        <w:rPr>
          <w:rFonts w:ascii="Arial" w:hAnsi="Arial" w:cs="Arial"/>
          <w:color w:val="4F81BD" w:themeColor="accent1"/>
          <w:sz w:val="36"/>
          <w:szCs w:val="36"/>
          <w:lang w:val="sv-SE"/>
        </w:rPr>
      </w:pPr>
      <w:bookmarkStart w:id="6" w:name="_Toc198883901"/>
      <w:bookmarkEnd w:id="5"/>
      <w:bookmarkEnd w:id="4"/>
    </w:p>
    <w:p w14:paraId="2AACD6E6" w14:textId="77777777" w:rsidR="00D95849" w:rsidRDefault="00D95849" w:rsidP="00D95849">
      <w:pPr>
        <w:rPr>
          <w:lang w:val="sv-SE"/>
        </w:rPr>
      </w:pPr>
    </w:p>
    <w:p w14:paraId="0663F4F5" w14:textId="77777777" w:rsidR="00CC2F2C" w:rsidRDefault="00CC2F2C" w:rsidP="00D95849">
      <w:pPr>
        <w:rPr>
          <w:lang w:val="sv-SE"/>
        </w:rPr>
      </w:pPr>
    </w:p>
    <w:p w14:paraId="7C81A426" w14:textId="77777777" w:rsidR="00CC2F2C" w:rsidRDefault="00CC2F2C" w:rsidP="00D95849">
      <w:pPr>
        <w:rPr>
          <w:lang w:val="sv-SE"/>
        </w:rPr>
      </w:pPr>
    </w:p>
    <w:p w14:paraId="0802706E" w14:textId="77777777" w:rsidR="00CC2F2C" w:rsidRDefault="00CC2F2C" w:rsidP="00D95849">
      <w:pPr>
        <w:rPr>
          <w:lang w:val="sv-SE"/>
        </w:rPr>
      </w:pPr>
    </w:p>
    <w:p w14:paraId="46DC292C" w14:textId="77777777" w:rsidR="00D95849" w:rsidRDefault="00D95849" w:rsidP="00D95849">
      <w:pPr>
        <w:rPr>
          <w:lang w:val="sv-SE"/>
        </w:rPr>
      </w:pPr>
    </w:p>
    <w:p w14:paraId="019C8852" w14:textId="77777777" w:rsidR="003E2C5F" w:rsidRDefault="003E2C5F" w:rsidP="00D95849">
      <w:pPr>
        <w:rPr>
          <w:lang w:val="sv-SE"/>
        </w:rPr>
      </w:pPr>
    </w:p>
    <w:p w14:paraId="62B88A5E" w14:textId="77777777" w:rsidR="003E2C5F" w:rsidRPr="00D95849" w:rsidRDefault="003E2C5F" w:rsidP="00D95849">
      <w:pPr>
        <w:rPr>
          <w:lang w:val="sv-SE"/>
        </w:rPr>
      </w:pPr>
    </w:p>
    <w:p w14:paraId="41DCD40B" w14:textId="67F688C8" w:rsidR="00B86FA6" w:rsidRPr="00AE02CE" w:rsidRDefault="00B86FA6" w:rsidP="00A45A9C">
      <w:pPr>
        <w:pStyle w:val="Rubrik1"/>
        <w:spacing w:line="240" w:lineRule="auto"/>
        <w:rPr>
          <w:rFonts w:ascii="Arial" w:hAnsi="Arial" w:cs="Arial"/>
          <w:color w:val="4F81BD" w:themeColor="accent1"/>
          <w:sz w:val="36"/>
          <w:szCs w:val="36"/>
          <w:lang w:val="sv-SE"/>
        </w:rPr>
      </w:pPr>
      <w:r w:rsidRPr="00AE02CE">
        <w:rPr>
          <w:rFonts w:ascii="Arial" w:hAnsi="Arial" w:cs="Arial"/>
          <w:color w:val="4F81BD" w:themeColor="accent1"/>
          <w:sz w:val="36"/>
          <w:szCs w:val="36"/>
          <w:lang w:val="sv-SE"/>
        </w:rPr>
        <w:lastRenderedPageBreak/>
        <w:t>Upptäck världen med SRF Go!</w:t>
      </w:r>
      <w:bookmarkEnd w:id="6"/>
      <w:r w:rsidRPr="00AE02CE">
        <w:rPr>
          <w:rFonts w:ascii="Arial" w:hAnsi="Arial" w:cs="Arial"/>
          <w:color w:val="4F81BD" w:themeColor="accent1"/>
          <w:sz w:val="36"/>
          <w:szCs w:val="36"/>
          <w:lang w:val="sv-SE"/>
        </w:rPr>
        <w:t xml:space="preserve"> </w:t>
      </w:r>
    </w:p>
    <w:p w14:paraId="1AF80DBD" w14:textId="77777777" w:rsidR="00D95849" w:rsidRDefault="00B86FA6" w:rsidP="003E187A">
      <w:pPr>
        <w:spacing w:before="100" w:beforeAutospacing="1" w:after="100" w:afterAutospacing="1" w:line="240" w:lineRule="auto"/>
        <w:rPr>
          <w:rFonts w:ascii="Arial" w:hAnsi="Arial" w:cs="Arial"/>
          <w:sz w:val="28"/>
          <w:szCs w:val="28"/>
          <w:lang w:val="sv-SE" w:eastAsia="sv-SE"/>
        </w:rPr>
      </w:pPr>
      <w:r w:rsidRPr="00A458B6">
        <w:rPr>
          <w:rFonts w:ascii="Arial" w:eastAsia="Times New Roman" w:hAnsi="Arial" w:cs="Arial"/>
          <w:sz w:val="28"/>
          <w:szCs w:val="28"/>
          <w:lang w:val="sv-SE" w:eastAsia="sv-SE"/>
        </w:rPr>
        <w:t xml:space="preserve">Att resa handlar om att uppleva. Med SRF Go får du som är synskadad medlem i Synskadades Riksförbund möjlighet att utforska nya platser </w:t>
      </w:r>
      <w:r w:rsidRPr="00A458B6">
        <w:rPr>
          <w:rFonts w:ascii="Arial" w:hAnsi="Arial" w:cs="Arial"/>
          <w:sz w:val="28"/>
          <w:szCs w:val="28"/>
          <w:lang w:val="sv-SE" w:eastAsia="sv-SE"/>
        </w:rPr>
        <w:t>på ett tryggt, tillgängligt och inspirerande sätt</w:t>
      </w:r>
      <w:r w:rsidRPr="00A458B6">
        <w:rPr>
          <w:rFonts w:ascii="Arial" w:eastAsia="Times New Roman" w:hAnsi="Arial" w:cs="Arial"/>
          <w:sz w:val="28"/>
          <w:szCs w:val="28"/>
          <w:lang w:val="sv-SE" w:eastAsia="sv-SE"/>
        </w:rPr>
        <w:t xml:space="preserve">. </w:t>
      </w:r>
      <w:r w:rsidRPr="00A458B6">
        <w:rPr>
          <w:rFonts w:ascii="Arial" w:hAnsi="Arial" w:cs="Arial"/>
          <w:sz w:val="28"/>
          <w:szCs w:val="28"/>
          <w:lang w:val="sv-SE" w:eastAsia="sv-SE"/>
        </w:rPr>
        <w:t>Du väljer själv om du vill resa i grupp med ledsagning och gemenskap, eller om du föredrar att utforma din egen resa med det stöd du behöver.</w:t>
      </w:r>
      <w:bookmarkStart w:id="7" w:name="_Hlk198883329"/>
    </w:p>
    <w:p w14:paraId="0306EC2A" w14:textId="3B9EA7ED" w:rsidR="00132C57" w:rsidRDefault="002324E5" w:rsidP="00132C57">
      <w:pPr>
        <w:spacing w:before="100" w:beforeAutospacing="1" w:after="100" w:afterAutospacing="1" w:line="240" w:lineRule="auto"/>
        <w:rPr>
          <w:rFonts w:ascii="Arial" w:hAnsi="Arial" w:cs="Arial"/>
          <w:sz w:val="28"/>
          <w:szCs w:val="28"/>
          <w:lang w:val="sv-SE" w:eastAsia="sv-SE"/>
        </w:rPr>
      </w:pPr>
      <w:r>
        <w:rPr>
          <w:rFonts w:ascii="Arial" w:hAnsi="Arial" w:cs="Arial"/>
          <w:color w:val="FF0000"/>
          <w:sz w:val="28"/>
          <w:szCs w:val="28"/>
          <w:lang w:val="sv-SE" w:eastAsia="sv-SE"/>
        </w:rPr>
        <w:br/>
      </w:r>
      <w:r w:rsidRPr="00443FE3">
        <w:rPr>
          <w:rFonts w:ascii="Arial" w:hAnsi="Arial" w:cs="Arial"/>
          <w:sz w:val="28"/>
          <w:szCs w:val="28"/>
          <w:lang w:val="sv-SE" w:eastAsia="sv-SE"/>
        </w:rPr>
        <w:t xml:space="preserve">Vi hoppas </w:t>
      </w:r>
      <w:r w:rsidR="00061AF8" w:rsidRPr="00443FE3">
        <w:rPr>
          <w:rFonts w:ascii="Arial" w:hAnsi="Arial" w:cs="Arial"/>
          <w:sz w:val="28"/>
          <w:szCs w:val="28"/>
          <w:lang w:val="sv-SE" w:eastAsia="sv-SE"/>
        </w:rPr>
        <w:t>att du hittar en resa som passar dig!</w:t>
      </w:r>
    </w:p>
    <w:p w14:paraId="774841EB" w14:textId="77777777" w:rsidR="00465040" w:rsidRPr="00132C57" w:rsidRDefault="00465040" w:rsidP="00132C57">
      <w:pPr>
        <w:spacing w:before="100" w:beforeAutospacing="1" w:after="100" w:afterAutospacing="1" w:line="240" w:lineRule="auto"/>
        <w:rPr>
          <w:rFonts w:ascii="Arial" w:eastAsiaTheme="minorHAnsi" w:hAnsi="Arial" w:cs="Arial"/>
          <w:sz w:val="28"/>
          <w:szCs w:val="28"/>
          <w:lang w:val="sv-SE" w:eastAsia="sv-SE"/>
        </w:rPr>
      </w:pPr>
    </w:p>
    <w:p w14:paraId="08DA6A40" w14:textId="71D574A8" w:rsidR="004635FA" w:rsidRPr="004361F1" w:rsidRDefault="003A384F" w:rsidP="003E187A">
      <w:pPr>
        <w:spacing w:before="100" w:beforeAutospacing="1" w:after="100" w:afterAutospacing="1" w:line="240" w:lineRule="auto"/>
        <w:rPr>
          <w:rFonts w:ascii="Arial" w:eastAsiaTheme="majorEastAsia" w:hAnsi="Arial" w:cs="Arial"/>
          <w:b/>
          <w:bCs/>
          <w:color w:val="4F81BD" w:themeColor="accent1"/>
          <w:sz w:val="36"/>
          <w:szCs w:val="36"/>
          <w:lang w:val="sv-SE" w:eastAsia="sv-SE"/>
        </w:rPr>
      </w:pPr>
      <w:r w:rsidRPr="00A45A9C">
        <w:rPr>
          <w:rFonts w:ascii="Arial" w:eastAsiaTheme="majorEastAsia" w:hAnsi="Arial" w:cs="Arial"/>
          <w:b/>
          <w:bCs/>
          <w:color w:val="4F81BD" w:themeColor="accent1"/>
          <w:sz w:val="36"/>
          <w:szCs w:val="36"/>
          <w:lang w:val="sv-SE" w:eastAsia="sv-SE"/>
        </w:rPr>
        <w:t xml:space="preserve">Säsongens </w:t>
      </w:r>
      <w:r w:rsidR="00841BA9" w:rsidRPr="00A45A9C">
        <w:rPr>
          <w:rFonts w:ascii="Arial" w:eastAsiaTheme="majorEastAsia" w:hAnsi="Arial" w:cs="Arial"/>
          <w:b/>
          <w:bCs/>
          <w:color w:val="4F81BD" w:themeColor="accent1"/>
          <w:sz w:val="36"/>
          <w:szCs w:val="36"/>
          <w:lang w:val="sv-SE" w:eastAsia="sv-SE"/>
        </w:rPr>
        <w:t>grupp</w:t>
      </w:r>
      <w:r w:rsidRPr="00A45A9C">
        <w:rPr>
          <w:rFonts w:ascii="Arial" w:eastAsiaTheme="majorEastAsia" w:hAnsi="Arial" w:cs="Arial"/>
          <w:b/>
          <w:bCs/>
          <w:color w:val="4F81BD" w:themeColor="accent1"/>
          <w:sz w:val="36"/>
          <w:szCs w:val="36"/>
          <w:lang w:val="sv-SE" w:eastAsia="sv-SE"/>
        </w:rPr>
        <w:t xml:space="preserve">resor </w:t>
      </w:r>
      <w:r w:rsidR="00104933" w:rsidRPr="00A45A9C">
        <w:rPr>
          <w:rFonts w:ascii="Arial" w:eastAsiaTheme="majorEastAsia" w:hAnsi="Arial" w:cs="Arial"/>
          <w:b/>
          <w:bCs/>
          <w:color w:val="4F81BD" w:themeColor="accent1"/>
          <w:sz w:val="36"/>
          <w:szCs w:val="36"/>
          <w:lang w:val="sv-SE" w:eastAsia="sv-SE"/>
        </w:rPr>
        <w:t>– en hyllning till synskadades historia</w:t>
      </w:r>
      <w:bookmarkEnd w:id="7"/>
    </w:p>
    <w:p w14:paraId="7D427496" w14:textId="3E2AC9BB" w:rsidR="00ED2E8B" w:rsidRPr="00B05E02" w:rsidRDefault="002A7DAA" w:rsidP="003E187A">
      <w:pPr>
        <w:spacing w:before="100" w:beforeAutospacing="1" w:after="100" w:afterAutospacing="1" w:line="240" w:lineRule="auto"/>
        <w:rPr>
          <w:rFonts w:ascii="Arial" w:eastAsia="Times New Roman" w:hAnsi="Arial" w:cs="Arial"/>
          <w:sz w:val="28"/>
          <w:szCs w:val="28"/>
          <w:lang w:val="sv-SE" w:eastAsia="sv-SE"/>
        </w:rPr>
      </w:pPr>
      <w:r w:rsidRPr="00B05E02">
        <w:rPr>
          <w:rFonts w:ascii="Arial" w:eastAsia="Times New Roman" w:hAnsi="Arial" w:cs="Arial"/>
          <w:sz w:val="28"/>
          <w:szCs w:val="28"/>
          <w:lang w:val="sv-SE" w:eastAsia="sv-SE"/>
        </w:rPr>
        <w:t>Hösten och vinterns resor</w:t>
      </w:r>
      <w:r w:rsidR="00D14BC1" w:rsidRPr="00B05E02">
        <w:rPr>
          <w:rFonts w:ascii="Arial" w:eastAsia="Times New Roman" w:hAnsi="Arial" w:cs="Arial"/>
          <w:sz w:val="28"/>
          <w:szCs w:val="28"/>
          <w:lang w:val="sv-SE" w:eastAsia="sv-SE"/>
        </w:rPr>
        <w:t xml:space="preserve"> väver</w:t>
      </w:r>
      <w:r w:rsidR="00ED2E8B" w:rsidRPr="00B05E02">
        <w:rPr>
          <w:rFonts w:ascii="Arial" w:eastAsia="Times New Roman" w:hAnsi="Arial" w:cs="Arial"/>
          <w:sz w:val="28"/>
          <w:szCs w:val="28"/>
          <w:lang w:val="sv-SE" w:eastAsia="sv-SE"/>
        </w:rPr>
        <w:t xml:space="preserve"> samman</w:t>
      </w:r>
      <w:r w:rsidR="00862E37" w:rsidRPr="00B05E02">
        <w:rPr>
          <w:rFonts w:ascii="Arial" w:eastAsia="Times New Roman" w:hAnsi="Arial" w:cs="Arial"/>
          <w:sz w:val="28"/>
          <w:szCs w:val="28"/>
          <w:lang w:val="sv-SE" w:eastAsia="sv-SE"/>
        </w:rPr>
        <w:t xml:space="preserve"> </w:t>
      </w:r>
      <w:r w:rsidR="00C87A1C" w:rsidRPr="00B05E02">
        <w:rPr>
          <w:rFonts w:ascii="Arial" w:eastAsia="Times New Roman" w:hAnsi="Arial" w:cs="Arial"/>
          <w:sz w:val="28"/>
          <w:szCs w:val="28"/>
          <w:lang w:val="sv-SE" w:eastAsia="sv-SE"/>
        </w:rPr>
        <w:t xml:space="preserve">natur, kultur </w:t>
      </w:r>
      <w:r w:rsidR="00862E37" w:rsidRPr="00B05E02">
        <w:rPr>
          <w:rFonts w:ascii="Arial" w:eastAsia="Times New Roman" w:hAnsi="Arial" w:cs="Arial"/>
          <w:sz w:val="28"/>
          <w:szCs w:val="28"/>
          <w:lang w:val="sv-SE" w:eastAsia="sv-SE"/>
        </w:rPr>
        <w:t>och</w:t>
      </w:r>
      <w:r w:rsidR="00ED2E8B" w:rsidRPr="00B05E02">
        <w:rPr>
          <w:rFonts w:ascii="Arial" w:eastAsia="Times New Roman" w:hAnsi="Arial" w:cs="Arial"/>
          <w:sz w:val="28"/>
          <w:szCs w:val="28"/>
          <w:lang w:val="sv-SE" w:eastAsia="sv-SE"/>
        </w:rPr>
        <w:t xml:space="preserve"> synskadadehistoria</w:t>
      </w:r>
      <w:r w:rsidR="00E13A32" w:rsidRPr="00B05E02">
        <w:rPr>
          <w:rFonts w:ascii="Arial" w:eastAsia="Times New Roman" w:hAnsi="Arial" w:cs="Arial"/>
          <w:sz w:val="28"/>
          <w:szCs w:val="28"/>
          <w:lang w:val="sv-SE" w:eastAsia="sv-SE"/>
        </w:rPr>
        <w:t>.</w:t>
      </w:r>
    </w:p>
    <w:p w14:paraId="797F9F85" w14:textId="58CFD19E" w:rsidR="00ED2E8B" w:rsidRPr="00B05E02" w:rsidRDefault="0046282C" w:rsidP="003E187A">
      <w:pPr>
        <w:spacing w:before="100" w:beforeAutospacing="1" w:after="100" w:afterAutospacing="1" w:line="240" w:lineRule="auto"/>
        <w:rPr>
          <w:rFonts w:ascii="Arial" w:hAnsi="Arial" w:cs="Arial"/>
          <w:i/>
          <w:iCs/>
          <w:sz w:val="28"/>
          <w:szCs w:val="28"/>
          <w:lang w:val="sv-SE"/>
        </w:rPr>
      </w:pPr>
      <w:r w:rsidRPr="00B05E02">
        <w:rPr>
          <w:rFonts w:ascii="Arial" w:eastAsia="Times New Roman" w:hAnsi="Arial" w:cs="Arial"/>
          <w:sz w:val="28"/>
          <w:szCs w:val="28"/>
          <w:lang w:val="sv-SE" w:eastAsia="sv-SE"/>
        </w:rPr>
        <w:t xml:space="preserve">Den första </w:t>
      </w:r>
      <w:r w:rsidR="00D650F6">
        <w:rPr>
          <w:rFonts w:ascii="Arial" w:eastAsia="Times New Roman" w:hAnsi="Arial" w:cs="Arial"/>
          <w:sz w:val="28"/>
          <w:szCs w:val="28"/>
          <w:lang w:val="sv-SE" w:eastAsia="sv-SE"/>
        </w:rPr>
        <w:t>höst</w:t>
      </w:r>
      <w:r w:rsidRPr="00B05E02">
        <w:rPr>
          <w:rFonts w:ascii="Arial" w:eastAsia="Times New Roman" w:hAnsi="Arial" w:cs="Arial"/>
          <w:sz w:val="28"/>
          <w:szCs w:val="28"/>
          <w:lang w:val="sv-SE" w:eastAsia="sv-SE"/>
        </w:rPr>
        <w:t>resan går till</w:t>
      </w:r>
      <w:r w:rsidR="00ED2E8B" w:rsidRPr="00B05E02">
        <w:rPr>
          <w:rFonts w:ascii="Arial" w:eastAsia="Times New Roman" w:hAnsi="Arial" w:cs="Arial"/>
          <w:sz w:val="28"/>
          <w:szCs w:val="28"/>
          <w:lang w:val="sv-SE" w:eastAsia="sv-SE"/>
        </w:rPr>
        <w:t xml:space="preserve"> Paris, där vi</w:t>
      </w:r>
      <w:r w:rsidR="00901AB5" w:rsidRPr="00B05E02">
        <w:rPr>
          <w:rFonts w:ascii="Arial" w:eastAsia="Times New Roman" w:hAnsi="Arial" w:cs="Arial"/>
          <w:sz w:val="28"/>
          <w:szCs w:val="28"/>
          <w:lang w:val="sv-SE" w:eastAsia="sv-SE"/>
        </w:rPr>
        <w:t xml:space="preserve"> bland annat</w:t>
      </w:r>
      <w:r w:rsidR="00ED2E8B" w:rsidRPr="00B05E02">
        <w:rPr>
          <w:rFonts w:ascii="Arial" w:eastAsia="Times New Roman" w:hAnsi="Arial" w:cs="Arial"/>
          <w:sz w:val="28"/>
          <w:szCs w:val="28"/>
          <w:lang w:val="sv-SE" w:eastAsia="sv-SE"/>
        </w:rPr>
        <w:t xml:space="preserve"> fördjupar oss i Louis Brailles arv</w:t>
      </w:r>
      <w:r w:rsidR="00901AB5" w:rsidRPr="00B05E02">
        <w:rPr>
          <w:rFonts w:ascii="Arial" w:eastAsia="Times New Roman" w:hAnsi="Arial" w:cs="Arial"/>
          <w:sz w:val="28"/>
          <w:szCs w:val="28"/>
          <w:lang w:val="sv-SE" w:eastAsia="sv-SE"/>
        </w:rPr>
        <w:t xml:space="preserve"> – å</w:t>
      </w:r>
      <w:r w:rsidR="00C87A1C" w:rsidRPr="00B05E02">
        <w:rPr>
          <w:rFonts w:ascii="Arial" w:eastAsia="Times New Roman" w:hAnsi="Arial" w:cs="Arial"/>
          <w:sz w:val="28"/>
          <w:szCs w:val="28"/>
          <w:lang w:val="sv-SE" w:eastAsia="sv-SE"/>
        </w:rPr>
        <w:t xml:space="preserve">r 2025 fyller nämligen </w:t>
      </w:r>
      <w:r w:rsidR="00912705" w:rsidRPr="00B05E02">
        <w:rPr>
          <w:rFonts w:ascii="Arial" w:eastAsia="Times New Roman" w:hAnsi="Arial" w:cs="Arial"/>
          <w:sz w:val="28"/>
          <w:szCs w:val="28"/>
          <w:lang w:val="sv-SE" w:eastAsia="sv-SE"/>
        </w:rPr>
        <w:t>punktskriften 200 år</w:t>
      </w:r>
      <w:r w:rsidR="00C87A1C" w:rsidRPr="00B05E02">
        <w:rPr>
          <w:rFonts w:ascii="Arial" w:eastAsia="Times New Roman" w:hAnsi="Arial" w:cs="Arial"/>
          <w:sz w:val="28"/>
          <w:szCs w:val="28"/>
          <w:lang w:val="sv-SE" w:eastAsia="sv-SE"/>
        </w:rPr>
        <w:t>!</w:t>
      </w:r>
      <w:r w:rsidR="00ED2E8B" w:rsidRPr="00B05E02">
        <w:rPr>
          <w:rFonts w:ascii="Arial" w:eastAsia="Times New Roman" w:hAnsi="Arial" w:cs="Arial"/>
          <w:sz w:val="28"/>
          <w:szCs w:val="28"/>
          <w:lang w:val="sv-SE" w:eastAsia="sv-SE"/>
        </w:rPr>
        <w:t xml:space="preserve"> </w:t>
      </w:r>
      <w:r w:rsidRPr="00D650F6">
        <w:rPr>
          <w:rFonts w:ascii="Arial" w:eastAsia="Times New Roman" w:hAnsi="Arial" w:cs="Arial"/>
          <w:sz w:val="28"/>
          <w:szCs w:val="28"/>
          <w:lang w:val="sv-SE" w:eastAsia="sv-SE"/>
        </w:rPr>
        <w:t>Därefter</w:t>
      </w:r>
      <w:r w:rsidR="00C72BD8" w:rsidRPr="00D650F6">
        <w:rPr>
          <w:rFonts w:ascii="Arial" w:eastAsia="Times New Roman" w:hAnsi="Arial" w:cs="Arial"/>
          <w:sz w:val="28"/>
          <w:szCs w:val="28"/>
          <w:lang w:val="sv-SE" w:eastAsia="sv-SE"/>
        </w:rPr>
        <w:t xml:space="preserve"> </w:t>
      </w:r>
      <w:r w:rsidR="00D650F6" w:rsidRPr="00D650F6">
        <w:rPr>
          <w:rFonts w:ascii="Arial" w:hAnsi="Arial" w:cs="Arial"/>
          <w:sz w:val="28"/>
          <w:szCs w:val="28"/>
          <w:lang w:val="sv-SE"/>
        </w:rPr>
        <w:t xml:space="preserve">tar SRF Go! </w:t>
      </w:r>
      <w:r w:rsidR="00061AF8" w:rsidRPr="00D650F6">
        <w:rPr>
          <w:rFonts w:ascii="Arial" w:hAnsi="Arial" w:cs="Arial"/>
          <w:sz w:val="28"/>
          <w:szCs w:val="28"/>
          <w:lang w:val="sv-SE"/>
        </w:rPr>
        <w:t>D</w:t>
      </w:r>
      <w:r w:rsidR="00D650F6" w:rsidRPr="00D650F6">
        <w:rPr>
          <w:rFonts w:ascii="Arial" w:hAnsi="Arial" w:cs="Arial"/>
          <w:sz w:val="28"/>
          <w:szCs w:val="28"/>
          <w:lang w:val="sv-SE"/>
        </w:rPr>
        <w:t xml:space="preserve">ig med på en resa söderut till den idylliska grekiska ön </w:t>
      </w:r>
      <w:proofErr w:type="spellStart"/>
      <w:r w:rsidR="00D650F6" w:rsidRPr="00D650F6">
        <w:rPr>
          <w:rFonts w:ascii="Arial" w:hAnsi="Arial" w:cs="Arial"/>
          <w:sz w:val="28"/>
          <w:szCs w:val="28"/>
          <w:lang w:val="sv-SE"/>
        </w:rPr>
        <w:t>Aegina</w:t>
      </w:r>
      <w:proofErr w:type="spellEnd"/>
      <w:r w:rsidR="00D650F6" w:rsidRPr="00D650F6">
        <w:rPr>
          <w:rFonts w:ascii="Arial" w:hAnsi="Arial" w:cs="Arial"/>
          <w:sz w:val="28"/>
          <w:szCs w:val="28"/>
          <w:lang w:val="sv-SE"/>
        </w:rPr>
        <w:t xml:space="preserve">, där den blinda poeten och abbedissan Amma </w:t>
      </w:r>
      <w:proofErr w:type="spellStart"/>
      <w:r w:rsidR="00D650F6" w:rsidRPr="00D650F6">
        <w:rPr>
          <w:rFonts w:ascii="Arial" w:hAnsi="Arial" w:cs="Arial"/>
          <w:sz w:val="28"/>
          <w:szCs w:val="28"/>
          <w:lang w:val="sv-SE"/>
        </w:rPr>
        <w:t>Xeni</w:t>
      </w:r>
      <w:proofErr w:type="spellEnd"/>
      <w:r w:rsidR="00D650F6" w:rsidRPr="00D650F6">
        <w:rPr>
          <w:rFonts w:ascii="Arial" w:hAnsi="Arial" w:cs="Arial"/>
          <w:sz w:val="28"/>
          <w:szCs w:val="28"/>
          <w:lang w:val="sv-SE"/>
        </w:rPr>
        <w:t xml:space="preserve"> en gång levde i stillhet på ett av öns kloster.</w:t>
      </w:r>
      <w:r w:rsidR="00ED2E8B" w:rsidRPr="00D650F6">
        <w:rPr>
          <w:rFonts w:ascii="Arial" w:eastAsia="Times New Roman" w:hAnsi="Arial" w:cs="Arial"/>
          <w:sz w:val="28"/>
          <w:szCs w:val="28"/>
          <w:lang w:val="sv-SE" w:eastAsia="sv-SE"/>
        </w:rPr>
        <w:t xml:space="preserve"> </w:t>
      </w:r>
      <w:r w:rsidR="00B83886" w:rsidRPr="00B05E02">
        <w:rPr>
          <w:rFonts w:ascii="Arial" w:eastAsia="Times New Roman" w:hAnsi="Arial" w:cs="Arial"/>
          <w:sz w:val="28"/>
          <w:szCs w:val="28"/>
          <w:lang w:val="sv-SE" w:eastAsia="sv-SE"/>
        </w:rPr>
        <w:t xml:space="preserve">Nästa resmål går </w:t>
      </w:r>
      <w:r w:rsidR="00ED2E8B" w:rsidRPr="00B05E02">
        <w:rPr>
          <w:rFonts w:ascii="Arial" w:eastAsia="Times New Roman" w:hAnsi="Arial" w:cs="Arial"/>
          <w:sz w:val="28"/>
          <w:szCs w:val="28"/>
          <w:lang w:val="sv-SE" w:eastAsia="sv-SE"/>
        </w:rPr>
        <w:t xml:space="preserve">västerut till Teneriffa, dit James </w:t>
      </w:r>
      <w:proofErr w:type="spellStart"/>
      <w:r w:rsidR="00ED2E8B" w:rsidRPr="00B05E02">
        <w:rPr>
          <w:rFonts w:ascii="Arial" w:eastAsia="Times New Roman" w:hAnsi="Arial" w:cs="Arial"/>
          <w:sz w:val="28"/>
          <w:szCs w:val="28"/>
          <w:lang w:val="sv-SE" w:eastAsia="sv-SE"/>
        </w:rPr>
        <w:t>Holman</w:t>
      </w:r>
      <w:proofErr w:type="spellEnd"/>
      <w:r w:rsidR="00ED2E8B" w:rsidRPr="00B05E02">
        <w:rPr>
          <w:rFonts w:ascii="Arial" w:eastAsia="Times New Roman" w:hAnsi="Arial" w:cs="Arial"/>
          <w:sz w:val="28"/>
          <w:szCs w:val="28"/>
          <w:lang w:val="sv-SE" w:eastAsia="sv-SE"/>
        </w:rPr>
        <w:t>, den första blinda personen att genomföra en världsomsegling</w:t>
      </w:r>
      <w:r w:rsidR="00F979D3" w:rsidRPr="00B05E02">
        <w:rPr>
          <w:rFonts w:ascii="Arial" w:eastAsia="Times New Roman" w:hAnsi="Arial" w:cs="Arial"/>
          <w:sz w:val="28"/>
          <w:szCs w:val="28"/>
          <w:lang w:val="sv-SE" w:eastAsia="sv-SE"/>
        </w:rPr>
        <w:t>,</w:t>
      </w:r>
      <w:r w:rsidR="00B83886" w:rsidRPr="00B05E02">
        <w:rPr>
          <w:rFonts w:ascii="Arial" w:eastAsia="Times New Roman" w:hAnsi="Arial" w:cs="Arial"/>
          <w:sz w:val="28"/>
          <w:szCs w:val="28"/>
          <w:lang w:val="sv-SE" w:eastAsia="sv-SE"/>
        </w:rPr>
        <w:t xml:space="preserve"> </w:t>
      </w:r>
      <w:r w:rsidR="00ED2E8B" w:rsidRPr="00B05E02">
        <w:rPr>
          <w:rFonts w:ascii="Arial" w:eastAsia="Times New Roman" w:hAnsi="Arial" w:cs="Arial"/>
          <w:sz w:val="28"/>
          <w:szCs w:val="28"/>
          <w:lang w:val="sv-SE" w:eastAsia="sv-SE"/>
        </w:rPr>
        <w:t xml:space="preserve">seglade år 1827. </w:t>
      </w:r>
      <w:r w:rsidR="00ED2E8B" w:rsidRPr="00B05E02">
        <w:rPr>
          <w:rFonts w:ascii="Arial" w:hAnsi="Arial" w:cs="Arial"/>
          <w:sz w:val="28"/>
          <w:szCs w:val="28"/>
          <w:lang w:val="sv-SE"/>
        </w:rPr>
        <w:t xml:space="preserve">Årets sista resa blir en klassisk kryssning till Helsingfors, där vi avrundar </w:t>
      </w:r>
      <w:r w:rsidR="00C70451" w:rsidRPr="00B05E02">
        <w:rPr>
          <w:rFonts w:ascii="Arial" w:hAnsi="Arial" w:cs="Arial"/>
          <w:sz w:val="28"/>
          <w:szCs w:val="28"/>
          <w:lang w:val="sv-SE"/>
        </w:rPr>
        <w:t>året med en</w:t>
      </w:r>
      <w:r w:rsidR="00ED2E8B" w:rsidRPr="00B05E02">
        <w:rPr>
          <w:rFonts w:ascii="Arial" w:hAnsi="Arial" w:cs="Arial"/>
          <w:sz w:val="28"/>
          <w:szCs w:val="28"/>
          <w:lang w:val="sv-SE"/>
        </w:rPr>
        <w:t xml:space="preserve"> fikastund hos vår finlandssvenska systerorganisation </w:t>
      </w:r>
      <w:r w:rsidR="00ED2E8B" w:rsidRPr="00B05E02">
        <w:rPr>
          <w:rStyle w:val="Betoning"/>
          <w:rFonts w:ascii="Arial" w:hAnsi="Arial" w:cs="Arial"/>
          <w:i w:val="0"/>
          <w:iCs w:val="0"/>
          <w:sz w:val="28"/>
          <w:szCs w:val="28"/>
          <w:lang w:val="sv-SE"/>
        </w:rPr>
        <w:t>Förbundet Finlands Svenska Synskadade</w:t>
      </w:r>
      <w:r w:rsidR="00883816" w:rsidRPr="00B05E02">
        <w:rPr>
          <w:rStyle w:val="Betoning"/>
          <w:rFonts w:ascii="Arial" w:hAnsi="Arial" w:cs="Arial"/>
          <w:i w:val="0"/>
          <w:iCs w:val="0"/>
          <w:sz w:val="28"/>
          <w:szCs w:val="28"/>
          <w:lang w:val="sv-SE"/>
        </w:rPr>
        <w:t xml:space="preserve">. </w:t>
      </w:r>
    </w:p>
    <w:p w14:paraId="063210F8" w14:textId="77777777" w:rsidR="00A45A9C" w:rsidRDefault="00A45A9C" w:rsidP="00B05E02">
      <w:pPr>
        <w:spacing w:before="100" w:beforeAutospacing="1" w:after="100" w:afterAutospacing="1" w:line="240" w:lineRule="auto"/>
        <w:rPr>
          <w:rFonts w:ascii="Arial" w:hAnsi="Arial" w:cs="Arial"/>
          <w:strike/>
          <w:color w:val="FF0000"/>
          <w:sz w:val="28"/>
          <w:szCs w:val="28"/>
          <w:lang w:val="sv-SE"/>
        </w:rPr>
      </w:pPr>
    </w:p>
    <w:p w14:paraId="4A9950F2" w14:textId="77777777" w:rsidR="00443FE3" w:rsidRDefault="00443FE3" w:rsidP="00B05E02">
      <w:pPr>
        <w:spacing w:before="100" w:beforeAutospacing="1" w:after="100" w:afterAutospacing="1" w:line="240" w:lineRule="auto"/>
        <w:rPr>
          <w:rFonts w:ascii="Arial" w:eastAsia="Times New Roman" w:hAnsi="Arial" w:cs="Arial"/>
          <w:sz w:val="28"/>
          <w:szCs w:val="28"/>
          <w:lang w:val="sv-SE" w:eastAsia="sv-SE"/>
        </w:rPr>
      </w:pPr>
    </w:p>
    <w:p w14:paraId="3CF8B014" w14:textId="77777777" w:rsidR="00A45A9C" w:rsidRDefault="00A45A9C" w:rsidP="00B05E02">
      <w:pPr>
        <w:spacing w:before="100" w:beforeAutospacing="1" w:after="100" w:afterAutospacing="1" w:line="240" w:lineRule="auto"/>
        <w:rPr>
          <w:rFonts w:ascii="Arial" w:eastAsia="Times New Roman" w:hAnsi="Arial" w:cs="Arial"/>
          <w:sz w:val="28"/>
          <w:szCs w:val="28"/>
          <w:lang w:val="sv-SE" w:eastAsia="sv-SE"/>
        </w:rPr>
      </w:pPr>
    </w:p>
    <w:p w14:paraId="67F1C349" w14:textId="77777777" w:rsidR="00FC6CBD" w:rsidRDefault="00FC6CBD" w:rsidP="00B05E02">
      <w:pPr>
        <w:spacing w:before="100" w:beforeAutospacing="1" w:after="100" w:afterAutospacing="1" w:line="240" w:lineRule="auto"/>
        <w:rPr>
          <w:rFonts w:ascii="Arial" w:eastAsia="Times New Roman" w:hAnsi="Arial" w:cs="Arial"/>
          <w:sz w:val="28"/>
          <w:szCs w:val="28"/>
          <w:lang w:val="sv-SE" w:eastAsia="sv-SE"/>
        </w:rPr>
      </w:pPr>
    </w:p>
    <w:p w14:paraId="10BFB8D2" w14:textId="77777777" w:rsidR="00D95849" w:rsidRDefault="00D95849" w:rsidP="00B05E02">
      <w:pPr>
        <w:spacing w:before="100" w:beforeAutospacing="1" w:after="100" w:afterAutospacing="1" w:line="240" w:lineRule="auto"/>
        <w:rPr>
          <w:rFonts w:ascii="Arial" w:eastAsia="Times New Roman" w:hAnsi="Arial" w:cs="Arial"/>
          <w:sz w:val="28"/>
          <w:szCs w:val="28"/>
          <w:lang w:val="sv-SE" w:eastAsia="sv-SE"/>
        </w:rPr>
      </w:pPr>
    </w:p>
    <w:p w14:paraId="5F10BF1F" w14:textId="77777777" w:rsidR="00D650F6" w:rsidRDefault="00D650F6" w:rsidP="00B05E02">
      <w:pPr>
        <w:spacing w:before="100" w:beforeAutospacing="1" w:after="100" w:afterAutospacing="1" w:line="240" w:lineRule="auto"/>
        <w:rPr>
          <w:rFonts w:ascii="Arial" w:eastAsia="Times New Roman" w:hAnsi="Arial" w:cs="Arial"/>
          <w:bCs/>
          <w:sz w:val="28"/>
          <w:szCs w:val="28"/>
          <w:lang w:val="sv-SE" w:eastAsia="sv-SE"/>
        </w:rPr>
      </w:pPr>
    </w:p>
    <w:p w14:paraId="74277D76" w14:textId="77777777" w:rsidR="003E2C5F" w:rsidRDefault="003E2C5F" w:rsidP="00B05E02">
      <w:pPr>
        <w:spacing w:before="100" w:beforeAutospacing="1" w:after="100" w:afterAutospacing="1" w:line="240" w:lineRule="auto"/>
        <w:rPr>
          <w:rFonts w:ascii="Arial" w:eastAsia="Times New Roman" w:hAnsi="Arial" w:cs="Arial"/>
          <w:bCs/>
          <w:sz w:val="28"/>
          <w:szCs w:val="28"/>
          <w:lang w:val="sv-SE" w:eastAsia="sv-SE"/>
        </w:rPr>
      </w:pPr>
    </w:p>
    <w:p w14:paraId="6C74A01B" w14:textId="77777777" w:rsidR="003E2C5F" w:rsidRPr="00B05E02" w:rsidRDefault="003E2C5F" w:rsidP="00B05E02">
      <w:pPr>
        <w:spacing w:before="100" w:beforeAutospacing="1" w:after="100" w:afterAutospacing="1" w:line="240" w:lineRule="auto"/>
        <w:rPr>
          <w:rFonts w:ascii="Arial" w:eastAsia="Times New Roman" w:hAnsi="Arial" w:cs="Arial"/>
          <w:bCs/>
          <w:sz w:val="28"/>
          <w:szCs w:val="28"/>
          <w:lang w:val="sv-SE" w:eastAsia="sv-SE"/>
        </w:rPr>
      </w:pPr>
    </w:p>
    <w:p w14:paraId="5F5E1D80" w14:textId="25283B5F" w:rsidR="00ED2E8B" w:rsidRPr="00B05E02" w:rsidRDefault="00ED2E8B" w:rsidP="00B05E02">
      <w:pPr>
        <w:pStyle w:val="Rubrik2"/>
        <w:spacing w:line="240" w:lineRule="auto"/>
        <w:rPr>
          <w:rFonts w:ascii="Arial" w:hAnsi="Arial" w:cs="Arial"/>
          <w:sz w:val="28"/>
          <w:szCs w:val="28"/>
          <w:lang w:val="sv-SE" w:eastAsia="sv-SE"/>
        </w:rPr>
      </w:pPr>
      <w:bookmarkStart w:id="8" w:name="_Toc198883902"/>
      <w:r w:rsidRPr="00B05E02">
        <w:rPr>
          <w:rFonts w:ascii="Arial" w:hAnsi="Arial" w:cs="Arial"/>
          <w:sz w:val="28"/>
          <w:szCs w:val="28"/>
          <w:lang w:val="sv-SE" w:eastAsia="sv-SE"/>
        </w:rPr>
        <w:lastRenderedPageBreak/>
        <w:t xml:space="preserve">Paris och </w:t>
      </w:r>
      <w:proofErr w:type="spellStart"/>
      <w:r w:rsidRPr="00B05E02">
        <w:rPr>
          <w:rFonts w:ascii="Arial" w:hAnsi="Arial" w:cs="Arial"/>
          <w:sz w:val="28"/>
          <w:szCs w:val="28"/>
          <w:lang w:val="sv-SE" w:eastAsia="sv-SE"/>
        </w:rPr>
        <w:t>Coupvray</w:t>
      </w:r>
      <w:proofErr w:type="spellEnd"/>
      <w:r w:rsidRPr="00B05E02">
        <w:rPr>
          <w:rFonts w:ascii="Arial" w:hAnsi="Arial" w:cs="Arial"/>
          <w:sz w:val="28"/>
          <w:szCs w:val="28"/>
          <w:lang w:val="sv-SE" w:eastAsia="sv-SE"/>
        </w:rPr>
        <w:t xml:space="preserve"> – staden som gav världen Louis Braille</w:t>
      </w:r>
      <w:bookmarkEnd w:id="8"/>
    </w:p>
    <w:p w14:paraId="389EA56C" w14:textId="4C6B1DD2" w:rsidR="00ED2E8B" w:rsidRPr="00B05E02" w:rsidRDefault="005F529E" w:rsidP="00B05E02">
      <w:p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Resan till Paris</w:t>
      </w:r>
      <w:r w:rsidR="00ED2E8B" w:rsidRPr="00B05E02">
        <w:rPr>
          <w:rFonts w:ascii="Arial" w:eastAsia="Times New Roman" w:hAnsi="Arial" w:cs="Arial"/>
          <w:sz w:val="28"/>
          <w:szCs w:val="28"/>
          <w:lang w:val="sv-SE" w:eastAsia="sv-SE"/>
        </w:rPr>
        <w:t xml:space="preserve"> går i punktskriftens tecken, med ett besök på Louis Braille-museet som en av höjdpunkterna. </w:t>
      </w:r>
      <w:r w:rsidR="00BE3676" w:rsidRPr="00B05E02">
        <w:rPr>
          <w:rFonts w:ascii="Arial" w:eastAsia="Times New Roman" w:hAnsi="Arial" w:cs="Arial"/>
          <w:sz w:val="28"/>
          <w:szCs w:val="28"/>
          <w:lang w:val="sv-SE" w:eastAsia="sv-SE"/>
        </w:rPr>
        <w:t>Där</w:t>
      </w:r>
      <w:r w:rsidR="00ED2E8B" w:rsidRPr="00B05E02">
        <w:rPr>
          <w:rFonts w:ascii="Arial" w:eastAsia="Times New Roman" w:hAnsi="Arial" w:cs="Arial"/>
          <w:sz w:val="28"/>
          <w:szCs w:val="28"/>
          <w:lang w:val="sv-SE" w:eastAsia="sv-SE"/>
        </w:rPr>
        <w:t xml:space="preserve"> får vi ta del av en fascinerande samling på omkring tusen objekt, inklusive skrivmaskiner, Braille-böcker, taktila verktyg, vinodlingsredskap samt personliga tillhörigheter från Louis Braille själv. Museet ger också en inblick i Brie-regionens vardagsliv på 1700- och 1800-talet.</w:t>
      </w:r>
    </w:p>
    <w:p w14:paraId="393CE59E" w14:textId="21BB4138" w:rsidR="00ED2E8B" w:rsidRPr="00B05E02" w:rsidRDefault="00ED2E8B" w:rsidP="00B05E02">
      <w:p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 xml:space="preserve">Vi bor på Best Western </w:t>
      </w:r>
      <w:proofErr w:type="spellStart"/>
      <w:r w:rsidRPr="00B05E02">
        <w:rPr>
          <w:rFonts w:ascii="Arial" w:eastAsia="Times New Roman" w:hAnsi="Arial" w:cs="Arial"/>
          <w:sz w:val="28"/>
          <w:szCs w:val="28"/>
          <w:lang w:val="sv-SE" w:eastAsia="sv-SE"/>
        </w:rPr>
        <w:t>Ronceray</w:t>
      </w:r>
      <w:proofErr w:type="spellEnd"/>
      <w:r w:rsidRPr="00B05E02">
        <w:rPr>
          <w:rFonts w:ascii="Arial" w:eastAsia="Times New Roman" w:hAnsi="Arial" w:cs="Arial"/>
          <w:sz w:val="28"/>
          <w:szCs w:val="28"/>
          <w:lang w:val="sv-SE" w:eastAsia="sv-SE"/>
        </w:rPr>
        <w:t xml:space="preserve"> </w:t>
      </w:r>
      <w:proofErr w:type="spellStart"/>
      <w:r w:rsidRPr="00B05E02">
        <w:rPr>
          <w:rFonts w:ascii="Arial" w:eastAsia="Times New Roman" w:hAnsi="Arial" w:cs="Arial"/>
          <w:sz w:val="28"/>
          <w:szCs w:val="28"/>
          <w:lang w:val="sv-SE" w:eastAsia="sv-SE"/>
        </w:rPr>
        <w:t>Opéra</w:t>
      </w:r>
      <w:proofErr w:type="spellEnd"/>
      <w:r w:rsidRPr="00B05E02">
        <w:rPr>
          <w:rFonts w:ascii="Arial" w:eastAsia="Times New Roman" w:hAnsi="Arial" w:cs="Arial"/>
          <w:sz w:val="28"/>
          <w:szCs w:val="28"/>
          <w:lang w:val="sv-SE" w:eastAsia="sv-SE"/>
        </w:rPr>
        <w:t xml:space="preserve"> </w:t>
      </w:r>
      <w:proofErr w:type="spellStart"/>
      <w:r w:rsidRPr="00B05E02">
        <w:rPr>
          <w:rFonts w:ascii="Arial" w:eastAsia="Times New Roman" w:hAnsi="Arial" w:cs="Arial"/>
          <w:sz w:val="28"/>
          <w:szCs w:val="28"/>
          <w:lang w:val="sv-SE" w:eastAsia="sv-SE"/>
        </w:rPr>
        <w:t>Hotel</w:t>
      </w:r>
      <w:proofErr w:type="spellEnd"/>
      <w:r w:rsidRPr="00B05E02">
        <w:rPr>
          <w:rFonts w:ascii="Arial" w:eastAsia="Times New Roman" w:hAnsi="Arial" w:cs="Arial"/>
          <w:sz w:val="28"/>
          <w:szCs w:val="28"/>
          <w:lang w:val="sv-SE" w:eastAsia="sv-SE"/>
        </w:rPr>
        <w:t>, en elegant byggnad från tidigt 1800-tal</w:t>
      </w:r>
      <w:r w:rsidR="00D85B60" w:rsidRPr="00B05E02">
        <w:rPr>
          <w:rFonts w:ascii="Arial" w:eastAsia="Times New Roman" w:hAnsi="Arial" w:cs="Arial"/>
          <w:sz w:val="28"/>
          <w:szCs w:val="28"/>
          <w:lang w:val="sv-SE" w:eastAsia="sv-SE"/>
        </w:rPr>
        <w:t xml:space="preserve"> </w:t>
      </w:r>
      <w:r w:rsidRPr="00B05E02">
        <w:rPr>
          <w:rFonts w:ascii="Arial" w:eastAsia="Times New Roman" w:hAnsi="Arial" w:cs="Arial"/>
          <w:sz w:val="28"/>
          <w:szCs w:val="28"/>
          <w:lang w:val="sv-SE" w:eastAsia="sv-SE"/>
        </w:rPr>
        <w:t xml:space="preserve">belägen mitt i hjärtat av Paris. Hotellet ligger vid </w:t>
      </w:r>
      <w:proofErr w:type="spellStart"/>
      <w:r w:rsidRPr="00B05E02">
        <w:rPr>
          <w:rFonts w:ascii="Arial" w:eastAsia="Times New Roman" w:hAnsi="Arial" w:cs="Arial"/>
          <w:sz w:val="28"/>
          <w:szCs w:val="28"/>
          <w:lang w:val="sv-SE" w:eastAsia="sv-SE"/>
        </w:rPr>
        <w:t>Grévin</w:t>
      </w:r>
      <w:proofErr w:type="spellEnd"/>
      <w:r w:rsidRPr="00B05E02">
        <w:rPr>
          <w:rFonts w:ascii="Arial" w:eastAsia="Times New Roman" w:hAnsi="Arial" w:cs="Arial"/>
          <w:sz w:val="28"/>
          <w:szCs w:val="28"/>
          <w:lang w:val="sv-SE" w:eastAsia="sv-SE"/>
        </w:rPr>
        <w:t xml:space="preserve">-museet, mellan Boulevard Montmartre och den charmiga Passage </w:t>
      </w:r>
      <w:proofErr w:type="spellStart"/>
      <w:r w:rsidRPr="00B05E02">
        <w:rPr>
          <w:rFonts w:ascii="Arial" w:eastAsia="Times New Roman" w:hAnsi="Arial" w:cs="Arial"/>
          <w:sz w:val="28"/>
          <w:szCs w:val="28"/>
          <w:lang w:val="sv-SE" w:eastAsia="sv-SE"/>
        </w:rPr>
        <w:t>Jouffroy</w:t>
      </w:r>
      <w:proofErr w:type="spellEnd"/>
      <w:r w:rsidRPr="00B05E02">
        <w:rPr>
          <w:rFonts w:ascii="Arial" w:eastAsia="Times New Roman" w:hAnsi="Arial" w:cs="Arial"/>
          <w:sz w:val="28"/>
          <w:szCs w:val="28"/>
          <w:lang w:val="sv-SE" w:eastAsia="sv-SE"/>
        </w:rPr>
        <w:t xml:space="preserve">. På bara några minuters promenad når vi ikoniska platser som Louvren, </w:t>
      </w:r>
      <w:proofErr w:type="spellStart"/>
      <w:r w:rsidRPr="00B05E02">
        <w:rPr>
          <w:rFonts w:ascii="Arial" w:eastAsia="Times New Roman" w:hAnsi="Arial" w:cs="Arial"/>
          <w:sz w:val="28"/>
          <w:szCs w:val="28"/>
          <w:lang w:val="sv-SE" w:eastAsia="sv-SE"/>
        </w:rPr>
        <w:t>Opéra</w:t>
      </w:r>
      <w:proofErr w:type="spellEnd"/>
      <w:r w:rsidRPr="00B05E02">
        <w:rPr>
          <w:rFonts w:ascii="Arial" w:eastAsia="Times New Roman" w:hAnsi="Arial" w:cs="Arial"/>
          <w:sz w:val="28"/>
          <w:szCs w:val="28"/>
          <w:lang w:val="sv-SE" w:eastAsia="sv-SE"/>
        </w:rPr>
        <w:t xml:space="preserve"> Garnier och shoppingdistriktet med Galeries Lafayette och Printemps.</w:t>
      </w:r>
    </w:p>
    <w:p w14:paraId="7041BFE1" w14:textId="734D3884" w:rsidR="00ED2E8B" w:rsidRPr="00B05E02" w:rsidRDefault="00ED2E8B" w:rsidP="00B05E02">
      <w:p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 xml:space="preserve">Den här resan </w:t>
      </w:r>
      <w:r w:rsidR="0020412F" w:rsidRPr="00B05E02">
        <w:rPr>
          <w:rFonts w:ascii="Arial" w:eastAsia="Times New Roman" w:hAnsi="Arial" w:cs="Arial"/>
          <w:sz w:val="28"/>
          <w:szCs w:val="28"/>
          <w:lang w:val="sv-SE" w:eastAsia="sv-SE"/>
        </w:rPr>
        <w:t>är</w:t>
      </w:r>
      <w:r w:rsidRPr="00B05E02">
        <w:rPr>
          <w:rFonts w:ascii="Arial" w:eastAsia="Times New Roman" w:hAnsi="Arial" w:cs="Arial"/>
          <w:sz w:val="28"/>
          <w:szCs w:val="28"/>
          <w:lang w:val="sv-SE" w:eastAsia="sv-SE"/>
        </w:rPr>
        <w:t xml:space="preserve"> en kombination av historia, kultur och upplevelser i en av världens mest </w:t>
      </w:r>
      <w:r w:rsidR="00106C31" w:rsidRPr="00B05E02">
        <w:rPr>
          <w:rFonts w:ascii="Arial" w:eastAsia="Times New Roman" w:hAnsi="Arial" w:cs="Arial"/>
          <w:sz w:val="28"/>
          <w:szCs w:val="28"/>
          <w:lang w:val="sv-SE" w:eastAsia="sv-SE"/>
        </w:rPr>
        <w:t>ikoniska</w:t>
      </w:r>
      <w:r w:rsidRPr="00B05E02">
        <w:rPr>
          <w:rFonts w:ascii="Arial" w:eastAsia="Times New Roman" w:hAnsi="Arial" w:cs="Arial"/>
          <w:sz w:val="28"/>
          <w:szCs w:val="28"/>
          <w:lang w:val="sv-SE" w:eastAsia="sv-SE"/>
        </w:rPr>
        <w:t xml:space="preserve"> städer.</w:t>
      </w:r>
    </w:p>
    <w:p w14:paraId="5BCDA75B" w14:textId="56AE473A" w:rsidR="00C96D8E" w:rsidRPr="00B05E02" w:rsidRDefault="00C96D8E" w:rsidP="00B05E02">
      <w:pPr>
        <w:pStyle w:val="Rubrik3"/>
        <w:spacing w:line="240" w:lineRule="auto"/>
        <w:rPr>
          <w:rFonts w:ascii="Arial" w:hAnsi="Arial" w:cs="Arial"/>
          <w:color w:val="auto"/>
          <w:sz w:val="28"/>
          <w:szCs w:val="28"/>
          <w:lang w:val="sv-SE" w:eastAsia="sv-SE"/>
        </w:rPr>
      </w:pPr>
      <w:bookmarkStart w:id="9" w:name="_Toc198883903"/>
      <w:r w:rsidRPr="00B05E02">
        <w:rPr>
          <w:rFonts w:ascii="Arial" w:hAnsi="Arial" w:cs="Arial"/>
          <w:color w:val="auto"/>
          <w:sz w:val="28"/>
          <w:szCs w:val="28"/>
          <w:lang w:val="sv-SE" w:eastAsia="sv-SE"/>
        </w:rPr>
        <w:t>Resedetaljer</w:t>
      </w:r>
      <w:r w:rsidR="00530D35" w:rsidRPr="00B05E02">
        <w:rPr>
          <w:rFonts w:ascii="Arial" w:hAnsi="Arial" w:cs="Arial"/>
          <w:color w:val="auto"/>
          <w:sz w:val="28"/>
          <w:szCs w:val="28"/>
          <w:lang w:val="sv-SE" w:eastAsia="sv-SE"/>
        </w:rPr>
        <w:t xml:space="preserve"> för Paris</w:t>
      </w:r>
      <w:bookmarkEnd w:id="9"/>
    </w:p>
    <w:p w14:paraId="256B00A5" w14:textId="71296326" w:rsidR="00ED2E8B" w:rsidRPr="00B05E02" w:rsidRDefault="00ED2E8B" w:rsidP="00B05E02">
      <w:pPr>
        <w:pStyle w:val="Liststycke"/>
        <w:numPr>
          <w:ilvl w:val="0"/>
          <w:numId w:val="19"/>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Datum:</w:t>
      </w:r>
      <w:r w:rsidRPr="00B05E02">
        <w:rPr>
          <w:rFonts w:ascii="Arial" w:eastAsia="Times New Roman" w:hAnsi="Arial" w:cs="Arial"/>
          <w:sz w:val="28"/>
          <w:szCs w:val="28"/>
          <w:lang w:val="sv-SE" w:eastAsia="sv-SE"/>
        </w:rPr>
        <w:t xml:space="preserve"> 28 augusti – 2 september </w:t>
      </w:r>
    </w:p>
    <w:p w14:paraId="15046E9E" w14:textId="04AD69D8" w:rsidR="00ED2E8B" w:rsidRPr="00B05E02" w:rsidRDefault="00ED2E8B" w:rsidP="00B05E02">
      <w:pPr>
        <w:pStyle w:val="Liststycke"/>
        <w:numPr>
          <w:ilvl w:val="0"/>
          <w:numId w:val="19"/>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Pris per person:</w:t>
      </w:r>
      <w:r w:rsidRPr="00B05E02">
        <w:rPr>
          <w:rFonts w:ascii="Arial" w:eastAsia="Times New Roman" w:hAnsi="Arial" w:cs="Arial"/>
          <w:sz w:val="28"/>
          <w:szCs w:val="28"/>
          <w:lang w:val="sv-SE" w:eastAsia="sv-SE"/>
        </w:rPr>
        <w:t xml:space="preserve"> 13</w:t>
      </w:r>
      <w:r w:rsidR="00504694" w:rsidRPr="00B05E02">
        <w:rPr>
          <w:rFonts w:ascii="Arial" w:eastAsia="Times New Roman" w:hAnsi="Arial" w:cs="Arial"/>
          <w:sz w:val="28"/>
          <w:szCs w:val="28"/>
          <w:lang w:val="sv-SE" w:eastAsia="sv-SE"/>
        </w:rPr>
        <w:t xml:space="preserve"> </w:t>
      </w:r>
      <w:r w:rsidR="001B7F2C" w:rsidRPr="00B05E02">
        <w:rPr>
          <w:rFonts w:ascii="Arial" w:eastAsia="Times New Roman" w:hAnsi="Arial" w:cs="Arial"/>
          <w:sz w:val="28"/>
          <w:szCs w:val="28"/>
          <w:lang w:val="sv-SE" w:eastAsia="sv-SE"/>
        </w:rPr>
        <w:t>500</w:t>
      </w:r>
      <w:r w:rsidRPr="00B05E02">
        <w:rPr>
          <w:rFonts w:ascii="Arial" w:eastAsia="Times New Roman" w:hAnsi="Arial" w:cs="Arial"/>
          <w:sz w:val="28"/>
          <w:szCs w:val="28"/>
          <w:lang w:val="sv-SE" w:eastAsia="sv-SE"/>
        </w:rPr>
        <w:t xml:space="preserve"> kr</w:t>
      </w:r>
    </w:p>
    <w:p w14:paraId="66147179" w14:textId="61C0D3B4" w:rsidR="00ED2E8B" w:rsidRPr="00B05E02" w:rsidRDefault="00ED2E8B" w:rsidP="00B05E02">
      <w:pPr>
        <w:pStyle w:val="Liststycke"/>
        <w:numPr>
          <w:ilvl w:val="0"/>
          <w:numId w:val="19"/>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Avgång från:</w:t>
      </w:r>
      <w:r w:rsidRPr="00B05E02">
        <w:rPr>
          <w:rFonts w:ascii="Arial" w:eastAsia="Times New Roman" w:hAnsi="Arial" w:cs="Arial"/>
          <w:sz w:val="28"/>
          <w:szCs w:val="28"/>
          <w:lang w:val="sv-SE" w:eastAsia="sv-SE"/>
        </w:rPr>
        <w:t xml:space="preserve"> Arlanda</w:t>
      </w:r>
      <w:r w:rsidR="00FC5BE5" w:rsidRPr="00B05E02">
        <w:rPr>
          <w:rFonts w:ascii="Arial" w:eastAsia="Times New Roman" w:hAnsi="Arial" w:cs="Arial"/>
          <w:sz w:val="28"/>
          <w:szCs w:val="28"/>
          <w:lang w:val="sv-SE" w:eastAsia="sv-SE"/>
        </w:rPr>
        <w:t>, Stockholm.</w:t>
      </w:r>
    </w:p>
    <w:p w14:paraId="0208BEEB" w14:textId="77777777" w:rsidR="00F47497" w:rsidRPr="00B05E02" w:rsidRDefault="00FC5BE5" w:rsidP="00B05E02">
      <w:pPr>
        <w:pStyle w:val="Liststycke"/>
        <w:numPr>
          <w:ilvl w:val="0"/>
          <w:numId w:val="19"/>
        </w:numPr>
        <w:spacing w:before="100" w:beforeAutospacing="1" w:after="100" w:afterAutospacing="1" w:line="240" w:lineRule="auto"/>
        <w:rPr>
          <w:rFonts w:ascii="Arial" w:eastAsia="Times New Roman" w:hAnsi="Arial" w:cs="Arial"/>
          <w:sz w:val="28"/>
          <w:szCs w:val="28"/>
          <w:lang w:val="sv-SE" w:eastAsia="sv-SE"/>
        </w:rPr>
      </w:pPr>
      <w:r w:rsidRPr="00B05E02">
        <w:rPr>
          <w:rFonts w:ascii="Arial" w:eastAsia="Times New Roman" w:hAnsi="Arial" w:cs="Arial"/>
          <w:b/>
          <w:sz w:val="28"/>
          <w:szCs w:val="28"/>
          <w:lang w:val="sv-SE" w:eastAsia="sv-SE"/>
        </w:rPr>
        <w:t>Det här ingår</w:t>
      </w:r>
      <w:r w:rsidR="00ED2E8B" w:rsidRPr="00B05E02">
        <w:rPr>
          <w:rFonts w:ascii="Arial" w:eastAsia="Times New Roman" w:hAnsi="Arial" w:cs="Arial"/>
          <w:b/>
          <w:sz w:val="28"/>
          <w:szCs w:val="28"/>
          <w:lang w:val="sv-SE" w:eastAsia="sv-SE"/>
        </w:rPr>
        <w:t>:</w:t>
      </w:r>
    </w:p>
    <w:p w14:paraId="01E4ACC5" w14:textId="77777777" w:rsidR="00F47497" w:rsidRPr="00B05E02" w:rsidRDefault="00ED2E8B" w:rsidP="00B05E02">
      <w:pPr>
        <w:pStyle w:val="Liststycke"/>
        <w:numPr>
          <w:ilvl w:val="1"/>
          <w:numId w:val="19"/>
        </w:numPr>
        <w:spacing w:before="100" w:beforeAutospacing="1" w:after="100" w:afterAutospacing="1" w:line="240" w:lineRule="auto"/>
        <w:rPr>
          <w:rFonts w:ascii="Arial" w:eastAsia="Times New Roman" w:hAnsi="Arial" w:cs="Arial"/>
          <w:sz w:val="28"/>
          <w:szCs w:val="28"/>
          <w:lang w:val="sv-SE" w:eastAsia="sv-SE"/>
        </w:rPr>
      </w:pPr>
      <w:proofErr w:type="gramStart"/>
      <w:r w:rsidRPr="00B05E02">
        <w:rPr>
          <w:rFonts w:ascii="Arial" w:eastAsia="Times New Roman" w:hAnsi="Arial" w:cs="Arial"/>
          <w:sz w:val="28"/>
          <w:szCs w:val="28"/>
          <w:lang w:val="sv-SE" w:eastAsia="sv-SE"/>
        </w:rPr>
        <w:t>Flyg tur</w:t>
      </w:r>
      <w:proofErr w:type="gramEnd"/>
      <w:r w:rsidRPr="00B05E02">
        <w:rPr>
          <w:rFonts w:ascii="Arial" w:eastAsia="Times New Roman" w:hAnsi="Arial" w:cs="Arial"/>
          <w:sz w:val="28"/>
          <w:szCs w:val="28"/>
          <w:lang w:val="sv-SE" w:eastAsia="sv-SE"/>
        </w:rPr>
        <w:t xml:space="preserve"> och retur med SAS inkl. flygskatter och bagage</w:t>
      </w:r>
      <w:r w:rsidR="00DA6C86" w:rsidRPr="00B05E02">
        <w:rPr>
          <w:rFonts w:ascii="Arial" w:eastAsia="Times New Roman" w:hAnsi="Arial" w:cs="Arial"/>
          <w:sz w:val="28"/>
          <w:szCs w:val="28"/>
          <w:lang w:val="sv-SE" w:eastAsia="sv-SE"/>
        </w:rPr>
        <w:t>.</w:t>
      </w:r>
    </w:p>
    <w:p w14:paraId="3F9CFEA6" w14:textId="7907A81D" w:rsidR="00F47497" w:rsidRPr="00B05E02" w:rsidRDefault="001B7F2C" w:rsidP="00B05E02">
      <w:pPr>
        <w:pStyle w:val="Liststycke"/>
        <w:numPr>
          <w:ilvl w:val="1"/>
          <w:numId w:val="19"/>
        </w:numPr>
        <w:spacing w:before="100" w:beforeAutospacing="1" w:after="100" w:afterAutospacing="1" w:line="240" w:lineRule="auto"/>
        <w:rPr>
          <w:rFonts w:ascii="Arial" w:eastAsia="Times New Roman" w:hAnsi="Arial" w:cs="Arial"/>
          <w:sz w:val="28"/>
          <w:szCs w:val="28"/>
          <w:lang w:val="sv-SE" w:eastAsia="sv-SE"/>
        </w:rPr>
      </w:pPr>
      <w:r w:rsidRPr="00B05E02">
        <w:rPr>
          <w:rFonts w:ascii="Arial" w:eastAsia="Times New Roman" w:hAnsi="Arial" w:cs="Arial"/>
          <w:sz w:val="28"/>
          <w:szCs w:val="28"/>
          <w:lang w:val="sv-SE" w:eastAsia="sv-SE"/>
        </w:rPr>
        <w:t>T</w:t>
      </w:r>
      <w:r w:rsidR="00ED2E8B" w:rsidRPr="00B05E02">
        <w:rPr>
          <w:rFonts w:ascii="Arial" w:eastAsia="Times New Roman" w:hAnsi="Arial" w:cs="Arial"/>
          <w:sz w:val="28"/>
          <w:szCs w:val="28"/>
          <w:lang w:val="sv-SE" w:eastAsia="sv-SE"/>
        </w:rPr>
        <w:t>ransfer mellan flygplats och hotell (inkl</w:t>
      </w:r>
      <w:r w:rsidR="00120397" w:rsidRPr="00B05E02">
        <w:rPr>
          <w:rFonts w:ascii="Arial" w:eastAsia="Times New Roman" w:hAnsi="Arial" w:cs="Arial"/>
          <w:sz w:val="28"/>
          <w:szCs w:val="28"/>
          <w:lang w:val="sv-SE" w:eastAsia="sv-SE"/>
        </w:rPr>
        <w:t>usive</w:t>
      </w:r>
      <w:r w:rsidR="00ED2E8B" w:rsidRPr="00B05E02">
        <w:rPr>
          <w:rFonts w:ascii="Arial" w:eastAsia="Times New Roman" w:hAnsi="Arial" w:cs="Arial"/>
          <w:sz w:val="28"/>
          <w:szCs w:val="28"/>
          <w:lang w:val="sv-SE" w:eastAsia="sv-SE"/>
        </w:rPr>
        <w:t xml:space="preserve"> </w:t>
      </w:r>
      <w:proofErr w:type="spellStart"/>
      <w:r w:rsidR="00ED2E8B" w:rsidRPr="00B05E02">
        <w:rPr>
          <w:rFonts w:ascii="Arial" w:eastAsia="Times New Roman" w:hAnsi="Arial" w:cs="Arial"/>
          <w:sz w:val="28"/>
          <w:szCs w:val="28"/>
          <w:lang w:val="sv-SE" w:eastAsia="sv-SE"/>
        </w:rPr>
        <w:t>meet</w:t>
      </w:r>
      <w:proofErr w:type="spellEnd"/>
      <w:r w:rsidR="00ED2E8B" w:rsidRPr="00B05E02">
        <w:rPr>
          <w:rFonts w:ascii="Arial" w:eastAsia="Times New Roman" w:hAnsi="Arial" w:cs="Arial"/>
          <w:sz w:val="28"/>
          <w:szCs w:val="28"/>
          <w:lang w:val="sv-SE" w:eastAsia="sv-SE"/>
        </w:rPr>
        <w:t xml:space="preserve"> &amp; </w:t>
      </w:r>
      <w:proofErr w:type="spellStart"/>
      <w:r w:rsidR="00ED2E8B" w:rsidRPr="00B05E02">
        <w:rPr>
          <w:rFonts w:ascii="Arial" w:eastAsia="Times New Roman" w:hAnsi="Arial" w:cs="Arial"/>
          <w:sz w:val="28"/>
          <w:szCs w:val="28"/>
          <w:lang w:val="sv-SE" w:eastAsia="sv-SE"/>
        </w:rPr>
        <w:t>greet</w:t>
      </w:r>
      <w:proofErr w:type="spellEnd"/>
      <w:r w:rsidR="00ED2E8B" w:rsidRPr="00B05E02">
        <w:rPr>
          <w:rFonts w:ascii="Arial" w:eastAsia="Times New Roman" w:hAnsi="Arial" w:cs="Arial"/>
          <w:sz w:val="28"/>
          <w:szCs w:val="28"/>
          <w:lang w:val="sv-SE" w:eastAsia="sv-SE"/>
        </w:rPr>
        <w:t>)</w:t>
      </w:r>
      <w:r w:rsidR="00DA6C86" w:rsidRPr="00B05E02">
        <w:rPr>
          <w:rFonts w:ascii="Arial" w:eastAsia="Times New Roman" w:hAnsi="Arial" w:cs="Arial"/>
          <w:sz w:val="28"/>
          <w:szCs w:val="28"/>
          <w:lang w:val="sv-SE" w:eastAsia="sv-SE"/>
        </w:rPr>
        <w:t>.</w:t>
      </w:r>
    </w:p>
    <w:p w14:paraId="13753593" w14:textId="6BB33495" w:rsidR="000905EF" w:rsidRPr="00B05E02" w:rsidRDefault="00DA6C86" w:rsidP="00B05E02">
      <w:pPr>
        <w:pStyle w:val="Liststycke"/>
        <w:numPr>
          <w:ilvl w:val="1"/>
          <w:numId w:val="19"/>
        </w:numPr>
        <w:spacing w:before="100" w:beforeAutospacing="1" w:after="100" w:afterAutospacing="1" w:line="240" w:lineRule="auto"/>
        <w:rPr>
          <w:rFonts w:ascii="Arial" w:eastAsia="Times New Roman" w:hAnsi="Arial" w:cs="Arial"/>
          <w:sz w:val="28"/>
          <w:szCs w:val="28"/>
          <w:lang w:val="sv-SE" w:eastAsia="sv-SE"/>
        </w:rPr>
      </w:pPr>
      <w:r w:rsidRPr="00B05E02">
        <w:rPr>
          <w:rFonts w:ascii="Arial" w:eastAsia="Times New Roman" w:hAnsi="Arial" w:cs="Arial"/>
          <w:sz w:val="28"/>
          <w:szCs w:val="28"/>
          <w:lang w:val="sv-SE" w:eastAsia="sv-SE"/>
        </w:rPr>
        <w:t>D</w:t>
      </w:r>
      <w:r w:rsidR="00ED2E8B" w:rsidRPr="00B05E02">
        <w:rPr>
          <w:rFonts w:ascii="Arial" w:eastAsia="Times New Roman" w:hAnsi="Arial" w:cs="Arial"/>
          <w:sz w:val="28"/>
          <w:szCs w:val="28"/>
          <w:lang w:val="sv-SE" w:eastAsia="sv-SE"/>
        </w:rPr>
        <w:t xml:space="preserve">el i dubbelrum (standard </w:t>
      </w:r>
      <w:proofErr w:type="spellStart"/>
      <w:r w:rsidR="00ED2E8B" w:rsidRPr="00B05E02">
        <w:rPr>
          <w:rFonts w:ascii="Arial" w:eastAsia="Times New Roman" w:hAnsi="Arial" w:cs="Arial"/>
          <w:sz w:val="28"/>
          <w:szCs w:val="28"/>
          <w:lang w:val="sv-SE" w:eastAsia="sv-SE"/>
        </w:rPr>
        <w:t>twinrum</w:t>
      </w:r>
      <w:proofErr w:type="spellEnd"/>
      <w:r w:rsidR="00ED2E8B" w:rsidRPr="00B05E02">
        <w:rPr>
          <w:rFonts w:ascii="Arial" w:eastAsia="Times New Roman" w:hAnsi="Arial" w:cs="Arial"/>
          <w:sz w:val="28"/>
          <w:szCs w:val="28"/>
          <w:lang w:val="sv-SE" w:eastAsia="sv-SE"/>
        </w:rPr>
        <w:t xml:space="preserve">) </w:t>
      </w:r>
      <w:r w:rsidRPr="00B05E02">
        <w:rPr>
          <w:rFonts w:ascii="Arial" w:eastAsia="Times New Roman" w:hAnsi="Arial" w:cs="Arial"/>
          <w:sz w:val="28"/>
          <w:szCs w:val="28"/>
          <w:lang w:val="sv-SE" w:eastAsia="sv-SE"/>
        </w:rPr>
        <w:t>–</w:t>
      </w:r>
      <w:r w:rsidR="00ED2E8B" w:rsidRPr="00B05E02">
        <w:rPr>
          <w:rFonts w:ascii="Arial" w:eastAsia="Times New Roman" w:hAnsi="Arial" w:cs="Arial"/>
          <w:sz w:val="28"/>
          <w:szCs w:val="28"/>
          <w:lang w:val="sv-SE" w:eastAsia="sv-SE"/>
        </w:rPr>
        <w:t xml:space="preserve"> 5 nätter inkl</w:t>
      </w:r>
      <w:r w:rsidR="00120397" w:rsidRPr="00B05E02">
        <w:rPr>
          <w:rFonts w:ascii="Arial" w:eastAsia="Times New Roman" w:hAnsi="Arial" w:cs="Arial"/>
          <w:sz w:val="28"/>
          <w:szCs w:val="28"/>
          <w:lang w:val="sv-SE" w:eastAsia="sv-SE"/>
        </w:rPr>
        <w:t>usive</w:t>
      </w:r>
      <w:r w:rsidR="00ED2E8B" w:rsidRPr="00B05E02">
        <w:rPr>
          <w:rFonts w:ascii="Arial" w:eastAsia="Times New Roman" w:hAnsi="Arial" w:cs="Arial"/>
          <w:sz w:val="28"/>
          <w:szCs w:val="28"/>
          <w:lang w:val="sv-SE" w:eastAsia="sv-SE"/>
        </w:rPr>
        <w:t xml:space="preserve"> frukost</w:t>
      </w:r>
      <w:r w:rsidR="000905EF" w:rsidRPr="00B05E02">
        <w:rPr>
          <w:rFonts w:ascii="Arial" w:eastAsia="Times New Roman" w:hAnsi="Arial" w:cs="Arial"/>
          <w:sz w:val="28"/>
          <w:szCs w:val="28"/>
          <w:lang w:val="sv-SE" w:eastAsia="sv-SE"/>
        </w:rPr>
        <w:t>.</w:t>
      </w:r>
    </w:p>
    <w:p w14:paraId="39521323" w14:textId="6C161F97" w:rsidR="00ED2E8B" w:rsidRPr="00B05E02" w:rsidRDefault="00A81426" w:rsidP="00B05E02">
      <w:pPr>
        <w:pStyle w:val="Liststycke"/>
        <w:numPr>
          <w:ilvl w:val="1"/>
          <w:numId w:val="19"/>
        </w:numPr>
        <w:spacing w:before="100" w:beforeAutospacing="1" w:after="100" w:afterAutospacing="1" w:line="240" w:lineRule="auto"/>
        <w:rPr>
          <w:rFonts w:ascii="Arial" w:eastAsia="Times New Roman" w:hAnsi="Arial" w:cs="Arial"/>
          <w:sz w:val="28"/>
          <w:szCs w:val="28"/>
          <w:lang w:val="sv-SE" w:eastAsia="sv-SE"/>
        </w:rPr>
      </w:pPr>
      <w:r w:rsidRPr="00B05E02">
        <w:rPr>
          <w:rFonts w:ascii="Arial" w:eastAsia="Times New Roman" w:hAnsi="Arial" w:cs="Arial"/>
          <w:sz w:val="28"/>
          <w:szCs w:val="28"/>
          <w:lang w:val="sv-SE" w:eastAsia="sv-SE"/>
        </w:rPr>
        <w:t>1,5 timmes b</w:t>
      </w:r>
      <w:r w:rsidR="00ED2E8B" w:rsidRPr="00B05E02">
        <w:rPr>
          <w:rFonts w:ascii="Arial" w:eastAsia="Times New Roman" w:hAnsi="Arial" w:cs="Arial"/>
          <w:sz w:val="28"/>
          <w:szCs w:val="28"/>
          <w:lang w:val="sv-SE" w:eastAsia="sv-SE"/>
        </w:rPr>
        <w:t xml:space="preserve">esök på Louis Braille-museet med </w:t>
      </w:r>
      <w:proofErr w:type="gramStart"/>
      <w:r w:rsidR="00ED2E8B" w:rsidRPr="00B05E02">
        <w:rPr>
          <w:rFonts w:ascii="Arial" w:eastAsia="Times New Roman" w:hAnsi="Arial" w:cs="Arial"/>
          <w:sz w:val="28"/>
          <w:szCs w:val="28"/>
          <w:lang w:val="sv-SE" w:eastAsia="sv-SE"/>
        </w:rPr>
        <w:t xml:space="preserve">transfer </w:t>
      </w:r>
      <w:r w:rsidR="000905EF" w:rsidRPr="00B05E02">
        <w:rPr>
          <w:rFonts w:ascii="Arial" w:eastAsia="Times New Roman" w:hAnsi="Arial" w:cs="Arial"/>
          <w:sz w:val="28"/>
          <w:szCs w:val="28"/>
          <w:lang w:val="sv-SE" w:eastAsia="sv-SE"/>
        </w:rPr>
        <w:t>tur</w:t>
      </w:r>
      <w:proofErr w:type="gramEnd"/>
      <w:r w:rsidR="000905EF" w:rsidRPr="00B05E02">
        <w:rPr>
          <w:rFonts w:ascii="Arial" w:eastAsia="Times New Roman" w:hAnsi="Arial" w:cs="Arial"/>
          <w:sz w:val="28"/>
          <w:szCs w:val="28"/>
          <w:lang w:val="sv-SE" w:eastAsia="sv-SE"/>
        </w:rPr>
        <w:t xml:space="preserve"> och retur</w:t>
      </w:r>
      <w:r w:rsidRPr="00B05E02">
        <w:rPr>
          <w:rFonts w:ascii="Arial" w:eastAsia="Times New Roman" w:hAnsi="Arial" w:cs="Arial"/>
          <w:sz w:val="28"/>
          <w:szCs w:val="28"/>
          <w:lang w:val="sv-SE" w:eastAsia="sv-SE"/>
        </w:rPr>
        <w:t>.</w:t>
      </w:r>
    </w:p>
    <w:p w14:paraId="1CB4F9F0" w14:textId="1C27F913" w:rsidR="00ED2E8B" w:rsidRPr="00B05E02" w:rsidRDefault="00ED2E8B" w:rsidP="00B05E02">
      <w:pPr>
        <w:pStyle w:val="Liststycke"/>
        <w:numPr>
          <w:ilvl w:val="0"/>
          <w:numId w:val="19"/>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Enkelrumstillägg:</w:t>
      </w:r>
      <w:r w:rsidRPr="00B05E02">
        <w:rPr>
          <w:rFonts w:ascii="Arial" w:eastAsia="Times New Roman" w:hAnsi="Arial" w:cs="Arial"/>
          <w:sz w:val="28"/>
          <w:szCs w:val="28"/>
          <w:lang w:val="sv-SE" w:eastAsia="sv-SE"/>
        </w:rPr>
        <w:t xml:space="preserve"> Från 4 </w:t>
      </w:r>
      <w:r w:rsidR="001B7F2C" w:rsidRPr="00B05E02">
        <w:rPr>
          <w:rFonts w:ascii="Arial" w:eastAsia="Times New Roman" w:hAnsi="Arial" w:cs="Arial"/>
          <w:sz w:val="28"/>
          <w:szCs w:val="28"/>
          <w:lang w:val="sv-SE" w:eastAsia="sv-SE"/>
        </w:rPr>
        <w:t>800</w:t>
      </w:r>
      <w:r w:rsidRPr="00B05E02">
        <w:rPr>
          <w:rFonts w:ascii="Arial" w:eastAsia="Times New Roman" w:hAnsi="Arial" w:cs="Arial"/>
          <w:sz w:val="28"/>
          <w:szCs w:val="28"/>
          <w:lang w:val="sv-SE" w:eastAsia="sv-SE"/>
        </w:rPr>
        <w:t xml:space="preserve"> kr</w:t>
      </w:r>
      <w:r w:rsidR="00A81426" w:rsidRPr="00B05E02">
        <w:rPr>
          <w:rFonts w:ascii="Arial" w:eastAsia="Times New Roman" w:hAnsi="Arial" w:cs="Arial"/>
          <w:sz w:val="28"/>
          <w:szCs w:val="28"/>
          <w:lang w:val="sv-SE" w:eastAsia="sv-SE"/>
        </w:rPr>
        <w:t>.</w:t>
      </w:r>
    </w:p>
    <w:p w14:paraId="747C12AA" w14:textId="067AE022" w:rsidR="002F5AF6" w:rsidRPr="002F5AF6" w:rsidRDefault="00ED2E8B" w:rsidP="00B05E02">
      <w:pPr>
        <w:pStyle w:val="Liststycke"/>
        <w:numPr>
          <w:ilvl w:val="0"/>
          <w:numId w:val="19"/>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Tillkommer:</w:t>
      </w:r>
      <w:r w:rsidRPr="00B05E02">
        <w:rPr>
          <w:rFonts w:ascii="Arial" w:eastAsia="Times New Roman" w:hAnsi="Arial" w:cs="Arial"/>
          <w:sz w:val="28"/>
          <w:szCs w:val="28"/>
          <w:lang w:val="sv-SE" w:eastAsia="sv-SE"/>
        </w:rPr>
        <w:t xml:space="preserve"> Anslutningsresa, övriga måltider, utflykter</w:t>
      </w:r>
      <w:r w:rsidR="00D95849">
        <w:rPr>
          <w:rFonts w:ascii="Arial" w:eastAsia="Times New Roman" w:hAnsi="Arial" w:cs="Arial"/>
          <w:sz w:val="28"/>
          <w:szCs w:val="28"/>
          <w:lang w:val="sv-SE" w:eastAsia="sv-SE"/>
        </w:rPr>
        <w:t xml:space="preserve"> </w:t>
      </w:r>
      <w:r w:rsidR="00B25A11" w:rsidRPr="00B25A11">
        <w:rPr>
          <w:rFonts w:ascii="Arial" w:hAnsi="Arial" w:cs="Arial"/>
          <w:sz w:val="28"/>
          <w:szCs w:val="28"/>
          <w:lang w:val="sv-SE"/>
        </w:rPr>
        <w:t>med mera</w:t>
      </w:r>
      <w:r w:rsidR="00A81426" w:rsidRPr="00B05E02">
        <w:rPr>
          <w:rFonts w:ascii="Arial" w:eastAsia="Times New Roman" w:hAnsi="Arial" w:cs="Arial"/>
          <w:sz w:val="28"/>
          <w:szCs w:val="28"/>
          <w:lang w:val="sv-SE" w:eastAsia="sv-SE"/>
        </w:rPr>
        <w:t>.</w:t>
      </w:r>
    </w:p>
    <w:p w14:paraId="65E525F5" w14:textId="064DDF4C" w:rsidR="00ED2E8B" w:rsidRPr="00A45A9C" w:rsidRDefault="002F5AF6" w:rsidP="002F5AF6">
      <w:pPr>
        <w:pStyle w:val="Liststycke"/>
        <w:spacing w:before="100" w:beforeAutospacing="1" w:after="100" w:afterAutospacing="1" w:line="240" w:lineRule="auto"/>
        <w:rPr>
          <w:rFonts w:ascii="Arial" w:eastAsia="Times New Roman" w:hAnsi="Arial" w:cs="Arial"/>
          <w:bCs/>
          <w:sz w:val="28"/>
          <w:szCs w:val="28"/>
          <w:lang w:val="sv-SE" w:eastAsia="sv-SE"/>
        </w:rPr>
      </w:pPr>
      <w:r w:rsidRPr="002F5AF6">
        <w:rPr>
          <w:rFonts w:ascii="Arial" w:hAnsi="Arial" w:cs="Arial"/>
          <w:sz w:val="28"/>
          <w:szCs w:val="28"/>
          <w:lang w:val="sv-SE"/>
        </w:rPr>
        <w:t>Alla resenärer ansvarar själva för att kontrollera sitt försäkringsskydd och vid behov teckna avbeställnings- och reseförsäkring. Det är varje resenärs ansvar att se till att försäkringen täcker de egna behoven.</w:t>
      </w:r>
    </w:p>
    <w:p w14:paraId="145C4E9F" w14:textId="77777777" w:rsidR="00A45A9C" w:rsidRDefault="00A45A9C"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1D73052A" w14:textId="77777777" w:rsidR="00C535D9" w:rsidRDefault="00C535D9"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0AE80CC3" w14:textId="77777777" w:rsidR="00C535D9" w:rsidRPr="00B05E02" w:rsidRDefault="00C535D9"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22EE0392" w14:textId="3641049A" w:rsidR="00ED2E8B" w:rsidRPr="00B05E02" w:rsidRDefault="00ED2E8B" w:rsidP="00B05E02">
      <w:pPr>
        <w:pStyle w:val="Rubrik1"/>
        <w:spacing w:line="240" w:lineRule="auto"/>
        <w:rPr>
          <w:rFonts w:ascii="Arial" w:hAnsi="Arial" w:cs="Arial"/>
          <w:color w:val="4F81BD" w:themeColor="accent1"/>
          <w:lang w:val="sv-SE"/>
        </w:rPr>
      </w:pPr>
      <w:bookmarkStart w:id="10" w:name="_Toc198883904"/>
      <w:bookmarkStart w:id="11" w:name="_Hlk198883475"/>
      <w:proofErr w:type="spellStart"/>
      <w:r w:rsidRPr="00B05E02">
        <w:rPr>
          <w:rFonts w:ascii="Arial" w:hAnsi="Arial" w:cs="Arial"/>
          <w:color w:val="4F81BD" w:themeColor="accent1"/>
          <w:lang w:val="sv-SE"/>
        </w:rPr>
        <w:lastRenderedPageBreak/>
        <w:t>Aegina</w:t>
      </w:r>
      <w:proofErr w:type="spellEnd"/>
      <w:r w:rsidRPr="00B05E02">
        <w:rPr>
          <w:rFonts w:ascii="Arial" w:hAnsi="Arial" w:cs="Arial"/>
          <w:color w:val="4F81BD" w:themeColor="accent1"/>
          <w:lang w:val="sv-SE"/>
        </w:rPr>
        <w:t xml:space="preserve"> – </w:t>
      </w:r>
      <w:bookmarkEnd w:id="10"/>
      <w:r w:rsidR="00B05E02" w:rsidRPr="00B05E02">
        <w:rPr>
          <w:rFonts w:ascii="Arial" w:hAnsi="Arial" w:cs="Arial"/>
          <w:color w:val="4F81BD" w:themeColor="accent1"/>
          <w:lang w:val="sv-SE"/>
        </w:rPr>
        <w:t>ön med den blinda profetens arv</w:t>
      </w:r>
    </w:p>
    <w:bookmarkEnd w:id="11"/>
    <w:p w14:paraId="200BAA2B" w14:textId="14035FE0" w:rsidR="00ED2E8B" w:rsidRPr="00B05E02" w:rsidRDefault="00ED2E8B" w:rsidP="00B05E02">
      <w:pPr>
        <w:pStyle w:val="Normalwebb"/>
        <w:rPr>
          <w:rFonts w:ascii="Arial" w:hAnsi="Arial" w:cs="Arial"/>
          <w:sz w:val="28"/>
          <w:szCs w:val="28"/>
        </w:rPr>
      </w:pPr>
      <w:proofErr w:type="spellStart"/>
      <w:r w:rsidRPr="00B05E02">
        <w:rPr>
          <w:rFonts w:ascii="Arial" w:hAnsi="Arial" w:cs="Arial"/>
          <w:sz w:val="28"/>
          <w:szCs w:val="28"/>
        </w:rPr>
        <w:t>Aegina</w:t>
      </w:r>
      <w:proofErr w:type="spellEnd"/>
      <w:r w:rsidR="00B23170" w:rsidRPr="00B05E02">
        <w:rPr>
          <w:rFonts w:ascii="Arial" w:hAnsi="Arial" w:cs="Arial"/>
          <w:sz w:val="28"/>
          <w:szCs w:val="28"/>
        </w:rPr>
        <w:t xml:space="preserve"> är</w:t>
      </w:r>
      <w:r w:rsidRPr="00B05E02">
        <w:rPr>
          <w:rFonts w:ascii="Arial" w:hAnsi="Arial" w:cs="Arial"/>
          <w:sz w:val="28"/>
          <w:szCs w:val="28"/>
        </w:rPr>
        <w:t xml:space="preserve"> den ö</w:t>
      </w:r>
      <w:r w:rsidR="00481593" w:rsidRPr="00B05E02">
        <w:rPr>
          <w:rFonts w:ascii="Arial" w:hAnsi="Arial" w:cs="Arial"/>
          <w:sz w:val="28"/>
          <w:szCs w:val="28"/>
        </w:rPr>
        <w:t xml:space="preserve"> som ligger närmast</w:t>
      </w:r>
      <w:r w:rsidRPr="00B05E02">
        <w:rPr>
          <w:rFonts w:ascii="Arial" w:hAnsi="Arial" w:cs="Arial"/>
          <w:sz w:val="28"/>
          <w:szCs w:val="28"/>
        </w:rPr>
        <w:t xml:space="preserve"> Aten</w:t>
      </w:r>
      <w:r w:rsidR="00481593" w:rsidRPr="00B05E02">
        <w:rPr>
          <w:rFonts w:ascii="Arial" w:hAnsi="Arial" w:cs="Arial"/>
          <w:sz w:val="28"/>
          <w:szCs w:val="28"/>
        </w:rPr>
        <w:t>.</w:t>
      </w:r>
      <w:r w:rsidRPr="00B05E02">
        <w:rPr>
          <w:rFonts w:ascii="Arial" w:hAnsi="Arial" w:cs="Arial"/>
          <w:sz w:val="28"/>
          <w:szCs w:val="28"/>
        </w:rPr>
        <w:t xml:space="preserve"> </w:t>
      </w:r>
      <w:r w:rsidR="00481593" w:rsidRPr="00B05E02">
        <w:rPr>
          <w:rFonts w:ascii="Arial" w:hAnsi="Arial" w:cs="Arial"/>
          <w:sz w:val="28"/>
          <w:szCs w:val="28"/>
        </w:rPr>
        <w:t>T</w:t>
      </w:r>
      <w:r w:rsidRPr="00B05E02">
        <w:rPr>
          <w:rFonts w:ascii="Arial" w:hAnsi="Arial" w:cs="Arial"/>
          <w:sz w:val="28"/>
          <w:szCs w:val="28"/>
        </w:rPr>
        <w:t xml:space="preserve">rots sin närhet till storstaden har </w:t>
      </w:r>
      <w:r w:rsidR="00481593" w:rsidRPr="00B05E02">
        <w:rPr>
          <w:rFonts w:ascii="Arial" w:hAnsi="Arial" w:cs="Arial"/>
          <w:sz w:val="28"/>
          <w:szCs w:val="28"/>
        </w:rPr>
        <w:t xml:space="preserve">ön </w:t>
      </w:r>
      <w:r w:rsidRPr="00B05E02">
        <w:rPr>
          <w:rFonts w:ascii="Arial" w:hAnsi="Arial" w:cs="Arial"/>
          <w:sz w:val="28"/>
          <w:szCs w:val="28"/>
        </w:rPr>
        <w:t>bevarat sin autentiska charm. Här väntar sol, bad, historia, kultur och natursköna vandringsleder.</w:t>
      </w:r>
    </w:p>
    <w:p w14:paraId="6727397B" w14:textId="6148BFA9" w:rsidR="00ED2E8B" w:rsidRPr="00B05E02" w:rsidRDefault="002333C3" w:rsidP="00B05E02">
      <w:pPr>
        <w:pStyle w:val="Normalwebb"/>
        <w:rPr>
          <w:rFonts w:ascii="Arial" w:hAnsi="Arial" w:cs="Arial"/>
          <w:sz w:val="28"/>
          <w:szCs w:val="28"/>
        </w:rPr>
      </w:pPr>
      <w:r>
        <w:rPr>
          <w:rFonts w:ascii="Arial" w:hAnsi="Arial" w:cs="Arial"/>
          <w:sz w:val="28"/>
          <w:szCs w:val="28"/>
        </w:rPr>
        <w:t>P</w:t>
      </w:r>
      <w:r w:rsidR="00CF103B" w:rsidRPr="00B05E02">
        <w:rPr>
          <w:rFonts w:ascii="Arial" w:hAnsi="Arial" w:cs="Arial"/>
          <w:sz w:val="28"/>
          <w:szCs w:val="28"/>
        </w:rPr>
        <w:t xml:space="preserve">å </w:t>
      </w:r>
      <w:proofErr w:type="spellStart"/>
      <w:r w:rsidR="00CF103B" w:rsidRPr="00B05E02">
        <w:rPr>
          <w:rFonts w:ascii="Arial" w:hAnsi="Arial" w:cs="Arial"/>
          <w:sz w:val="28"/>
          <w:szCs w:val="28"/>
        </w:rPr>
        <w:t>Aegina</w:t>
      </w:r>
      <w:proofErr w:type="spellEnd"/>
      <w:r w:rsidR="00CF103B" w:rsidRPr="00B05E02">
        <w:rPr>
          <w:rFonts w:ascii="Arial" w:hAnsi="Arial" w:cs="Arial"/>
          <w:sz w:val="28"/>
          <w:szCs w:val="28"/>
        </w:rPr>
        <w:t xml:space="preserve"> får du chansen att u</w:t>
      </w:r>
      <w:r w:rsidR="00ED2E8B" w:rsidRPr="00B05E02">
        <w:rPr>
          <w:rFonts w:ascii="Arial" w:hAnsi="Arial" w:cs="Arial"/>
          <w:sz w:val="28"/>
          <w:szCs w:val="28"/>
        </w:rPr>
        <w:t xml:space="preserve">tforska det välbevarade </w:t>
      </w:r>
      <w:proofErr w:type="spellStart"/>
      <w:r w:rsidR="00ED2E8B" w:rsidRPr="00B05E02">
        <w:rPr>
          <w:rFonts w:ascii="Arial" w:hAnsi="Arial" w:cs="Arial"/>
          <w:sz w:val="28"/>
          <w:szCs w:val="28"/>
        </w:rPr>
        <w:t>Afeatemplet</w:t>
      </w:r>
      <w:proofErr w:type="spellEnd"/>
      <w:r w:rsidR="00ED2E8B" w:rsidRPr="00B05E02">
        <w:rPr>
          <w:rFonts w:ascii="Arial" w:hAnsi="Arial" w:cs="Arial"/>
          <w:sz w:val="28"/>
          <w:szCs w:val="28"/>
        </w:rPr>
        <w:t xml:space="preserve"> från 490 f.Kr., som sägs ha inspirerat Parthenon på Akropolis</w:t>
      </w:r>
      <w:r w:rsidR="00CF103B" w:rsidRPr="00B05E02">
        <w:rPr>
          <w:rFonts w:ascii="Arial" w:hAnsi="Arial" w:cs="Arial"/>
          <w:sz w:val="28"/>
          <w:szCs w:val="28"/>
        </w:rPr>
        <w:t>. Du kan även</w:t>
      </w:r>
      <w:r w:rsidR="00ED2E8B" w:rsidRPr="00B05E02">
        <w:rPr>
          <w:rFonts w:ascii="Arial" w:hAnsi="Arial" w:cs="Arial"/>
          <w:sz w:val="28"/>
          <w:szCs w:val="28"/>
        </w:rPr>
        <w:t xml:space="preserve"> besök</w:t>
      </w:r>
      <w:r w:rsidR="00CF103B" w:rsidRPr="00B05E02">
        <w:rPr>
          <w:rFonts w:ascii="Arial" w:hAnsi="Arial" w:cs="Arial"/>
          <w:sz w:val="28"/>
          <w:szCs w:val="28"/>
        </w:rPr>
        <w:t>a</w:t>
      </w:r>
      <w:r w:rsidR="00ED2E8B" w:rsidRPr="00B05E02">
        <w:rPr>
          <w:rFonts w:ascii="Arial" w:hAnsi="Arial" w:cs="Arial"/>
          <w:sz w:val="28"/>
          <w:szCs w:val="28"/>
        </w:rPr>
        <w:t xml:space="preserve"> </w:t>
      </w:r>
      <w:r w:rsidR="003D3D9E" w:rsidRPr="00B05E02">
        <w:rPr>
          <w:rFonts w:ascii="Arial" w:hAnsi="Arial" w:cs="Arial"/>
          <w:sz w:val="28"/>
          <w:szCs w:val="28"/>
        </w:rPr>
        <w:t>det</w:t>
      </w:r>
      <w:r w:rsidR="00ED2E8B" w:rsidRPr="00B05E02">
        <w:rPr>
          <w:rFonts w:ascii="Arial" w:hAnsi="Arial" w:cs="Arial"/>
          <w:sz w:val="28"/>
          <w:szCs w:val="28"/>
        </w:rPr>
        <w:t xml:space="preserve"> imponerande klosterkomplexet Agios </w:t>
      </w:r>
      <w:proofErr w:type="spellStart"/>
      <w:r w:rsidR="00ED2E8B" w:rsidRPr="00B05E02">
        <w:rPr>
          <w:rFonts w:ascii="Arial" w:hAnsi="Arial" w:cs="Arial"/>
          <w:sz w:val="28"/>
          <w:szCs w:val="28"/>
        </w:rPr>
        <w:t>Nektarios</w:t>
      </w:r>
      <w:proofErr w:type="spellEnd"/>
      <w:r w:rsidR="00ED2E8B" w:rsidRPr="00B05E02">
        <w:rPr>
          <w:rFonts w:ascii="Arial" w:hAnsi="Arial" w:cs="Arial"/>
          <w:sz w:val="28"/>
          <w:szCs w:val="28"/>
        </w:rPr>
        <w:t xml:space="preserve">. På ön levde Amma </w:t>
      </w:r>
      <w:proofErr w:type="spellStart"/>
      <w:r w:rsidR="00ED2E8B" w:rsidRPr="00B05E02">
        <w:rPr>
          <w:rFonts w:ascii="Arial" w:hAnsi="Arial" w:cs="Arial"/>
          <w:sz w:val="28"/>
          <w:szCs w:val="28"/>
        </w:rPr>
        <w:t>Xeni</w:t>
      </w:r>
      <w:proofErr w:type="spellEnd"/>
      <w:r w:rsidR="00ED2E8B" w:rsidRPr="00B05E02">
        <w:rPr>
          <w:rFonts w:ascii="Arial" w:hAnsi="Arial" w:cs="Arial"/>
          <w:sz w:val="28"/>
          <w:szCs w:val="28"/>
        </w:rPr>
        <w:t>, en blind</w:t>
      </w:r>
      <w:r w:rsidR="002C2360" w:rsidRPr="00B05E02">
        <w:rPr>
          <w:rFonts w:ascii="Arial" w:hAnsi="Arial" w:cs="Arial"/>
          <w:sz w:val="28"/>
          <w:szCs w:val="28"/>
        </w:rPr>
        <w:t>,</w:t>
      </w:r>
      <w:r w:rsidR="00ED2E8B" w:rsidRPr="00B05E02">
        <w:rPr>
          <w:rFonts w:ascii="Arial" w:hAnsi="Arial" w:cs="Arial"/>
          <w:sz w:val="28"/>
          <w:szCs w:val="28"/>
        </w:rPr>
        <w:t xml:space="preserve"> profetisk poet </w:t>
      </w:r>
      <w:r w:rsidR="002C2360" w:rsidRPr="00B05E02">
        <w:rPr>
          <w:rFonts w:ascii="Arial" w:hAnsi="Arial" w:cs="Arial"/>
          <w:sz w:val="28"/>
          <w:szCs w:val="28"/>
        </w:rPr>
        <w:t>och</w:t>
      </w:r>
      <w:r w:rsidR="00ED2E8B" w:rsidRPr="00B05E02">
        <w:rPr>
          <w:rFonts w:ascii="Arial" w:hAnsi="Arial" w:cs="Arial"/>
          <w:sz w:val="28"/>
          <w:szCs w:val="28"/>
        </w:rPr>
        <w:t xml:space="preserve"> abbedissa</w:t>
      </w:r>
      <w:r w:rsidR="003D3D9E" w:rsidRPr="00B05E02">
        <w:rPr>
          <w:rFonts w:ascii="Arial" w:hAnsi="Arial" w:cs="Arial"/>
          <w:sz w:val="28"/>
          <w:szCs w:val="28"/>
        </w:rPr>
        <w:t>,</w:t>
      </w:r>
      <w:r w:rsidR="00ED2E8B" w:rsidRPr="00B05E02">
        <w:rPr>
          <w:rFonts w:ascii="Arial" w:hAnsi="Arial" w:cs="Arial"/>
          <w:sz w:val="28"/>
          <w:szCs w:val="28"/>
        </w:rPr>
        <w:t xml:space="preserve"> vid det kloster som grundades av den helige </w:t>
      </w:r>
      <w:proofErr w:type="spellStart"/>
      <w:r w:rsidR="00ED2E8B" w:rsidRPr="00B05E02">
        <w:rPr>
          <w:rFonts w:ascii="Arial" w:hAnsi="Arial" w:cs="Arial"/>
          <w:sz w:val="28"/>
          <w:szCs w:val="28"/>
        </w:rPr>
        <w:t>Nektarios</w:t>
      </w:r>
      <w:proofErr w:type="spellEnd"/>
      <w:r w:rsidR="00ED2E8B" w:rsidRPr="00B05E02">
        <w:rPr>
          <w:rFonts w:ascii="Arial" w:hAnsi="Arial" w:cs="Arial"/>
          <w:sz w:val="28"/>
          <w:szCs w:val="28"/>
        </w:rPr>
        <w:t xml:space="preserve">. Förutom historiska sevärdheter erbjuder </w:t>
      </w:r>
      <w:proofErr w:type="spellStart"/>
      <w:r w:rsidR="00ED2E8B" w:rsidRPr="00B05E02">
        <w:rPr>
          <w:rFonts w:ascii="Arial" w:hAnsi="Arial" w:cs="Arial"/>
          <w:sz w:val="28"/>
          <w:szCs w:val="28"/>
        </w:rPr>
        <w:t>Aegina</w:t>
      </w:r>
      <w:proofErr w:type="spellEnd"/>
      <w:r w:rsidR="00ED2E8B" w:rsidRPr="00B05E02">
        <w:rPr>
          <w:rFonts w:ascii="Arial" w:hAnsi="Arial" w:cs="Arial"/>
          <w:sz w:val="28"/>
          <w:szCs w:val="28"/>
        </w:rPr>
        <w:t xml:space="preserve"> charmiga museer, mysiga restauranger och kaféer</w:t>
      </w:r>
      <w:r w:rsidR="003D3D9E" w:rsidRPr="00B05E02">
        <w:rPr>
          <w:rFonts w:ascii="Arial" w:hAnsi="Arial" w:cs="Arial"/>
          <w:sz w:val="28"/>
          <w:szCs w:val="28"/>
        </w:rPr>
        <w:t>,</w:t>
      </w:r>
      <w:r w:rsidR="00ED2E8B" w:rsidRPr="00B05E02">
        <w:rPr>
          <w:rFonts w:ascii="Arial" w:hAnsi="Arial" w:cs="Arial"/>
          <w:sz w:val="28"/>
          <w:szCs w:val="28"/>
        </w:rPr>
        <w:t xml:space="preserve"> samt flera vackra vandringsleder och badstränder.</w:t>
      </w:r>
    </w:p>
    <w:p w14:paraId="17112CB2" w14:textId="4CFAE4F4" w:rsidR="00ED2E8B" w:rsidRPr="00B05E02" w:rsidRDefault="00ED2E8B" w:rsidP="00B05E02">
      <w:pPr>
        <w:pStyle w:val="Normalwebb"/>
        <w:rPr>
          <w:rFonts w:ascii="Arial" w:hAnsi="Arial" w:cs="Arial"/>
          <w:sz w:val="28"/>
          <w:szCs w:val="28"/>
        </w:rPr>
      </w:pPr>
      <w:r w:rsidRPr="00B05E02">
        <w:rPr>
          <w:rFonts w:ascii="Arial" w:hAnsi="Arial" w:cs="Arial"/>
          <w:sz w:val="28"/>
          <w:szCs w:val="28"/>
        </w:rPr>
        <w:t xml:space="preserve">Vi bor på två familjeägda pensionat vid stranden i </w:t>
      </w:r>
      <w:proofErr w:type="spellStart"/>
      <w:r w:rsidRPr="00B05E02">
        <w:rPr>
          <w:rFonts w:ascii="Arial" w:hAnsi="Arial" w:cs="Arial"/>
          <w:sz w:val="28"/>
          <w:szCs w:val="28"/>
        </w:rPr>
        <w:t>Marathonas</w:t>
      </w:r>
      <w:proofErr w:type="spellEnd"/>
      <w:r w:rsidRPr="00B05E02">
        <w:rPr>
          <w:rFonts w:ascii="Arial" w:hAnsi="Arial" w:cs="Arial"/>
          <w:sz w:val="28"/>
          <w:szCs w:val="28"/>
        </w:rPr>
        <w:t xml:space="preserve">, en fridfull förort till </w:t>
      </w:r>
      <w:proofErr w:type="spellStart"/>
      <w:r w:rsidRPr="00B05E02">
        <w:rPr>
          <w:rFonts w:ascii="Arial" w:hAnsi="Arial" w:cs="Arial"/>
          <w:sz w:val="28"/>
          <w:szCs w:val="28"/>
        </w:rPr>
        <w:t>Aeginas</w:t>
      </w:r>
      <w:proofErr w:type="spellEnd"/>
      <w:r w:rsidRPr="00B05E02">
        <w:rPr>
          <w:rFonts w:ascii="Arial" w:hAnsi="Arial" w:cs="Arial"/>
          <w:sz w:val="28"/>
          <w:szCs w:val="28"/>
        </w:rPr>
        <w:t xml:space="preserve"> huvudstad. Här finns fem</w:t>
      </w:r>
      <w:r w:rsidR="00EE7AE0" w:rsidRPr="00B05E02">
        <w:rPr>
          <w:rFonts w:ascii="Arial" w:hAnsi="Arial" w:cs="Arial"/>
          <w:sz w:val="28"/>
          <w:szCs w:val="28"/>
        </w:rPr>
        <w:t xml:space="preserve"> </w:t>
      </w:r>
      <w:r w:rsidR="000E26B8">
        <w:rPr>
          <w:rFonts w:ascii="Arial" w:hAnsi="Arial" w:cs="Arial"/>
          <w:sz w:val="28"/>
          <w:szCs w:val="28"/>
        </w:rPr>
        <w:t>studio</w:t>
      </w:r>
      <w:r w:rsidR="00EE7AE0" w:rsidRPr="00B05E02">
        <w:rPr>
          <w:rFonts w:ascii="Arial" w:hAnsi="Arial" w:cs="Arial"/>
          <w:sz w:val="28"/>
          <w:szCs w:val="28"/>
        </w:rPr>
        <w:t>lägenheter</w:t>
      </w:r>
      <w:r w:rsidRPr="00B05E02">
        <w:rPr>
          <w:rFonts w:ascii="Arial" w:hAnsi="Arial" w:cs="Arial"/>
          <w:sz w:val="28"/>
          <w:szCs w:val="28"/>
        </w:rPr>
        <w:t xml:space="preserve"> med dubbelsängar</w:t>
      </w:r>
      <w:r w:rsidR="00EE7AE0" w:rsidRPr="00B05E02">
        <w:rPr>
          <w:rFonts w:ascii="Arial" w:hAnsi="Arial" w:cs="Arial"/>
          <w:sz w:val="28"/>
          <w:szCs w:val="28"/>
        </w:rPr>
        <w:t>,</w:t>
      </w:r>
      <w:r w:rsidRPr="00B05E02">
        <w:rPr>
          <w:rFonts w:ascii="Arial" w:hAnsi="Arial" w:cs="Arial"/>
          <w:sz w:val="28"/>
          <w:szCs w:val="28"/>
        </w:rPr>
        <w:t xml:space="preserve"> och två rymliga </w:t>
      </w:r>
      <w:r w:rsidR="00B25A11">
        <w:rPr>
          <w:rFonts w:ascii="Arial" w:hAnsi="Arial" w:cs="Arial"/>
          <w:sz w:val="28"/>
          <w:szCs w:val="28"/>
        </w:rPr>
        <w:t>tvårums</w:t>
      </w:r>
      <w:r w:rsidRPr="00B05E02">
        <w:rPr>
          <w:rFonts w:ascii="Arial" w:hAnsi="Arial" w:cs="Arial"/>
          <w:sz w:val="28"/>
          <w:szCs w:val="28"/>
        </w:rPr>
        <w:t>lägenheter</w:t>
      </w:r>
      <w:r w:rsidR="00EE7AE0" w:rsidRPr="00B05E02">
        <w:rPr>
          <w:rFonts w:ascii="Arial" w:hAnsi="Arial" w:cs="Arial"/>
          <w:sz w:val="28"/>
          <w:szCs w:val="28"/>
        </w:rPr>
        <w:t xml:space="preserve"> – </w:t>
      </w:r>
      <w:r w:rsidRPr="00B05E02">
        <w:rPr>
          <w:rFonts w:ascii="Arial" w:hAnsi="Arial" w:cs="Arial"/>
          <w:sz w:val="28"/>
          <w:szCs w:val="28"/>
        </w:rPr>
        <w:t xml:space="preserve">alla med fullt utrustat kök eller </w:t>
      </w:r>
      <w:r w:rsidR="00EC753F" w:rsidRPr="00B05E02">
        <w:rPr>
          <w:rFonts w:ascii="Arial" w:hAnsi="Arial" w:cs="Arial"/>
          <w:sz w:val="28"/>
          <w:szCs w:val="28"/>
        </w:rPr>
        <w:t>pentry.</w:t>
      </w:r>
      <w:r w:rsidR="000E26B8">
        <w:rPr>
          <w:rFonts w:ascii="Arial" w:hAnsi="Arial" w:cs="Arial"/>
          <w:sz w:val="28"/>
          <w:szCs w:val="28"/>
        </w:rPr>
        <w:t xml:space="preserve"> </w:t>
      </w:r>
      <w:r w:rsidRPr="00B05E02">
        <w:rPr>
          <w:rFonts w:ascii="Arial" w:hAnsi="Arial" w:cs="Arial"/>
          <w:sz w:val="28"/>
          <w:szCs w:val="28"/>
        </w:rPr>
        <w:t>Ett av pensionaten drivs av en synskadad man med familj, vilket ger oss en unik möjlighet att dela perspektiv och insikter om synskadades vardag i Sverige och Grekland.</w:t>
      </w:r>
    </w:p>
    <w:p w14:paraId="13F5BF18" w14:textId="77777777" w:rsidR="004F33AE" w:rsidRPr="00B05E02" w:rsidRDefault="004F33AE" w:rsidP="00B05E02">
      <w:pPr>
        <w:pStyle w:val="Rubrik3"/>
        <w:spacing w:line="240" w:lineRule="auto"/>
        <w:rPr>
          <w:rFonts w:ascii="Arial" w:hAnsi="Arial" w:cs="Arial"/>
          <w:color w:val="auto"/>
          <w:sz w:val="28"/>
          <w:szCs w:val="28"/>
          <w:lang w:val="sv-SE" w:eastAsia="sv-SE"/>
        </w:rPr>
      </w:pPr>
      <w:bookmarkStart w:id="12" w:name="_Toc198883905"/>
      <w:r w:rsidRPr="00B05E02">
        <w:rPr>
          <w:rFonts w:ascii="Arial" w:hAnsi="Arial" w:cs="Arial"/>
          <w:color w:val="auto"/>
          <w:sz w:val="28"/>
          <w:szCs w:val="28"/>
          <w:lang w:val="sv-SE" w:eastAsia="sv-SE"/>
        </w:rPr>
        <w:t xml:space="preserve">Resedetaljer för </w:t>
      </w:r>
      <w:proofErr w:type="spellStart"/>
      <w:r w:rsidRPr="00B05E02">
        <w:rPr>
          <w:rFonts w:ascii="Arial" w:hAnsi="Arial" w:cs="Arial"/>
          <w:color w:val="auto"/>
          <w:sz w:val="28"/>
          <w:szCs w:val="28"/>
          <w:lang w:val="sv-SE" w:eastAsia="sv-SE"/>
        </w:rPr>
        <w:t>Aegina</w:t>
      </w:r>
      <w:bookmarkEnd w:id="12"/>
      <w:proofErr w:type="spellEnd"/>
    </w:p>
    <w:p w14:paraId="08EC63C9" w14:textId="63502058" w:rsidR="00ED2E8B" w:rsidRPr="00B05E02" w:rsidRDefault="00ED2E8B" w:rsidP="00B05E02">
      <w:pPr>
        <w:pStyle w:val="Liststycke"/>
        <w:numPr>
          <w:ilvl w:val="0"/>
          <w:numId w:val="20"/>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Datum:</w:t>
      </w:r>
      <w:r w:rsidRPr="00B05E02">
        <w:rPr>
          <w:rFonts w:ascii="Arial" w:eastAsia="Times New Roman" w:hAnsi="Arial" w:cs="Arial"/>
          <w:sz w:val="28"/>
          <w:szCs w:val="28"/>
          <w:lang w:val="sv-SE" w:eastAsia="sv-SE"/>
        </w:rPr>
        <w:t xml:space="preserve"> 18–25 oktober </w:t>
      </w:r>
    </w:p>
    <w:p w14:paraId="6FBCD58E" w14:textId="73AABA9B" w:rsidR="00ED2E8B" w:rsidRPr="00B05E02" w:rsidRDefault="00ED2E8B" w:rsidP="00B05E02">
      <w:pPr>
        <w:pStyle w:val="Liststycke"/>
        <w:numPr>
          <w:ilvl w:val="0"/>
          <w:numId w:val="20"/>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Pris:</w:t>
      </w:r>
      <w:r w:rsidRPr="00B05E02">
        <w:rPr>
          <w:rFonts w:ascii="Arial" w:eastAsia="Times New Roman" w:hAnsi="Arial" w:cs="Arial"/>
          <w:sz w:val="28"/>
          <w:szCs w:val="28"/>
          <w:lang w:val="sv-SE" w:eastAsia="sv-SE"/>
        </w:rPr>
        <w:t xml:space="preserve"> 9 </w:t>
      </w:r>
      <w:r w:rsidR="00597343">
        <w:rPr>
          <w:rFonts w:ascii="Arial" w:eastAsia="Times New Roman" w:hAnsi="Arial" w:cs="Arial"/>
          <w:sz w:val="28"/>
          <w:szCs w:val="28"/>
          <w:lang w:val="sv-SE" w:eastAsia="sv-SE"/>
        </w:rPr>
        <w:t>7</w:t>
      </w:r>
      <w:r w:rsidR="004C203E">
        <w:rPr>
          <w:rFonts w:ascii="Arial" w:eastAsia="Times New Roman" w:hAnsi="Arial" w:cs="Arial"/>
          <w:sz w:val="28"/>
          <w:szCs w:val="28"/>
          <w:lang w:val="sv-SE" w:eastAsia="sv-SE"/>
        </w:rPr>
        <w:t>0</w:t>
      </w:r>
      <w:r w:rsidRPr="00B05E02">
        <w:rPr>
          <w:rFonts w:ascii="Arial" w:eastAsia="Times New Roman" w:hAnsi="Arial" w:cs="Arial"/>
          <w:sz w:val="28"/>
          <w:szCs w:val="28"/>
          <w:lang w:val="sv-SE" w:eastAsia="sv-SE"/>
        </w:rPr>
        <w:t xml:space="preserve">0 kr per person </w:t>
      </w:r>
    </w:p>
    <w:p w14:paraId="3A59A9FD" w14:textId="2E8BDF9D" w:rsidR="00ED2E8B" w:rsidRPr="00B05E02" w:rsidRDefault="00ED2E8B" w:rsidP="00B05E02">
      <w:pPr>
        <w:pStyle w:val="Liststycke"/>
        <w:numPr>
          <w:ilvl w:val="0"/>
          <w:numId w:val="20"/>
        </w:numPr>
        <w:spacing w:before="100" w:beforeAutospacing="1" w:after="100" w:afterAutospacing="1" w:line="240" w:lineRule="auto"/>
        <w:rPr>
          <w:rFonts w:ascii="Arial" w:eastAsia="Times New Roman" w:hAnsi="Arial" w:cs="Arial"/>
          <w:bCs/>
          <w:sz w:val="28"/>
          <w:szCs w:val="28"/>
          <w:lang w:eastAsia="sv-SE"/>
        </w:rPr>
      </w:pPr>
      <w:proofErr w:type="spellStart"/>
      <w:r w:rsidRPr="00B05E02">
        <w:rPr>
          <w:rFonts w:ascii="Arial" w:eastAsia="Times New Roman" w:hAnsi="Arial" w:cs="Arial"/>
          <w:b/>
          <w:sz w:val="28"/>
          <w:szCs w:val="28"/>
          <w:lang w:eastAsia="sv-SE"/>
        </w:rPr>
        <w:t>Avgång</w:t>
      </w:r>
      <w:proofErr w:type="spellEnd"/>
      <w:r w:rsidRPr="00B05E02">
        <w:rPr>
          <w:rFonts w:ascii="Arial" w:eastAsia="Times New Roman" w:hAnsi="Arial" w:cs="Arial"/>
          <w:b/>
          <w:sz w:val="28"/>
          <w:szCs w:val="28"/>
          <w:lang w:eastAsia="sv-SE"/>
        </w:rPr>
        <w:t xml:space="preserve"> </w:t>
      </w:r>
      <w:proofErr w:type="spellStart"/>
      <w:r w:rsidRPr="00B05E02">
        <w:rPr>
          <w:rFonts w:ascii="Arial" w:eastAsia="Times New Roman" w:hAnsi="Arial" w:cs="Arial"/>
          <w:b/>
          <w:sz w:val="28"/>
          <w:szCs w:val="28"/>
          <w:lang w:eastAsia="sv-SE"/>
        </w:rPr>
        <w:t>från</w:t>
      </w:r>
      <w:proofErr w:type="spellEnd"/>
      <w:r w:rsidRPr="00B05E02">
        <w:rPr>
          <w:rFonts w:ascii="Arial" w:eastAsia="Times New Roman" w:hAnsi="Arial" w:cs="Arial"/>
          <w:b/>
          <w:sz w:val="28"/>
          <w:szCs w:val="28"/>
          <w:lang w:eastAsia="sv-SE"/>
        </w:rPr>
        <w:t>:</w:t>
      </w:r>
      <w:r w:rsidRPr="00B05E02">
        <w:rPr>
          <w:rFonts w:ascii="Arial" w:eastAsia="Times New Roman" w:hAnsi="Arial" w:cs="Arial"/>
          <w:sz w:val="28"/>
          <w:szCs w:val="28"/>
          <w:lang w:eastAsia="sv-SE"/>
        </w:rPr>
        <w:t xml:space="preserve"> Arlanda</w:t>
      </w:r>
      <w:r w:rsidR="00045721" w:rsidRPr="00B05E02">
        <w:rPr>
          <w:rFonts w:ascii="Arial" w:eastAsia="Times New Roman" w:hAnsi="Arial" w:cs="Arial"/>
          <w:sz w:val="28"/>
          <w:szCs w:val="28"/>
          <w:lang w:eastAsia="sv-SE"/>
        </w:rPr>
        <w:t>, Stockholm.</w:t>
      </w:r>
    </w:p>
    <w:p w14:paraId="637315A4" w14:textId="77777777" w:rsidR="004F33AE" w:rsidRPr="00B05E02" w:rsidRDefault="00ED2E8B" w:rsidP="00B05E02">
      <w:pPr>
        <w:pStyle w:val="Liststycke"/>
        <w:numPr>
          <w:ilvl w:val="0"/>
          <w:numId w:val="20"/>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Ingår:</w:t>
      </w:r>
      <w:r w:rsidRPr="00B05E02">
        <w:rPr>
          <w:rFonts w:ascii="Arial" w:eastAsia="Times New Roman" w:hAnsi="Arial" w:cs="Arial"/>
          <w:sz w:val="28"/>
          <w:szCs w:val="28"/>
          <w:lang w:val="sv-SE" w:eastAsia="sv-SE"/>
        </w:rPr>
        <w:t xml:space="preserve"> </w:t>
      </w:r>
    </w:p>
    <w:p w14:paraId="22361E2E" w14:textId="3B8F29B1" w:rsidR="004F33AE" w:rsidRPr="00B05E02" w:rsidRDefault="004C203E" w:rsidP="00B05E02">
      <w:pPr>
        <w:pStyle w:val="Liststycke"/>
        <w:numPr>
          <w:ilvl w:val="1"/>
          <w:numId w:val="20"/>
        </w:numPr>
        <w:spacing w:before="100" w:beforeAutospacing="1" w:after="100" w:afterAutospacing="1" w:line="240" w:lineRule="auto"/>
        <w:rPr>
          <w:rFonts w:ascii="Arial" w:eastAsia="Times New Roman" w:hAnsi="Arial" w:cs="Arial"/>
          <w:bCs/>
          <w:sz w:val="28"/>
          <w:szCs w:val="28"/>
          <w:lang w:val="sv-SE" w:eastAsia="sv-SE"/>
        </w:rPr>
      </w:pPr>
      <w:r>
        <w:rPr>
          <w:rFonts w:ascii="Arial" w:eastAsia="Times New Roman" w:hAnsi="Arial" w:cs="Arial"/>
          <w:sz w:val="28"/>
          <w:szCs w:val="28"/>
          <w:lang w:val="sv-SE" w:eastAsia="sv-SE"/>
        </w:rPr>
        <w:t>Del</w:t>
      </w:r>
      <w:r w:rsidR="00ED2E8B" w:rsidRPr="00B05E02">
        <w:rPr>
          <w:rFonts w:ascii="Arial" w:eastAsia="Times New Roman" w:hAnsi="Arial" w:cs="Arial"/>
          <w:sz w:val="28"/>
          <w:szCs w:val="28"/>
          <w:lang w:val="sv-SE" w:eastAsia="sv-SE"/>
        </w:rPr>
        <w:t xml:space="preserve"> i studio</w:t>
      </w:r>
      <w:r>
        <w:rPr>
          <w:rFonts w:ascii="Arial" w:eastAsia="Times New Roman" w:hAnsi="Arial" w:cs="Arial"/>
          <w:sz w:val="28"/>
          <w:szCs w:val="28"/>
          <w:lang w:val="sv-SE" w:eastAsia="sv-SE"/>
        </w:rPr>
        <w:t>lägenhet</w:t>
      </w:r>
      <w:r w:rsidR="00ED2E8B" w:rsidRPr="00B05E02">
        <w:rPr>
          <w:rFonts w:ascii="Arial" w:eastAsia="Times New Roman" w:hAnsi="Arial" w:cs="Arial"/>
          <w:sz w:val="28"/>
          <w:szCs w:val="28"/>
          <w:lang w:val="sv-SE" w:eastAsia="sv-SE"/>
        </w:rPr>
        <w:t xml:space="preserve"> eller tvårumslägenhet</w:t>
      </w:r>
      <w:r w:rsidR="004F33AE" w:rsidRPr="00B05E02">
        <w:rPr>
          <w:rFonts w:ascii="Arial" w:eastAsia="Times New Roman" w:hAnsi="Arial" w:cs="Arial"/>
          <w:sz w:val="28"/>
          <w:szCs w:val="28"/>
          <w:lang w:val="sv-SE" w:eastAsia="sv-SE"/>
        </w:rPr>
        <w:t>.</w:t>
      </w:r>
    </w:p>
    <w:p w14:paraId="228098A2" w14:textId="77777777" w:rsidR="004F33AE" w:rsidRPr="00B05E02" w:rsidRDefault="004F33AE" w:rsidP="00B05E02">
      <w:pPr>
        <w:pStyle w:val="Liststycke"/>
        <w:numPr>
          <w:ilvl w:val="1"/>
          <w:numId w:val="20"/>
        </w:numPr>
        <w:spacing w:before="100" w:beforeAutospacing="1" w:after="100" w:afterAutospacing="1" w:line="240" w:lineRule="auto"/>
        <w:rPr>
          <w:rFonts w:ascii="Arial" w:eastAsia="Times New Roman" w:hAnsi="Arial" w:cs="Arial"/>
          <w:bCs/>
          <w:sz w:val="28"/>
          <w:szCs w:val="28"/>
          <w:lang w:val="sv-SE" w:eastAsia="sv-SE"/>
        </w:rPr>
      </w:pPr>
      <w:proofErr w:type="gramStart"/>
      <w:r w:rsidRPr="00B05E02">
        <w:rPr>
          <w:rFonts w:ascii="Arial" w:eastAsia="Times New Roman" w:hAnsi="Arial" w:cs="Arial"/>
          <w:sz w:val="28"/>
          <w:szCs w:val="28"/>
          <w:lang w:val="sv-SE" w:eastAsia="sv-SE"/>
        </w:rPr>
        <w:t>F</w:t>
      </w:r>
      <w:r w:rsidR="00ED2E8B" w:rsidRPr="00B05E02">
        <w:rPr>
          <w:rFonts w:ascii="Arial" w:eastAsia="Times New Roman" w:hAnsi="Arial" w:cs="Arial"/>
          <w:sz w:val="28"/>
          <w:szCs w:val="28"/>
          <w:lang w:val="sv-SE" w:eastAsia="sv-SE"/>
        </w:rPr>
        <w:t>lyg tur</w:t>
      </w:r>
      <w:proofErr w:type="gramEnd"/>
      <w:r w:rsidR="00ED2E8B" w:rsidRPr="00B05E02">
        <w:rPr>
          <w:rFonts w:ascii="Arial" w:eastAsia="Times New Roman" w:hAnsi="Arial" w:cs="Arial"/>
          <w:sz w:val="28"/>
          <w:szCs w:val="28"/>
          <w:lang w:val="sv-SE" w:eastAsia="sv-SE"/>
        </w:rPr>
        <w:t xml:space="preserve"> och retur med </w:t>
      </w:r>
      <w:proofErr w:type="spellStart"/>
      <w:r w:rsidR="00ED2E8B" w:rsidRPr="00B05E02">
        <w:rPr>
          <w:rFonts w:ascii="Arial" w:eastAsia="Times New Roman" w:hAnsi="Arial" w:cs="Arial"/>
          <w:sz w:val="28"/>
          <w:szCs w:val="28"/>
          <w:lang w:val="sv-SE" w:eastAsia="sv-SE"/>
        </w:rPr>
        <w:t>Norwegian</w:t>
      </w:r>
      <w:proofErr w:type="spellEnd"/>
      <w:r w:rsidR="00ED2E8B" w:rsidRPr="00B05E02">
        <w:rPr>
          <w:rFonts w:ascii="Arial" w:eastAsia="Times New Roman" w:hAnsi="Arial" w:cs="Arial"/>
          <w:sz w:val="28"/>
          <w:szCs w:val="28"/>
          <w:lang w:val="sv-SE" w:eastAsia="sv-SE"/>
        </w:rPr>
        <w:t xml:space="preserve"> inkl. flygskatter, mat på flyget och bagage</w:t>
      </w:r>
      <w:r w:rsidRPr="00B05E02">
        <w:rPr>
          <w:rFonts w:ascii="Arial" w:eastAsia="Times New Roman" w:hAnsi="Arial" w:cs="Arial"/>
          <w:sz w:val="28"/>
          <w:szCs w:val="28"/>
          <w:lang w:val="sv-SE" w:eastAsia="sv-SE"/>
        </w:rPr>
        <w:t>.</w:t>
      </w:r>
    </w:p>
    <w:p w14:paraId="27BB8EC5" w14:textId="313672D6" w:rsidR="004F33AE" w:rsidRPr="00B05E02" w:rsidRDefault="004F33AE" w:rsidP="00B05E02">
      <w:pPr>
        <w:pStyle w:val="Liststycke"/>
        <w:numPr>
          <w:ilvl w:val="1"/>
          <w:numId w:val="20"/>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B</w:t>
      </w:r>
      <w:r w:rsidR="00ED2E8B" w:rsidRPr="00B05E02">
        <w:rPr>
          <w:rFonts w:ascii="Arial" w:eastAsia="Times New Roman" w:hAnsi="Arial" w:cs="Arial"/>
          <w:sz w:val="28"/>
          <w:szCs w:val="28"/>
          <w:lang w:val="sv-SE" w:eastAsia="sv-SE"/>
        </w:rPr>
        <w:t>usstransfer tur och retur</w:t>
      </w:r>
      <w:r w:rsidRPr="00B05E02">
        <w:rPr>
          <w:rFonts w:ascii="Arial" w:eastAsia="Times New Roman" w:hAnsi="Arial" w:cs="Arial"/>
          <w:sz w:val="28"/>
          <w:szCs w:val="28"/>
          <w:lang w:val="sv-SE" w:eastAsia="sv-SE"/>
        </w:rPr>
        <w:t xml:space="preserve"> mellan</w:t>
      </w:r>
      <w:r w:rsidR="00ED2E8B" w:rsidRPr="00B05E02">
        <w:rPr>
          <w:rFonts w:ascii="Arial" w:eastAsia="Times New Roman" w:hAnsi="Arial" w:cs="Arial"/>
          <w:sz w:val="28"/>
          <w:szCs w:val="28"/>
          <w:lang w:val="sv-SE" w:eastAsia="sv-SE"/>
        </w:rPr>
        <w:t xml:space="preserve"> flygplats</w:t>
      </w:r>
      <w:r w:rsidRPr="00B05E02">
        <w:rPr>
          <w:rFonts w:ascii="Arial" w:eastAsia="Times New Roman" w:hAnsi="Arial" w:cs="Arial"/>
          <w:sz w:val="28"/>
          <w:szCs w:val="28"/>
          <w:lang w:val="sv-SE" w:eastAsia="sv-SE"/>
        </w:rPr>
        <w:t>en och</w:t>
      </w:r>
      <w:r w:rsidR="00ED2E8B" w:rsidRPr="00B05E02">
        <w:rPr>
          <w:rFonts w:ascii="Arial" w:eastAsia="Times New Roman" w:hAnsi="Arial" w:cs="Arial"/>
          <w:sz w:val="28"/>
          <w:szCs w:val="28"/>
          <w:lang w:val="sv-SE" w:eastAsia="sv-SE"/>
        </w:rPr>
        <w:t xml:space="preserve"> hamn</w:t>
      </w:r>
      <w:r w:rsidRPr="00B05E02">
        <w:rPr>
          <w:rFonts w:ascii="Arial" w:eastAsia="Times New Roman" w:hAnsi="Arial" w:cs="Arial"/>
          <w:sz w:val="28"/>
          <w:szCs w:val="28"/>
          <w:lang w:val="sv-SE" w:eastAsia="sv-SE"/>
        </w:rPr>
        <w:t>en</w:t>
      </w:r>
      <w:r w:rsidR="00ED2E8B" w:rsidRPr="00B05E02">
        <w:rPr>
          <w:rFonts w:ascii="Arial" w:eastAsia="Times New Roman" w:hAnsi="Arial" w:cs="Arial"/>
          <w:sz w:val="28"/>
          <w:szCs w:val="28"/>
          <w:lang w:val="sv-SE" w:eastAsia="sv-SE"/>
        </w:rPr>
        <w:t xml:space="preserve"> i Aten</w:t>
      </w:r>
      <w:r w:rsidR="008B419E" w:rsidRPr="00B05E02">
        <w:rPr>
          <w:rFonts w:ascii="Arial" w:eastAsia="Times New Roman" w:hAnsi="Arial" w:cs="Arial"/>
          <w:sz w:val="28"/>
          <w:szCs w:val="28"/>
          <w:lang w:val="sv-SE" w:eastAsia="sv-SE"/>
        </w:rPr>
        <w:t>.</w:t>
      </w:r>
    </w:p>
    <w:p w14:paraId="3F54C4AE" w14:textId="6F4EE703" w:rsidR="00ED2E8B" w:rsidRPr="002F5AF6" w:rsidRDefault="004F33AE" w:rsidP="002F5AF6">
      <w:pPr>
        <w:pStyle w:val="Liststycke"/>
        <w:numPr>
          <w:ilvl w:val="1"/>
          <w:numId w:val="20"/>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B</w:t>
      </w:r>
      <w:r w:rsidR="00ED2E8B" w:rsidRPr="00B05E02">
        <w:rPr>
          <w:rFonts w:ascii="Arial" w:eastAsia="Times New Roman" w:hAnsi="Arial" w:cs="Arial"/>
          <w:sz w:val="28"/>
          <w:szCs w:val="28"/>
          <w:lang w:val="sv-SE" w:eastAsia="sv-SE"/>
        </w:rPr>
        <w:t xml:space="preserve">usstransfer tur och retur </w:t>
      </w:r>
      <w:r w:rsidRPr="00B05E02">
        <w:rPr>
          <w:rFonts w:ascii="Arial" w:eastAsia="Times New Roman" w:hAnsi="Arial" w:cs="Arial"/>
          <w:sz w:val="28"/>
          <w:szCs w:val="28"/>
          <w:lang w:val="sv-SE" w:eastAsia="sv-SE"/>
        </w:rPr>
        <w:t xml:space="preserve">mellan </w:t>
      </w:r>
      <w:r w:rsidR="00ED2E8B" w:rsidRPr="00B05E02">
        <w:rPr>
          <w:rFonts w:ascii="Arial" w:eastAsia="Times New Roman" w:hAnsi="Arial" w:cs="Arial"/>
          <w:sz w:val="28"/>
          <w:szCs w:val="28"/>
          <w:lang w:val="sv-SE" w:eastAsia="sv-SE"/>
        </w:rPr>
        <w:t>hamn</w:t>
      </w:r>
      <w:r w:rsidRPr="00B05E02">
        <w:rPr>
          <w:rFonts w:ascii="Arial" w:eastAsia="Times New Roman" w:hAnsi="Arial" w:cs="Arial"/>
          <w:sz w:val="28"/>
          <w:szCs w:val="28"/>
          <w:lang w:val="sv-SE" w:eastAsia="sv-SE"/>
        </w:rPr>
        <w:t>en och</w:t>
      </w:r>
      <w:r w:rsidR="00ED2E8B" w:rsidRPr="00B05E02">
        <w:rPr>
          <w:rFonts w:ascii="Arial" w:eastAsia="Times New Roman" w:hAnsi="Arial" w:cs="Arial"/>
          <w:sz w:val="28"/>
          <w:szCs w:val="28"/>
          <w:lang w:val="sv-SE" w:eastAsia="sv-SE"/>
        </w:rPr>
        <w:t xml:space="preserve"> </w:t>
      </w:r>
      <w:r w:rsidRPr="00B05E02">
        <w:rPr>
          <w:rFonts w:ascii="Arial" w:eastAsia="Times New Roman" w:hAnsi="Arial" w:cs="Arial"/>
          <w:sz w:val="28"/>
          <w:szCs w:val="28"/>
          <w:lang w:val="sv-SE" w:eastAsia="sv-SE"/>
        </w:rPr>
        <w:t>pensionate</w:t>
      </w:r>
      <w:r w:rsidR="00045721" w:rsidRPr="00B05E02">
        <w:rPr>
          <w:rFonts w:ascii="Arial" w:eastAsia="Times New Roman" w:hAnsi="Arial" w:cs="Arial"/>
          <w:sz w:val="28"/>
          <w:szCs w:val="28"/>
          <w:lang w:val="sv-SE" w:eastAsia="sv-SE"/>
        </w:rPr>
        <w:t>n</w:t>
      </w:r>
      <w:r w:rsidR="00ED2E8B" w:rsidRPr="00B05E02">
        <w:rPr>
          <w:rFonts w:ascii="Arial" w:eastAsia="Times New Roman" w:hAnsi="Arial" w:cs="Arial"/>
          <w:sz w:val="28"/>
          <w:szCs w:val="28"/>
          <w:lang w:val="sv-SE" w:eastAsia="sv-SE"/>
        </w:rPr>
        <w:t xml:space="preserve"> på </w:t>
      </w:r>
      <w:proofErr w:type="spellStart"/>
      <w:r w:rsidR="00ED2E8B" w:rsidRPr="00B05E02">
        <w:rPr>
          <w:rFonts w:ascii="Arial" w:eastAsia="Times New Roman" w:hAnsi="Arial" w:cs="Arial"/>
          <w:sz w:val="28"/>
          <w:szCs w:val="28"/>
          <w:lang w:val="sv-SE" w:eastAsia="sv-SE"/>
        </w:rPr>
        <w:t>Aegina</w:t>
      </w:r>
      <w:proofErr w:type="spellEnd"/>
      <w:r w:rsidR="00045721" w:rsidRPr="00B05E02">
        <w:rPr>
          <w:rFonts w:ascii="Arial" w:eastAsia="Times New Roman" w:hAnsi="Arial" w:cs="Arial"/>
          <w:sz w:val="28"/>
          <w:szCs w:val="28"/>
          <w:lang w:val="sv-SE" w:eastAsia="sv-SE"/>
        </w:rPr>
        <w:t>.</w:t>
      </w:r>
    </w:p>
    <w:p w14:paraId="6EF734A5" w14:textId="5E9EB01C" w:rsidR="002F5AF6" w:rsidRPr="00132C57" w:rsidRDefault="002F5AF6" w:rsidP="00132C57">
      <w:pPr>
        <w:pStyle w:val="Liststycke"/>
        <w:numPr>
          <w:ilvl w:val="0"/>
          <w:numId w:val="20"/>
        </w:numPr>
        <w:spacing w:before="100" w:beforeAutospacing="1" w:after="100" w:afterAutospacing="1" w:line="240" w:lineRule="auto"/>
        <w:rPr>
          <w:rFonts w:ascii="Arial" w:eastAsia="Times New Roman" w:hAnsi="Arial" w:cs="Arial"/>
          <w:sz w:val="28"/>
          <w:szCs w:val="28"/>
          <w:lang w:val="sv-SE" w:eastAsia="sv-SE"/>
        </w:rPr>
      </w:pPr>
      <w:r w:rsidRPr="00B05E02">
        <w:rPr>
          <w:rFonts w:ascii="Arial" w:eastAsia="Times New Roman" w:hAnsi="Arial" w:cs="Arial"/>
          <w:b/>
          <w:sz w:val="28"/>
          <w:szCs w:val="28"/>
          <w:lang w:val="sv-SE" w:eastAsia="sv-SE"/>
        </w:rPr>
        <w:t>Tillkommer:</w:t>
      </w:r>
      <w:r w:rsidRPr="00B05E02">
        <w:rPr>
          <w:rFonts w:ascii="Arial" w:eastAsia="Times New Roman" w:hAnsi="Arial" w:cs="Arial"/>
          <w:sz w:val="28"/>
          <w:szCs w:val="28"/>
          <w:lang w:val="sv-SE" w:eastAsia="sv-SE"/>
        </w:rPr>
        <w:t xml:space="preserve"> Anslutningsresa, färjebiljetter tur och retur mellan hamnen i Aten och hamnen </w:t>
      </w:r>
      <w:r w:rsidR="004C203E">
        <w:rPr>
          <w:rFonts w:ascii="Arial" w:eastAsia="Times New Roman" w:hAnsi="Arial" w:cs="Arial"/>
          <w:sz w:val="28"/>
          <w:szCs w:val="28"/>
          <w:lang w:val="sv-SE" w:eastAsia="sv-SE"/>
        </w:rPr>
        <w:t>på</w:t>
      </w:r>
      <w:r w:rsidRPr="00B05E02">
        <w:rPr>
          <w:rFonts w:ascii="Arial" w:eastAsia="Times New Roman" w:hAnsi="Arial" w:cs="Arial"/>
          <w:sz w:val="28"/>
          <w:szCs w:val="28"/>
          <w:lang w:val="sv-SE" w:eastAsia="sv-SE"/>
        </w:rPr>
        <w:t xml:space="preserve"> </w:t>
      </w:r>
      <w:proofErr w:type="spellStart"/>
      <w:r w:rsidRPr="00B05E02">
        <w:rPr>
          <w:rFonts w:ascii="Arial" w:eastAsia="Times New Roman" w:hAnsi="Arial" w:cs="Arial"/>
          <w:sz w:val="28"/>
          <w:szCs w:val="28"/>
          <w:lang w:val="sv-SE" w:eastAsia="sv-SE"/>
        </w:rPr>
        <w:t>Aegina</w:t>
      </w:r>
      <w:proofErr w:type="spellEnd"/>
      <w:r w:rsidRPr="00B05E02">
        <w:rPr>
          <w:rFonts w:ascii="Arial" w:eastAsia="Times New Roman" w:hAnsi="Arial" w:cs="Arial"/>
          <w:sz w:val="28"/>
          <w:szCs w:val="28"/>
          <w:lang w:val="sv-SE" w:eastAsia="sv-SE"/>
        </w:rPr>
        <w:t>, måltider, utflykter</w:t>
      </w:r>
      <w:r w:rsidR="00D95849">
        <w:rPr>
          <w:rFonts w:ascii="Arial" w:eastAsia="Times New Roman" w:hAnsi="Arial" w:cs="Arial"/>
          <w:sz w:val="28"/>
          <w:szCs w:val="28"/>
          <w:lang w:val="sv-SE" w:eastAsia="sv-SE"/>
        </w:rPr>
        <w:t xml:space="preserve"> </w:t>
      </w:r>
      <w:r w:rsidR="00B25A11" w:rsidRPr="00B25A11">
        <w:rPr>
          <w:rFonts w:ascii="Arial" w:hAnsi="Arial" w:cs="Arial"/>
          <w:sz w:val="28"/>
          <w:szCs w:val="28"/>
          <w:lang w:val="sv-SE"/>
        </w:rPr>
        <w:t>med mera</w:t>
      </w:r>
      <w:r w:rsidRPr="00B05E02">
        <w:rPr>
          <w:rFonts w:ascii="Arial" w:eastAsia="Times New Roman" w:hAnsi="Arial" w:cs="Arial"/>
          <w:sz w:val="28"/>
          <w:szCs w:val="28"/>
          <w:lang w:val="sv-SE" w:eastAsia="sv-SE"/>
        </w:rPr>
        <w:t xml:space="preserve">. </w:t>
      </w:r>
      <w:r w:rsidRPr="00132C57">
        <w:rPr>
          <w:rFonts w:ascii="Arial" w:hAnsi="Arial" w:cs="Arial"/>
          <w:sz w:val="28"/>
          <w:szCs w:val="28"/>
          <w:lang w:val="sv-SE"/>
        </w:rPr>
        <w:t>Alla resenärer ansvarar själva för att kontrollera sitt försäkringsskydd och vid behov teckna avbeställnings- och reseförsäkring. Det är varje resenärs ansvar att se till att försäkringen täcker de egna behoven.</w:t>
      </w:r>
    </w:p>
    <w:p w14:paraId="73090F0B" w14:textId="77777777" w:rsidR="00A45A9C" w:rsidRPr="00B05E02" w:rsidRDefault="00A45A9C" w:rsidP="00A45A9C">
      <w:pPr>
        <w:pStyle w:val="Liststycke"/>
        <w:spacing w:before="100" w:beforeAutospacing="1" w:after="100" w:afterAutospacing="1" w:line="240" w:lineRule="auto"/>
        <w:rPr>
          <w:rFonts w:ascii="Arial" w:hAnsi="Arial" w:cs="Arial"/>
          <w:sz w:val="28"/>
          <w:szCs w:val="28"/>
          <w:lang w:val="sv-SE" w:eastAsia="sv-SE"/>
        </w:rPr>
      </w:pPr>
    </w:p>
    <w:p w14:paraId="320A27B8" w14:textId="77777777" w:rsidR="00ED2E8B" w:rsidRPr="00B05E02" w:rsidRDefault="00ED2E8B" w:rsidP="00B05E02">
      <w:pPr>
        <w:pStyle w:val="Rubrik2"/>
        <w:spacing w:line="240" w:lineRule="auto"/>
        <w:rPr>
          <w:rFonts w:ascii="Arial" w:hAnsi="Arial" w:cs="Arial"/>
          <w:sz w:val="28"/>
          <w:szCs w:val="28"/>
          <w:lang w:val="sv-SE"/>
        </w:rPr>
      </w:pPr>
      <w:bookmarkStart w:id="13" w:name="_Toc198883906"/>
      <w:r w:rsidRPr="00B05E02">
        <w:rPr>
          <w:rFonts w:ascii="Arial" w:hAnsi="Arial" w:cs="Arial"/>
          <w:sz w:val="28"/>
          <w:szCs w:val="28"/>
          <w:lang w:val="sv-SE"/>
        </w:rPr>
        <w:lastRenderedPageBreak/>
        <w:t>Teneriffa – en milstolpe på den första blinda världsomseglarens resa</w:t>
      </w:r>
      <w:bookmarkEnd w:id="13"/>
    </w:p>
    <w:p w14:paraId="2A675F89" w14:textId="785B8D85" w:rsidR="005834F5" w:rsidRPr="00B05E02" w:rsidRDefault="005834F5" w:rsidP="00B05E02">
      <w:pPr>
        <w:pStyle w:val="Normalwebb"/>
        <w:rPr>
          <w:rFonts w:ascii="Arial" w:hAnsi="Arial" w:cs="Arial"/>
          <w:kern w:val="32"/>
          <w:sz w:val="28"/>
          <w:szCs w:val="28"/>
        </w:rPr>
      </w:pPr>
      <w:r w:rsidRPr="00B05E02">
        <w:rPr>
          <w:rFonts w:ascii="Arial" w:hAnsi="Arial" w:cs="Arial"/>
          <w:kern w:val="32"/>
          <w:sz w:val="28"/>
          <w:szCs w:val="28"/>
        </w:rPr>
        <w:t xml:space="preserve">Teneriffa är den största av Kanarieöarna som bjuder på ett behagligt klimat året runt. </w:t>
      </w:r>
      <w:r w:rsidR="009A7C97" w:rsidRPr="00B05E02">
        <w:rPr>
          <w:rFonts w:ascii="Arial" w:hAnsi="Arial" w:cs="Arial"/>
          <w:kern w:val="32"/>
          <w:sz w:val="28"/>
          <w:szCs w:val="28"/>
        </w:rPr>
        <w:t>Redan år</w:t>
      </w:r>
      <w:r w:rsidR="00634B21" w:rsidRPr="00B05E02">
        <w:rPr>
          <w:rFonts w:ascii="Arial" w:hAnsi="Arial" w:cs="Arial"/>
          <w:kern w:val="32"/>
          <w:sz w:val="28"/>
          <w:szCs w:val="28"/>
        </w:rPr>
        <w:t xml:space="preserve"> 1827 besökte James </w:t>
      </w:r>
      <w:proofErr w:type="spellStart"/>
      <w:r w:rsidR="00634B21" w:rsidRPr="00B05E02">
        <w:rPr>
          <w:rFonts w:ascii="Arial" w:hAnsi="Arial" w:cs="Arial"/>
          <w:kern w:val="32"/>
          <w:sz w:val="28"/>
          <w:szCs w:val="28"/>
        </w:rPr>
        <w:t>Holman</w:t>
      </w:r>
      <w:proofErr w:type="spellEnd"/>
      <w:r w:rsidR="00634B21" w:rsidRPr="00B05E02">
        <w:rPr>
          <w:rFonts w:ascii="Arial" w:hAnsi="Arial" w:cs="Arial"/>
          <w:kern w:val="32"/>
          <w:sz w:val="28"/>
          <w:szCs w:val="28"/>
        </w:rPr>
        <w:t>, den första blinda personen att genomföra en världsomsegling, Teneriffa</w:t>
      </w:r>
      <w:r w:rsidR="009A7C97" w:rsidRPr="00B05E02">
        <w:rPr>
          <w:rFonts w:ascii="Arial" w:hAnsi="Arial" w:cs="Arial"/>
          <w:kern w:val="32"/>
          <w:sz w:val="28"/>
          <w:szCs w:val="28"/>
        </w:rPr>
        <w:t>.</w:t>
      </w:r>
      <w:r w:rsidR="000E26B8">
        <w:rPr>
          <w:rFonts w:ascii="Arial" w:hAnsi="Arial" w:cs="Arial"/>
          <w:kern w:val="32"/>
          <w:sz w:val="28"/>
          <w:szCs w:val="28"/>
        </w:rPr>
        <w:t xml:space="preserve"> </w:t>
      </w:r>
      <w:r w:rsidRPr="00B05E02">
        <w:rPr>
          <w:rFonts w:ascii="Arial" w:hAnsi="Arial" w:cs="Arial"/>
          <w:kern w:val="32"/>
          <w:sz w:val="28"/>
          <w:szCs w:val="28"/>
        </w:rPr>
        <w:t xml:space="preserve">Följ i </w:t>
      </w:r>
      <w:proofErr w:type="spellStart"/>
      <w:r w:rsidRPr="00B05E02">
        <w:rPr>
          <w:rFonts w:ascii="Arial" w:hAnsi="Arial" w:cs="Arial"/>
          <w:kern w:val="32"/>
          <w:sz w:val="28"/>
          <w:szCs w:val="28"/>
        </w:rPr>
        <w:t>Holmans</w:t>
      </w:r>
      <w:proofErr w:type="spellEnd"/>
      <w:r w:rsidRPr="00B05E02">
        <w:rPr>
          <w:rFonts w:ascii="Arial" w:hAnsi="Arial" w:cs="Arial"/>
          <w:kern w:val="32"/>
          <w:sz w:val="28"/>
          <w:szCs w:val="28"/>
        </w:rPr>
        <w:t xml:space="preserve"> fotspår och upptäck Santa Cruz, strandpromenaderna i Playa de </w:t>
      </w:r>
      <w:proofErr w:type="spellStart"/>
      <w:r w:rsidRPr="00B05E02">
        <w:rPr>
          <w:rFonts w:ascii="Arial" w:hAnsi="Arial" w:cs="Arial"/>
          <w:kern w:val="32"/>
          <w:sz w:val="28"/>
          <w:szCs w:val="28"/>
        </w:rPr>
        <w:t>las</w:t>
      </w:r>
      <w:proofErr w:type="spellEnd"/>
      <w:r w:rsidRPr="00B05E02">
        <w:rPr>
          <w:rFonts w:ascii="Arial" w:hAnsi="Arial" w:cs="Arial"/>
          <w:kern w:val="32"/>
          <w:sz w:val="28"/>
          <w:szCs w:val="28"/>
        </w:rPr>
        <w:t xml:space="preserve"> </w:t>
      </w:r>
      <w:proofErr w:type="spellStart"/>
      <w:r w:rsidRPr="00B05E02">
        <w:rPr>
          <w:rFonts w:ascii="Arial" w:hAnsi="Arial" w:cs="Arial"/>
          <w:kern w:val="32"/>
          <w:sz w:val="28"/>
          <w:szCs w:val="28"/>
        </w:rPr>
        <w:t>Américas</w:t>
      </w:r>
      <w:proofErr w:type="spellEnd"/>
      <w:r w:rsidRPr="00B05E02">
        <w:rPr>
          <w:rFonts w:ascii="Arial" w:hAnsi="Arial" w:cs="Arial"/>
          <w:kern w:val="32"/>
          <w:sz w:val="28"/>
          <w:szCs w:val="28"/>
        </w:rPr>
        <w:t xml:space="preserve"> och de många tillgänglighetsanpassade utflyktsmålen som Teneriffa har att erbjuda. </w:t>
      </w:r>
    </w:p>
    <w:p w14:paraId="379963FA" w14:textId="55954FAE" w:rsidR="00F66ABD" w:rsidRPr="00B05E02" w:rsidRDefault="00F66ABD" w:rsidP="00B05E02">
      <w:pPr>
        <w:pStyle w:val="Normalwebb"/>
        <w:rPr>
          <w:rFonts w:ascii="Arial" w:hAnsi="Arial" w:cs="Arial"/>
          <w:sz w:val="28"/>
          <w:szCs w:val="28"/>
        </w:rPr>
      </w:pPr>
      <w:r w:rsidRPr="00B05E02">
        <w:rPr>
          <w:rFonts w:ascii="Arial" w:hAnsi="Arial" w:cs="Arial"/>
          <w:sz w:val="28"/>
          <w:szCs w:val="28"/>
        </w:rPr>
        <w:t xml:space="preserve">Vi bor på det omtyckta lägenhetshotellet </w:t>
      </w:r>
      <w:proofErr w:type="spellStart"/>
      <w:r w:rsidRPr="00B05E02">
        <w:rPr>
          <w:rStyle w:val="Stark"/>
          <w:rFonts w:ascii="Arial" w:hAnsi="Arial" w:cs="Arial"/>
          <w:b w:val="0"/>
          <w:bCs w:val="0"/>
          <w:sz w:val="28"/>
          <w:szCs w:val="28"/>
        </w:rPr>
        <w:t>Parque</w:t>
      </w:r>
      <w:proofErr w:type="spellEnd"/>
      <w:r w:rsidRPr="00B05E02">
        <w:rPr>
          <w:rStyle w:val="Stark"/>
          <w:rFonts w:ascii="Arial" w:hAnsi="Arial" w:cs="Arial"/>
          <w:b w:val="0"/>
          <w:bCs w:val="0"/>
          <w:sz w:val="28"/>
          <w:szCs w:val="28"/>
        </w:rPr>
        <w:t xml:space="preserve"> Santiago 3</w:t>
      </w:r>
      <w:r w:rsidRPr="00B05E02">
        <w:rPr>
          <w:rFonts w:ascii="Arial" w:hAnsi="Arial" w:cs="Arial"/>
          <w:sz w:val="28"/>
          <w:szCs w:val="28"/>
        </w:rPr>
        <w:t xml:space="preserve"> i Playa de </w:t>
      </w:r>
      <w:proofErr w:type="spellStart"/>
      <w:r w:rsidRPr="00B05E02">
        <w:rPr>
          <w:rFonts w:ascii="Arial" w:hAnsi="Arial" w:cs="Arial"/>
          <w:sz w:val="28"/>
          <w:szCs w:val="28"/>
        </w:rPr>
        <w:t>las</w:t>
      </w:r>
      <w:proofErr w:type="spellEnd"/>
      <w:r w:rsidRPr="00B05E02">
        <w:rPr>
          <w:rFonts w:ascii="Arial" w:hAnsi="Arial" w:cs="Arial"/>
          <w:sz w:val="28"/>
          <w:szCs w:val="28"/>
        </w:rPr>
        <w:t xml:space="preserve"> </w:t>
      </w:r>
      <w:proofErr w:type="spellStart"/>
      <w:r w:rsidRPr="00B05E02">
        <w:rPr>
          <w:rFonts w:ascii="Arial" w:hAnsi="Arial" w:cs="Arial"/>
          <w:sz w:val="28"/>
          <w:szCs w:val="28"/>
        </w:rPr>
        <w:t>Américas</w:t>
      </w:r>
      <w:proofErr w:type="spellEnd"/>
      <w:r w:rsidRPr="00B05E02">
        <w:rPr>
          <w:rFonts w:ascii="Arial" w:hAnsi="Arial" w:cs="Arial"/>
          <w:sz w:val="28"/>
          <w:szCs w:val="28"/>
        </w:rPr>
        <w:t>. Hotellet, uppfört i klassisk spansk stil, består av flera byggnader och erbjuder olika typer av lägenheter med eget pentry. Inför vintersäsongen 2025/2026 genomförs renoveringar av vissa lägenheter.</w:t>
      </w:r>
      <w:r w:rsidR="00D650F6">
        <w:rPr>
          <w:rFonts w:ascii="Arial" w:hAnsi="Arial" w:cs="Arial"/>
          <w:sz w:val="28"/>
          <w:szCs w:val="28"/>
        </w:rPr>
        <w:t xml:space="preserve"> </w:t>
      </w:r>
      <w:r w:rsidR="000E26B8" w:rsidRPr="00B05E02">
        <w:rPr>
          <w:rFonts w:ascii="Arial" w:hAnsi="Arial" w:cs="Arial"/>
          <w:sz w:val="28"/>
          <w:szCs w:val="28"/>
        </w:rPr>
        <w:t xml:space="preserve">Hotellets hjärta är det generösa </w:t>
      </w:r>
      <w:r w:rsidR="000E26B8" w:rsidRPr="00B05E02">
        <w:rPr>
          <w:rStyle w:val="Stark"/>
          <w:rFonts w:ascii="Arial" w:hAnsi="Arial" w:cs="Arial"/>
          <w:b w:val="0"/>
          <w:bCs w:val="0"/>
          <w:sz w:val="28"/>
          <w:szCs w:val="28"/>
        </w:rPr>
        <w:t>poolområdet</w:t>
      </w:r>
      <w:r w:rsidR="000E26B8" w:rsidRPr="00B05E02">
        <w:rPr>
          <w:rFonts w:ascii="Arial" w:hAnsi="Arial" w:cs="Arial"/>
          <w:sz w:val="28"/>
          <w:szCs w:val="28"/>
        </w:rPr>
        <w:t>, omringat av palmer och inbjudande sällskapsytor. Du kan njuta av ett dopp i någon av saltvattenpoolerna, där flera har sluttande botten, trappsteg och ledstång för extra komfort.</w:t>
      </w:r>
      <w:r w:rsidR="000E26B8">
        <w:rPr>
          <w:rFonts w:ascii="Arial" w:hAnsi="Arial" w:cs="Arial"/>
          <w:sz w:val="28"/>
          <w:szCs w:val="28"/>
        </w:rPr>
        <w:t xml:space="preserve"> </w:t>
      </w:r>
      <w:r w:rsidR="000E26B8" w:rsidRPr="00B05E02">
        <w:rPr>
          <w:rFonts w:ascii="Arial" w:hAnsi="Arial" w:cs="Arial"/>
          <w:sz w:val="28"/>
          <w:szCs w:val="28"/>
        </w:rPr>
        <w:t xml:space="preserve">För dig som söker en mer avkopplande miljö finns ett separat, lugnare område endast för vuxna. Direkt nedanför hotellet är bad inte möjligt på grund av klippor, men Playa de </w:t>
      </w:r>
      <w:proofErr w:type="spellStart"/>
      <w:r w:rsidR="000E26B8" w:rsidRPr="00B05E02">
        <w:rPr>
          <w:rFonts w:ascii="Arial" w:hAnsi="Arial" w:cs="Arial"/>
          <w:sz w:val="28"/>
          <w:szCs w:val="28"/>
        </w:rPr>
        <w:t>las</w:t>
      </w:r>
      <w:proofErr w:type="spellEnd"/>
      <w:r w:rsidR="000E26B8" w:rsidRPr="00B05E02">
        <w:rPr>
          <w:rFonts w:ascii="Arial" w:hAnsi="Arial" w:cs="Arial"/>
          <w:sz w:val="28"/>
          <w:szCs w:val="28"/>
        </w:rPr>
        <w:t xml:space="preserve"> </w:t>
      </w:r>
      <w:proofErr w:type="spellStart"/>
      <w:r w:rsidR="000E26B8" w:rsidRPr="00B05E02">
        <w:rPr>
          <w:rFonts w:ascii="Arial" w:hAnsi="Arial" w:cs="Arial"/>
          <w:sz w:val="28"/>
          <w:szCs w:val="28"/>
        </w:rPr>
        <w:t>Américas</w:t>
      </w:r>
      <w:proofErr w:type="spellEnd"/>
      <w:r w:rsidR="000E26B8" w:rsidRPr="00B05E02">
        <w:rPr>
          <w:rFonts w:ascii="Arial" w:hAnsi="Arial" w:cs="Arial"/>
          <w:sz w:val="28"/>
          <w:szCs w:val="28"/>
        </w:rPr>
        <w:t xml:space="preserve"> bjuder på flera fantastiska stränder att upptäcka.</w:t>
      </w:r>
      <w:r w:rsidR="000E26B8">
        <w:rPr>
          <w:rFonts w:ascii="Arial" w:hAnsi="Arial" w:cs="Arial"/>
          <w:sz w:val="28"/>
          <w:szCs w:val="28"/>
        </w:rPr>
        <w:t xml:space="preserve"> </w:t>
      </w:r>
      <w:r w:rsidR="00D95849">
        <w:rPr>
          <w:rFonts w:ascii="Arial" w:hAnsi="Arial" w:cs="Arial"/>
          <w:sz w:val="28"/>
          <w:szCs w:val="28"/>
        </w:rPr>
        <w:t>U</w:t>
      </w:r>
      <w:r w:rsidRPr="00B05E02">
        <w:rPr>
          <w:rFonts w:ascii="Arial" w:hAnsi="Arial" w:cs="Arial"/>
          <w:sz w:val="28"/>
          <w:szCs w:val="28"/>
        </w:rPr>
        <w:t>tanför entrén väntar ett brett utbud av butiker, shoppingcenter och en vacker strandpromenad.</w:t>
      </w:r>
    </w:p>
    <w:p w14:paraId="5F7413F7" w14:textId="4D434144" w:rsidR="0080457E" w:rsidRPr="00B05E02" w:rsidRDefault="0080457E" w:rsidP="00B05E02">
      <w:pPr>
        <w:pStyle w:val="Rubrik3"/>
        <w:spacing w:line="240" w:lineRule="auto"/>
        <w:rPr>
          <w:rFonts w:ascii="Arial" w:hAnsi="Arial" w:cs="Arial"/>
          <w:color w:val="auto"/>
          <w:sz w:val="28"/>
          <w:szCs w:val="28"/>
          <w:lang w:val="sv-SE" w:eastAsia="sv-SE"/>
        </w:rPr>
      </w:pPr>
      <w:bookmarkStart w:id="14" w:name="_Toc198883907"/>
      <w:r w:rsidRPr="00B05E02">
        <w:rPr>
          <w:rFonts w:ascii="Arial" w:hAnsi="Arial" w:cs="Arial"/>
          <w:color w:val="auto"/>
          <w:sz w:val="28"/>
          <w:szCs w:val="28"/>
          <w:lang w:val="sv-SE" w:eastAsia="sv-SE"/>
        </w:rPr>
        <w:t xml:space="preserve">Resedetaljer </w:t>
      </w:r>
      <w:r w:rsidR="009C15A4" w:rsidRPr="00B05E02">
        <w:rPr>
          <w:rFonts w:ascii="Arial" w:hAnsi="Arial" w:cs="Arial"/>
          <w:color w:val="auto"/>
          <w:sz w:val="28"/>
          <w:szCs w:val="28"/>
          <w:lang w:val="sv-SE" w:eastAsia="sv-SE"/>
        </w:rPr>
        <w:t>om</w:t>
      </w:r>
      <w:r w:rsidRPr="00B05E02">
        <w:rPr>
          <w:rFonts w:ascii="Arial" w:hAnsi="Arial" w:cs="Arial"/>
          <w:color w:val="auto"/>
          <w:sz w:val="28"/>
          <w:szCs w:val="28"/>
          <w:lang w:val="sv-SE" w:eastAsia="sv-SE"/>
        </w:rPr>
        <w:t xml:space="preserve"> Teneriffa</w:t>
      </w:r>
      <w:bookmarkEnd w:id="14"/>
    </w:p>
    <w:p w14:paraId="10655CB7" w14:textId="77777777" w:rsidR="00ED2E8B" w:rsidRPr="00B05E02" w:rsidRDefault="00ED2E8B" w:rsidP="00B05E02">
      <w:pPr>
        <w:pStyle w:val="Normalwebb"/>
        <w:numPr>
          <w:ilvl w:val="0"/>
          <w:numId w:val="21"/>
        </w:numPr>
        <w:rPr>
          <w:rFonts w:ascii="Arial" w:hAnsi="Arial" w:cs="Arial"/>
          <w:sz w:val="28"/>
          <w:szCs w:val="28"/>
        </w:rPr>
      </w:pPr>
      <w:r w:rsidRPr="00B05E02">
        <w:rPr>
          <w:rStyle w:val="Stark"/>
          <w:rFonts w:ascii="Arial" w:eastAsiaTheme="majorEastAsia" w:hAnsi="Arial" w:cs="Arial"/>
          <w:sz w:val="28"/>
          <w:szCs w:val="28"/>
        </w:rPr>
        <w:t>Datum:</w:t>
      </w:r>
      <w:r w:rsidRPr="00B05E02">
        <w:rPr>
          <w:rFonts w:ascii="Arial" w:hAnsi="Arial" w:cs="Arial"/>
          <w:sz w:val="28"/>
          <w:szCs w:val="28"/>
        </w:rPr>
        <w:t xml:space="preserve"> 23–30 november</w:t>
      </w:r>
    </w:p>
    <w:p w14:paraId="7B1D699B" w14:textId="01260566" w:rsidR="00ED2E8B" w:rsidRPr="00B05E02" w:rsidRDefault="00ED2E8B" w:rsidP="00B05E02">
      <w:pPr>
        <w:pStyle w:val="Normalwebb"/>
        <w:numPr>
          <w:ilvl w:val="0"/>
          <w:numId w:val="21"/>
        </w:numPr>
        <w:rPr>
          <w:rFonts w:ascii="Arial" w:hAnsi="Arial" w:cs="Arial"/>
          <w:sz w:val="28"/>
          <w:szCs w:val="28"/>
        </w:rPr>
      </w:pPr>
      <w:r w:rsidRPr="00B05E02">
        <w:rPr>
          <w:rStyle w:val="Stark"/>
          <w:rFonts w:ascii="Arial" w:eastAsiaTheme="majorEastAsia" w:hAnsi="Arial" w:cs="Arial"/>
          <w:sz w:val="28"/>
          <w:szCs w:val="28"/>
        </w:rPr>
        <w:t>Pris:</w:t>
      </w:r>
      <w:r w:rsidR="00B43A97" w:rsidRPr="00B05E02">
        <w:rPr>
          <w:rStyle w:val="Stark"/>
          <w:rFonts w:ascii="Arial" w:eastAsiaTheme="majorEastAsia" w:hAnsi="Arial" w:cs="Arial"/>
          <w:sz w:val="28"/>
          <w:szCs w:val="28"/>
        </w:rPr>
        <w:t xml:space="preserve"> </w:t>
      </w:r>
      <w:r w:rsidRPr="00B05E02">
        <w:rPr>
          <w:rFonts w:ascii="Arial" w:hAnsi="Arial" w:cs="Arial"/>
          <w:sz w:val="28"/>
          <w:szCs w:val="28"/>
        </w:rPr>
        <w:t xml:space="preserve">Del i tvårumslägenhet mot trädgård: </w:t>
      </w:r>
      <w:r w:rsidRPr="00B05E02">
        <w:rPr>
          <w:rStyle w:val="Stark"/>
          <w:rFonts w:ascii="Arial" w:eastAsiaTheme="majorEastAsia" w:hAnsi="Arial" w:cs="Arial"/>
          <w:sz w:val="28"/>
          <w:szCs w:val="28"/>
        </w:rPr>
        <w:t>15 920 kr/person</w:t>
      </w:r>
      <w:r w:rsidR="00B43A97" w:rsidRPr="00B05E02">
        <w:rPr>
          <w:rFonts w:ascii="Arial" w:hAnsi="Arial" w:cs="Arial"/>
          <w:sz w:val="28"/>
          <w:szCs w:val="28"/>
        </w:rPr>
        <w:t>,</w:t>
      </w:r>
      <w:r w:rsidR="008B419E" w:rsidRPr="00B05E02">
        <w:rPr>
          <w:rFonts w:ascii="Arial" w:hAnsi="Arial" w:cs="Arial"/>
          <w:sz w:val="28"/>
          <w:szCs w:val="28"/>
        </w:rPr>
        <w:t xml:space="preserve"> eller e</w:t>
      </w:r>
      <w:r w:rsidRPr="00B05E02">
        <w:rPr>
          <w:rFonts w:ascii="Arial" w:hAnsi="Arial" w:cs="Arial"/>
          <w:sz w:val="28"/>
          <w:szCs w:val="28"/>
        </w:rPr>
        <w:t xml:space="preserve">nrumslägenhet mot trädgård för eget bruk: </w:t>
      </w:r>
      <w:r w:rsidRPr="00B05E02">
        <w:rPr>
          <w:rStyle w:val="Stark"/>
          <w:rFonts w:ascii="Arial" w:eastAsiaTheme="majorEastAsia" w:hAnsi="Arial" w:cs="Arial"/>
          <w:sz w:val="28"/>
          <w:szCs w:val="28"/>
        </w:rPr>
        <w:t>19 672 kr/person</w:t>
      </w:r>
    </w:p>
    <w:p w14:paraId="32694656" w14:textId="77777777" w:rsidR="00ED2E8B" w:rsidRPr="00B05E02" w:rsidRDefault="00ED2E8B" w:rsidP="00B05E02">
      <w:pPr>
        <w:pStyle w:val="Normalwebb"/>
        <w:numPr>
          <w:ilvl w:val="0"/>
          <w:numId w:val="21"/>
        </w:numPr>
        <w:rPr>
          <w:rFonts w:ascii="Arial" w:hAnsi="Arial" w:cs="Arial"/>
          <w:sz w:val="28"/>
          <w:szCs w:val="28"/>
        </w:rPr>
      </w:pPr>
      <w:r w:rsidRPr="00B05E02">
        <w:rPr>
          <w:rFonts w:ascii="Arial" w:hAnsi="Arial" w:cs="Arial"/>
          <w:b/>
          <w:bCs/>
          <w:sz w:val="28"/>
          <w:szCs w:val="28"/>
        </w:rPr>
        <w:t>Avgångar</w:t>
      </w:r>
      <w:r w:rsidRPr="00B05E02">
        <w:rPr>
          <w:rFonts w:ascii="Arial" w:hAnsi="Arial" w:cs="Arial"/>
          <w:sz w:val="28"/>
          <w:szCs w:val="28"/>
        </w:rPr>
        <w:t xml:space="preserve"> </w:t>
      </w:r>
      <w:r w:rsidRPr="00B05E02">
        <w:rPr>
          <w:rFonts w:ascii="Arial" w:hAnsi="Arial" w:cs="Arial"/>
          <w:b/>
          <w:bCs/>
          <w:sz w:val="28"/>
          <w:szCs w:val="28"/>
        </w:rPr>
        <w:t>från</w:t>
      </w:r>
      <w:r w:rsidRPr="00B05E02">
        <w:rPr>
          <w:rFonts w:ascii="Arial" w:hAnsi="Arial" w:cs="Arial"/>
          <w:sz w:val="28"/>
          <w:szCs w:val="28"/>
        </w:rPr>
        <w:t>: Landvetter, Arlanda och Sturup</w:t>
      </w:r>
    </w:p>
    <w:p w14:paraId="52A765B7" w14:textId="77777777" w:rsidR="008B419E" w:rsidRPr="00B05E02" w:rsidRDefault="00ED2E8B" w:rsidP="00B05E02">
      <w:pPr>
        <w:pStyle w:val="Normalwebb"/>
        <w:numPr>
          <w:ilvl w:val="0"/>
          <w:numId w:val="21"/>
        </w:numPr>
        <w:rPr>
          <w:rFonts w:ascii="Arial" w:hAnsi="Arial" w:cs="Arial"/>
          <w:sz w:val="28"/>
          <w:szCs w:val="28"/>
        </w:rPr>
      </w:pPr>
      <w:r w:rsidRPr="00B05E02">
        <w:rPr>
          <w:rStyle w:val="Stark"/>
          <w:rFonts w:ascii="Arial" w:eastAsiaTheme="majorEastAsia" w:hAnsi="Arial" w:cs="Arial"/>
          <w:sz w:val="28"/>
          <w:szCs w:val="28"/>
        </w:rPr>
        <w:t>Ingår:</w:t>
      </w:r>
    </w:p>
    <w:p w14:paraId="75C80AD9" w14:textId="65B5ADF5" w:rsidR="008B419E" w:rsidRPr="00B05E02" w:rsidRDefault="008B419E" w:rsidP="00B05E02">
      <w:pPr>
        <w:pStyle w:val="Normalwebb"/>
        <w:numPr>
          <w:ilvl w:val="1"/>
          <w:numId w:val="21"/>
        </w:numPr>
        <w:rPr>
          <w:rFonts w:ascii="Arial" w:hAnsi="Arial" w:cs="Arial"/>
          <w:sz w:val="28"/>
          <w:szCs w:val="28"/>
        </w:rPr>
      </w:pPr>
      <w:proofErr w:type="gramStart"/>
      <w:r w:rsidRPr="00B05E02">
        <w:rPr>
          <w:rFonts w:ascii="Arial" w:hAnsi="Arial" w:cs="Arial"/>
          <w:sz w:val="28"/>
          <w:szCs w:val="28"/>
        </w:rPr>
        <w:t>F</w:t>
      </w:r>
      <w:r w:rsidR="00ED2E8B" w:rsidRPr="00B05E02">
        <w:rPr>
          <w:rFonts w:ascii="Arial" w:hAnsi="Arial" w:cs="Arial"/>
          <w:sz w:val="28"/>
          <w:szCs w:val="28"/>
        </w:rPr>
        <w:t>lyg tur</w:t>
      </w:r>
      <w:proofErr w:type="gramEnd"/>
      <w:r w:rsidR="00ED2E8B" w:rsidRPr="00B05E02">
        <w:rPr>
          <w:rFonts w:ascii="Arial" w:hAnsi="Arial" w:cs="Arial"/>
          <w:sz w:val="28"/>
          <w:szCs w:val="28"/>
        </w:rPr>
        <w:t xml:space="preserve"> och retur</w:t>
      </w:r>
      <w:r w:rsidR="00567C61" w:rsidRPr="00B05E02">
        <w:rPr>
          <w:rFonts w:ascii="Arial" w:hAnsi="Arial" w:cs="Arial"/>
          <w:sz w:val="28"/>
          <w:szCs w:val="28"/>
        </w:rPr>
        <w:t xml:space="preserve"> inklusive</w:t>
      </w:r>
      <w:r w:rsidR="00ED2E8B" w:rsidRPr="00B05E02">
        <w:rPr>
          <w:rFonts w:ascii="Arial" w:hAnsi="Arial" w:cs="Arial"/>
          <w:sz w:val="28"/>
          <w:szCs w:val="28"/>
        </w:rPr>
        <w:t xml:space="preserve"> bagage</w:t>
      </w:r>
      <w:r w:rsidR="00567C61" w:rsidRPr="00B05E02">
        <w:rPr>
          <w:rFonts w:ascii="Arial" w:hAnsi="Arial" w:cs="Arial"/>
          <w:sz w:val="28"/>
          <w:szCs w:val="28"/>
        </w:rPr>
        <w:t xml:space="preserve"> och</w:t>
      </w:r>
      <w:r w:rsidR="00ED2E8B" w:rsidRPr="00B05E02">
        <w:rPr>
          <w:rFonts w:ascii="Arial" w:hAnsi="Arial" w:cs="Arial"/>
          <w:sz w:val="28"/>
          <w:szCs w:val="28"/>
        </w:rPr>
        <w:t xml:space="preserve"> måltid ombord</w:t>
      </w:r>
      <w:r w:rsidR="00567C61" w:rsidRPr="00B05E02">
        <w:rPr>
          <w:rFonts w:ascii="Arial" w:hAnsi="Arial" w:cs="Arial"/>
          <w:sz w:val="28"/>
          <w:szCs w:val="28"/>
        </w:rPr>
        <w:t>.</w:t>
      </w:r>
    </w:p>
    <w:p w14:paraId="751E7C4B" w14:textId="05DF77A2" w:rsidR="008B708A" w:rsidRPr="00B05E02" w:rsidRDefault="008B419E" w:rsidP="00B05E02">
      <w:pPr>
        <w:pStyle w:val="Normalwebb"/>
        <w:numPr>
          <w:ilvl w:val="1"/>
          <w:numId w:val="21"/>
        </w:numPr>
        <w:rPr>
          <w:rFonts w:ascii="Arial" w:hAnsi="Arial" w:cs="Arial"/>
          <w:sz w:val="28"/>
          <w:szCs w:val="28"/>
        </w:rPr>
      </w:pPr>
      <w:r w:rsidRPr="00B05E02">
        <w:rPr>
          <w:rFonts w:ascii="Arial" w:hAnsi="Arial" w:cs="Arial"/>
          <w:sz w:val="28"/>
          <w:szCs w:val="28"/>
        </w:rPr>
        <w:t>T</w:t>
      </w:r>
      <w:r w:rsidR="00ED2E8B" w:rsidRPr="00B05E02">
        <w:rPr>
          <w:rFonts w:ascii="Arial" w:hAnsi="Arial" w:cs="Arial"/>
          <w:sz w:val="28"/>
          <w:szCs w:val="28"/>
        </w:rPr>
        <w:t>ransfer</w:t>
      </w:r>
      <w:r w:rsidRPr="00B05E02">
        <w:rPr>
          <w:rFonts w:ascii="Arial" w:hAnsi="Arial" w:cs="Arial"/>
          <w:sz w:val="28"/>
          <w:szCs w:val="28"/>
        </w:rPr>
        <w:t xml:space="preserve"> </w:t>
      </w:r>
      <w:r w:rsidR="008B708A" w:rsidRPr="00B05E02">
        <w:rPr>
          <w:rFonts w:ascii="Arial" w:hAnsi="Arial" w:cs="Arial"/>
          <w:sz w:val="28"/>
          <w:szCs w:val="28"/>
        </w:rPr>
        <w:t>mellan flygplatsen och hotellet</w:t>
      </w:r>
      <w:r w:rsidR="00567C61" w:rsidRPr="00B05E02">
        <w:rPr>
          <w:rFonts w:ascii="Arial" w:hAnsi="Arial" w:cs="Arial"/>
          <w:sz w:val="28"/>
          <w:szCs w:val="28"/>
        </w:rPr>
        <w:t>.</w:t>
      </w:r>
    </w:p>
    <w:p w14:paraId="367505B6" w14:textId="5D9A77F5" w:rsidR="008B708A" w:rsidRPr="00B05E02" w:rsidRDefault="008B708A" w:rsidP="00B05E02">
      <w:pPr>
        <w:pStyle w:val="Normalwebb"/>
        <w:numPr>
          <w:ilvl w:val="1"/>
          <w:numId w:val="21"/>
        </w:numPr>
        <w:rPr>
          <w:rFonts w:ascii="Arial" w:hAnsi="Arial" w:cs="Arial"/>
          <w:sz w:val="28"/>
          <w:szCs w:val="28"/>
        </w:rPr>
      </w:pPr>
      <w:r w:rsidRPr="00B05E02">
        <w:rPr>
          <w:rFonts w:ascii="Arial" w:hAnsi="Arial" w:cs="Arial"/>
          <w:sz w:val="28"/>
          <w:szCs w:val="28"/>
        </w:rPr>
        <w:t>Boende</w:t>
      </w:r>
      <w:r w:rsidR="00ED2E8B" w:rsidRPr="00B05E02">
        <w:rPr>
          <w:rFonts w:ascii="Arial" w:hAnsi="Arial" w:cs="Arial"/>
          <w:sz w:val="28"/>
          <w:szCs w:val="28"/>
        </w:rPr>
        <w:t xml:space="preserve"> i lägenhet</w:t>
      </w:r>
      <w:r w:rsidRPr="00B05E02">
        <w:rPr>
          <w:rFonts w:ascii="Arial" w:hAnsi="Arial" w:cs="Arial"/>
          <w:sz w:val="28"/>
          <w:szCs w:val="28"/>
        </w:rPr>
        <w:t>.</w:t>
      </w:r>
    </w:p>
    <w:p w14:paraId="282A7677" w14:textId="77777777" w:rsidR="008B708A" w:rsidRPr="00B05E02" w:rsidRDefault="008B708A" w:rsidP="00B05E02">
      <w:pPr>
        <w:pStyle w:val="Normalwebb"/>
        <w:numPr>
          <w:ilvl w:val="1"/>
          <w:numId w:val="21"/>
        </w:numPr>
        <w:rPr>
          <w:rFonts w:ascii="Arial" w:hAnsi="Arial" w:cs="Arial"/>
          <w:sz w:val="28"/>
          <w:szCs w:val="28"/>
        </w:rPr>
      </w:pPr>
      <w:r w:rsidRPr="00B05E02">
        <w:rPr>
          <w:rFonts w:ascii="Arial" w:hAnsi="Arial" w:cs="Arial"/>
          <w:sz w:val="28"/>
          <w:szCs w:val="28"/>
        </w:rPr>
        <w:t>F</w:t>
      </w:r>
      <w:r w:rsidR="00ED2E8B" w:rsidRPr="00B05E02">
        <w:rPr>
          <w:rFonts w:ascii="Arial" w:hAnsi="Arial" w:cs="Arial"/>
          <w:sz w:val="28"/>
          <w:szCs w:val="28"/>
        </w:rPr>
        <w:t>rukostbuffé</w:t>
      </w:r>
      <w:r w:rsidRPr="00B05E02">
        <w:rPr>
          <w:rFonts w:ascii="Arial" w:hAnsi="Arial" w:cs="Arial"/>
          <w:sz w:val="28"/>
          <w:szCs w:val="28"/>
        </w:rPr>
        <w:t>.</w:t>
      </w:r>
    </w:p>
    <w:p w14:paraId="541C469E" w14:textId="7DB3DFB5" w:rsidR="002F5AF6" w:rsidRPr="002F5AF6" w:rsidRDefault="00ED2E8B" w:rsidP="002F5AF6">
      <w:pPr>
        <w:pStyle w:val="Normalwebb"/>
        <w:numPr>
          <w:ilvl w:val="0"/>
          <w:numId w:val="21"/>
        </w:numPr>
        <w:spacing w:before="0" w:beforeAutospacing="0" w:after="0" w:afterAutospacing="0"/>
        <w:rPr>
          <w:rFonts w:ascii="Arial" w:hAnsi="Arial" w:cs="Arial"/>
          <w:sz w:val="28"/>
          <w:szCs w:val="28"/>
        </w:rPr>
      </w:pPr>
      <w:r w:rsidRPr="00B05E02">
        <w:rPr>
          <w:rStyle w:val="Stark"/>
          <w:rFonts w:ascii="Arial" w:eastAsiaTheme="majorEastAsia" w:hAnsi="Arial" w:cs="Arial"/>
          <w:sz w:val="28"/>
          <w:szCs w:val="28"/>
        </w:rPr>
        <w:t>Tillkommer:</w:t>
      </w:r>
      <w:r w:rsidRPr="00B05E02">
        <w:rPr>
          <w:rFonts w:ascii="Arial" w:hAnsi="Arial" w:cs="Arial"/>
          <w:sz w:val="28"/>
          <w:szCs w:val="28"/>
        </w:rPr>
        <w:t xml:space="preserve"> anslutningsresor, </w:t>
      </w:r>
      <w:r w:rsidR="00912D46">
        <w:rPr>
          <w:rFonts w:ascii="Arial" w:hAnsi="Arial" w:cs="Arial"/>
          <w:sz w:val="28"/>
          <w:szCs w:val="28"/>
        </w:rPr>
        <w:t>övriga</w:t>
      </w:r>
      <w:r w:rsidR="00912D46" w:rsidRPr="00B05E02">
        <w:rPr>
          <w:rFonts w:ascii="Arial" w:hAnsi="Arial" w:cs="Arial"/>
          <w:sz w:val="28"/>
          <w:szCs w:val="28"/>
        </w:rPr>
        <w:t xml:space="preserve"> </w:t>
      </w:r>
      <w:r w:rsidRPr="00B05E02">
        <w:rPr>
          <w:rFonts w:ascii="Arial" w:hAnsi="Arial" w:cs="Arial"/>
          <w:sz w:val="28"/>
          <w:szCs w:val="28"/>
        </w:rPr>
        <w:t>måltider, utflykter</w:t>
      </w:r>
      <w:r w:rsidR="00D95849">
        <w:rPr>
          <w:rFonts w:ascii="Arial" w:hAnsi="Arial" w:cs="Arial"/>
          <w:sz w:val="28"/>
          <w:szCs w:val="28"/>
        </w:rPr>
        <w:t xml:space="preserve"> </w:t>
      </w:r>
      <w:r w:rsidR="00B25A11">
        <w:rPr>
          <w:rFonts w:ascii="Arial" w:hAnsi="Arial" w:cs="Arial"/>
          <w:sz w:val="28"/>
          <w:szCs w:val="28"/>
        </w:rPr>
        <w:t>med mera</w:t>
      </w:r>
      <w:r w:rsidR="00D95849">
        <w:rPr>
          <w:rFonts w:ascii="Arial" w:hAnsi="Arial" w:cs="Arial"/>
          <w:sz w:val="28"/>
          <w:szCs w:val="28"/>
        </w:rPr>
        <w:t>.</w:t>
      </w:r>
      <w:r w:rsidRPr="00B05E02">
        <w:rPr>
          <w:rFonts w:ascii="Arial" w:hAnsi="Arial" w:cs="Arial"/>
          <w:sz w:val="28"/>
          <w:szCs w:val="28"/>
        </w:rPr>
        <w:t xml:space="preserve"> </w:t>
      </w:r>
      <w:r w:rsidR="00D95849">
        <w:rPr>
          <w:rFonts w:ascii="Arial" w:hAnsi="Arial" w:cs="Arial"/>
          <w:sz w:val="28"/>
          <w:szCs w:val="28"/>
        </w:rPr>
        <w:t>E</w:t>
      </w:r>
      <w:r w:rsidRPr="00B05E02">
        <w:rPr>
          <w:rFonts w:ascii="Arial" w:hAnsi="Arial" w:cs="Arial"/>
          <w:sz w:val="28"/>
          <w:szCs w:val="28"/>
        </w:rPr>
        <w:t xml:space="preserve">n hotellskatt </w:t>
      </w:r>
      <w:r w:rsidRPr="002F5AF6">
        <w:rPr>
          <w:rFonts w:ascii="Arial" w:hAnsi="Arial" w:cs="Arial"/>
          <w:sz w:val="28"/>
          <w:szCs w:val="28"/>
        </w:rPr>
        <w:t>ska betalas direkt vid incheckning.</w:t>
      </w:r>
    </w:p>
    <w:p w14:paraId="0191D7A3" w14:textId="5BCDF802" w:rsidR="002F5AF6" w:rsidRPr="002F5AF6" w:rsidRDefault="002F5AF6" w:rsidP="002F5AF6">
      <w:pPr>
        <w:pStyle w:val="Normalwebb"/>
        <w:spacing w:before="0" w:beforeAutospacing="0" w:after="0" w:afterAutospacing="0"/>
        <w:ind w:left="720"/>
        <w:rPr>
          <w:rFonts w:ascii="Arial" w:hAnsi="Arial" w:cs="Arial"/>
          <w:sz w:val="28"/>
          <w:szCs w:val="28"/>
        </w:rPr>
      </w:pPr>
      <w:r w:rsidRPr="002F5AF6">
        <w:rPr>
          <w:rStyle w:val="Stark"/>
          <w:rFonts w:ascii="Arial" w:eastAsiaTheme="majorEastAsia" w:hAnsi="Arial" w:cs="Arial"/>
          <w:b w:val="0"/>
          <w:bCs w:val="0"/>
          <w:sz w:val="28"/>
          <w:szCs w:val="28"/>
        </w:rPr>
        <w:t>A</w:t>
      </w:r>
      <w:r w:rsidRPr="002F5AF6">
        <w:rPr>
          <w:rFonts w:ascii="Arial" w:hAnsi="Arial" w:cs="Arial"/>
          <w:sz w:val="28"/>
          <w:szCs w:val="28"/>
        </w:rPr>
        <w:t>lla resenärer ansvarar själva för att kontrollera sitt försäkringsskydd och vid behov teckna avbeställnings- och reseförsäkring. Det är varje resenärs ansvar att se till att försäkringen täcker de egna behoven.</w:t>
      </w:r>
    </w:p>
    <w:p w14:paraId="37647D69" w14:textId="77777777" w:rsidR="00A45A9C" w:rsidRDefault="00A45A9C" w:rsidP="00A45A9C">
      <w:pPr>
        <w:pStyle w:val="Normalwebb"/>
        <w:ind w:left="720"/>
        <w:rPr>
          <w:rFonts w:ascii="Arial" w:hAnsi="Arial" w:cs="Arial"/>
          <w:sz w:val="28"/>
          <w:szCs w:val="28"/>
        </w:rPr>
      </w:pPr>
    </w:p>
    <w:p w14:paraId="2F58D9E0" w14:textId="77777777" w:rsidR="003E2C5F" w:rsidRPr="00B05E02" w:rsidRDefault="003E2C5F" w:rsidP="00A45A9C">
      <w:pPr>
        <w:pStyle w:val="Normalwebb"/>
        <w:ind w:left="720"/>
        <w:rPr>
          <w:rFonts w:ascii="Arial" w:hAnsi="Arial" w:cs="Arial"/>
          <w:sz w:val="28"/>
          <w:szCs w:val="28"/>
        </w:rPr>
      </w:pPr>
    </w:p>
    <w:p w14:paraId="77DAA1DD" w14:textId="71EDE3EF" w:rsidR="00ED2E8B" w:rsidRPr="00B05E02" w:rsidRDefault="00ED2E8B" w:rsidP="00B05E02">
      <w:pPr>
        <w:pStyle w:val="Rubrik2"/>
        <w:spacing w:line="240" w:lineRule="auto"/>
        <w:rPr>
          <w:rFonts w:ascii="Arial" w:hAnsi="Arial" w:cs="Arial"/>
          <w:sz w:val="28"/>
          <w:szCs w:val="28"/>
          <w:lang w:val="sv-SE" w:eastAsia="sv-SE"/>
        </w:rPr>
      </w:pPr>
      <w:bookmarkStart w:id="15" w:name="_Toc198883908"/>
      <w:r w:rsidRPr="00B05E02">
        <w:rPr>
          <w:rFonts w:ascii="Arial" w:hAnsi="Arial" w:cs="Arial"/>
          <w:sz w:val="28"/>
          <w:szCs w:val="28"/>
          <w:lang w:val="sv-SE" w:eastAsia="sv-SE"/>
        </w:rPr>
        <w:lastRenderedPageBreak/>
        <w:t xml:space="preserve">Helsingfors – </w:t>
      </w:r>
      <w:r w:rsidR="00A8186F" w:rsidRPr="00B05E02">
        <w:rPr>
          <w:rFonts w:ascii="Arial" w:hAnsi="Arial" w:cs="Arial"/>
          <w:sz w:val="28"/>
          <w:szCs w:val="28"/>
          <w:lang w:val="sv-SE" w:eastAsia="sv-SE"/>
        </w:rPr>
        <w:t>jul</w:t>
      </w:r>
      <w:r w:rsidR="00A458B6" w:rsidRPr="00B05E02">
        <w:rPr>
          <w:rFonts w:ascii="Arial" w:hAnsi="Arial" w:cs="Arial"/>
          <w:sz w:val="28"/>
          <w:szCs w:val="28"/>
          <w:lang w:val="sv-SE" w:eastAsia="sv-SE"/>
        </w:rPr>
        <w:t xml:space="preserve">stämning </w:t>
      </w:r>
      <w:r w:rsidR="00841BA9" w:rsidRPr="00B05E02">
        <w:rPr>
          <w:rFonts w:ascii="Arial" w:hAnsi="Arial" w:cs="Arial"/>
          <w:sz w:val="28"/>
          <w:szCs w:val="28"/>
          <w:lang w:val="sv-SE" w:eastAsia="sv-SE"/>
        </w:rPr>
        <w:t xml:space="preserve">i </w:t>
      </w:r>
      <w:r w:rsidR="00A458B6" w:rsidRPr="00B05E02">
        <w:rPr>
          <w:rFonts w:ascii="Arial" w:hAnsi="Arial" w:cs="Arial"/>
          <w:sz w:val="28"/>
          <w:szCs w:val="28"/>
          <w:lang w:val="sv-SE" w:eastAsia="sv-SE"/>
        </w:rPr>
        <w:t>punktskriftens tecken</w:t>
      </w:r>
      <w:bookmarkEnd w:id="15"/>
    </w:p>
    <w:p w14:paraId="75F0DB1F" w14:textId="4D7BDF46" w:rsidR="00ED2E8B" w:rsidRPr="00B05E02" w:rsidRDefault="008774F7" w:rsidP="00B05E02">
      <w:pPr>
        <w:spacing w:before="100" w:beforeAutospacing="1" w:after="100" w:afterAutospacing="1" w:line="240" w:lineRule="auto"/>
        <w:rPr>
          <w:rFonts w:ascii="Arial" w:eastAsia="Times New Roman" w:hAnsi="Arial" w:cs="Arial"/>
          <w:sz w:val="28"/>
          <w:szCs w:val="28"/>
          <w:lang w:val="sv-SE" w:eastAsia="sv-SE"/>
        </w:rPr>
      </w:pPr>
      <w:r w:rsidRPr="00B05E02">
        <w:rPr>
          <w:rFonts w:ascii="Arial" w:eastAsia="Times New Roman" w:hAnsi="Arial" w:cs="Arial"/>
          <w:sz w:val="28"/>
          <w:szCs w:val="28"/>
          <w:lang w:val="sv-SE" w:eastAsia="sv-SE"/>
        </w:rPr>
        <w:t xml:space="preserve">Vinterns sista resa blir </w:t>
      </w:r>
      <w:r w:rsidR="00ED2E8B" w:rsidRPr="00B05E02">
        <w:rPr>
          <w:rFonts w:ascii="Arial" w:eastAsia="Times New Roman" w:hAnsi="Arial" w:cs="Arial"/>
          <w:sz w:val="28"/>
          <w:szCs w:val="28"/>
          <w:lang w:val="sv-SE" w:eastAsia="sv-SE"/>
        </w:rPr>
        <w:t xml:space="preserve">en uppskattad klassiker – en resa till vår nordliga granne. </w:t>
      </w:r>
      <w:r w:rsidR="006C71E8" w:rsidRPr="00B05E02">
        <w:rPr>
          <w:rFonts w:ascii="Arial" w:eastAsia="Times New Roman" w:hAnsi="Arial" w:cs="Arial"/>
          <w:sz w:val="28"/>
          <w:szCs w:val="28"/>
          <w:lang w:val="sv-SE" w:eastAsia="sv-SE"/>
        </w:rPr>
        <w:t>Vi besöker</w:t>
      </w:r>
      <w:r w:rsidR="00ED2E8B" w:rsidRPr="00B05E02">
        <w:rPr>
          <w:rFonts w:ascii="Arial" w:eastAsia="Times New Roman" w:hAnsi="Arial" w:cs="Arial"/>
          <w:sz w:val="28"/>
          <w:szCs w:val="28"/>
          <w:lang w:val="sv-SE" w:eastAsia="sv-SE"/>
        </w:rPr>
        <w:t xml:space="preserve"> den traditionella julbasaren</w:t>
      </w:r>
      <w:r w:rsidR="0032025B" w:rsidRPr="00B05E02">
        <w:rPr>
          <w:rFonts w:ascii="Arial" w:eastAsia="Times New Roman" w:hAnsi="Arial" w:cs="Arial"/>
          <w:sz w:val="28"/>
          <w:szCs w:val="28"/>
          <w:lang w:val="sv-SE" w:eastAsia="sv-SE"/>
        </w:rPr>
        <w:t xml:space="preserve"> i Helsingfors</w:t>
      </w:r>
      <w:r w:rsidR="00ED2E8B" w:rsidRPr="00B05E02">
        <w:rPr>
          <w:rFonts w:ascii="Arial" w:eastAsia="Times New Roman" w:hAnsi="Arial" w:cs="Arial"/>
          <w:sz w:val="28"/>
          <w:szCs w:val="28"/>
          <w:lang w:val="sv-SE" w:eastAsia="sv-SE"/>
        </w:rPr>
        <w:t>, där doften av delikat mat</w:t>
      </w:r>
      <w:r w:rsidR="009A2465" w:rsidRPr="00B05E02">
        <w:rPr>
          <w:rFonts w:ascii="Arial" w:eastAsia="Times New Roman" w:hAnsi="Arial" w:cs="Arial"/>
          <w:sz w:val="28"/>
          <w:szCs w:val="28"/>
          <w:lang w:val="sv-SE" w:eastAsia="sv-SE"/>
        </w:rPr>
        <w:t xml:space="preserve"> och dryck</w:t>
      </w:r>
      <w:r w:rsidR="00ED2E8B" w:rsidRPr="00B05E02">
        <w:rPr>
          <w:rFonts w:ascii="Arial" w:eastAsia="Times New Roman" w:hAnsi="Arial" w:cs="Arial"/>
          <w:sz w:val="28"/>
          <w:szCs w:val="28"/>
          <w:lang w:val="sv-SE" w:eastAsia="sv-SE"/>
        </w:rPr>
        <w:t xml:space="preserve"> blandas med </w:t>
      </w:r>
      <w:r w:rsidR="009A2465" w:rsidRPr="00B05E02">
        <w:rPr>
          <w:rFonts w:ascii="Arial" w:eastAsia="Times New Roman" w:hAnsi="Arial" w:cs="Arial"/>
          <w:sz w:val="28"/>
          <w:szCs w:val="28"/>
          <w:lang w:val="sv-SE" w:eastAsia="sv-SE"/>
        </w:rPr>
        <w:t>personligt hantverk och</w:t>
      </w:r>
      <w:r w:rsidR="00ED2E8B" w:rsidRPr="00B05E02">
        <w:rPr>
          <w:rFonts w:ascii="Arial" w:eastAsia="Times New Roman" w:hAnsi="Arial" w:cs="Arial"/>
          <w:sz w:val="28"/>
          <w:szCs w:val="28"/>
          <w:lang w:val="sv-SE" w:eastAsia="sv-SE"/>
        </w:rPr>
        <w:t xml:space="preserve"> </w:t>
      </w:r>
      <w:r w:rsidR="00A13676" w:rsidRPr="00B05E02">
        <w:rPr>
          <w:rFonts w:ascii="Arial" w:eastAsia="Times New Roman" w:hAnsi="Arial" w:cs="Arial"/>
          <w:sz w:val="28"/>
          <w:szCs w:val="28"/>
          <w:lang w:val="sv-SE" w:eastAsia="sv-SE"/>
        </w:rPr>
        <w:t>jul</w:t>
      </w:r>
      <w:r w:rsidR="00D11FBA" w:rsidRPr="00B05E02">
        <w:rPr>
          <w:rFonts w:ascii="Arial" w:eastAsia="Times New Roman" w:hAnsi="Arial" w:cs="Arial"/>
          <w:sz w:val="28"/>
          <w:szCs w:val="28"/>
          <w:lang w:val="sv-SE" w:eastAsia="sv-SE"/>
        </w:rPr>
        <w:t>klappar</w:t>
      </w:r>
      <w:r w:rsidR="00ED2E8B" w:rsidRPr="00B05E02">
        <w:rPr>
          <w:rFonts w:ascii="Arial" w:eastAsia="Times New Roman" w:hAnsi="Arial" w:cs="Arial"/>
          <w:sz w:val="28"/>
          <w:szCs w:val="28"/>
          <w:lang w:val="sv-SE" w:eastAsia="sv-SE"/>
        </w:rPr>
        <w:t>. Här råder en varm och stressfri julstämning som förhöjer upplevelsen.</w:t>
      </w:r>
    </w:p>
    <w:p w14:paraId="0A7F0E1D" w14:textId="77777777" w:rsidR="00D95849" w:rsidRDefault="00D95849" w:rsidP="00D95849">
      <w:pPr>
        <w:spacing w:before="100" w:beforeAutospacing="1" w:after="100" w:afterAutospacing="1" w:line="240" w:lineRule="auto"/>
        <w:rPr>
          <w:rFonts w:ascii="Arial" w:eastAsia="Times New Roman" w:hAnsi="Arial" w:cs="Arial"/>
          <w:sz w:val="28"/>
          <w:szCs w:val="28"/>
          <w:lang w:val="sv-SE" w:eastAsia="sv-SE"/>
        </w:rPr>
      </w:pPr>
      <w:r w:rsidRPr="00B05E02">
        <w:rPr>
          <w:rFonts w:ascii="Arial" w:eastAsia="Times New Roman" w:hAnsi="Arial" w:cs="Arial"/>
          <w:sz w:val="28"/>
          <w:szCs w:val="28"/>
          <w:lang w:val="sv-SE" w:eastAsia="sv-SE"/>
        </w:rPr>
        <w:t>Helsingfors bjuder på en unik blandning av kultur, tradition och mysig atmosfär. Vår båt anländer till den centralt belägna Olympiaterminalen. Därifrån är det smidigt att ta sig till stadskärnan och stadens sevärdheter.</w:t>
      </w:r>
    </w:p>
    <w:p w14:paraId="785EE046" w14:textId="08D71677" w:rsidR="000E26B8" w:rsidRPr="00B05E02" w:rsidRDefault="006C71E8" w:rsidP="00B05E02">
      <w:p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 xml:space="preserve">I år har vi </w:t>
      </w:r>
      <w:r w:rsidR="0064585B" w:rsidRPr="00B05E02">
        <w:rPr>
          <w:rFonts w:ascii="Arial" w:eastAsia="Times New Roman" w:hAnsi="Arial" w:cs="Arial"/>
          <w:sz w:val="28"/>
          <w:szCs w:val="28"/>
          <w:lang w:val="sv-SE" w:eastAsia="sv-SE"/>
        </w:rPr>
        <w:t>även blivit</w:t>
      </w:r>
      <w:r w:rsidRPr="00B05E02">
        <w:rPr>
          <w:rFonts w:ascii="Arial" w:eastAsia="Times New Roman" w:hAnsi="Arial" w:cs="Arial"/>
          <w:sz w:val="28"/>
          <w:szCs w:val="28"/>
          <w:lang w:val="sv-SE" w:eastAsia="sv-SE"/>
        </w:rPr>
        <w:t xml:space="preserve"> inbjudna av vår finlandssvenska systerorganisation Förbundet Finlands Svenska Synskadade</w:t>
      </w:r>
      <w:r w:rsidR="00A458B6" w:rsidRPr="00B05E02">
        <w:rPr>
          <w:rFonts w:ascii="Arial" w:eastAsia="Times New Roman" w:hAnsi="Arial" w:cs="Arial"/>
          <w:sz w:val="28"/>
          <w:szCs w:val="28"/>
          <w:lang w:val="sv-SE" w:eastAsia="sv-SE"/>
        </w:rPr>
        <w:t xml:space="preserve">. </w:t>
      </w:r>
      <w:r w:rsidR="0064585B" w:rsidRPr="00B05E02">
        <w:rPr>
          <w:rFonts w:ascii="Arial" w:eastAsia="Times New Roman" w:hAnsi="Arial" w:cs="Arial"/>
          <w:sz w:val="28"/>
          <w:szCs w:val="28"/>
          <w:lang w:val="sv-SE" w:eastAsia="sv-SE"/>
        </w:rPr>
        <w:t xml:space="preserve">Vi </w:t>
      </w:r>
      <w:r w:rsidR="00D80BAE" w:rsidRPr="00B05E02">
        <w:rPr>
          <w:rFonts w:ascii="Arial" w:eastAsia="Times New Roman" w:hAnsi="Arial" w:cs="Arial"/>
          <w:sz w:val="28"/>
          <w:szCs w:val="28"/>
          <w:lang w:val="sv-SE" w:eastAsia="sv-SE"/>
        </w:rPr>
        <w:t xml:space="preserve">besöker deras kansli </w:t>
      </w:r>
      <w:r w:rsidRPr="00B05E02">
        <w:rPr>
          <w:rFonts w:ascii="Arial" w:eastAsia="Times New Roman" w:hAnsi="Arial" w:cs="Arial"/>
          <w:sz w:val="28"/>
          <w:szCs w:val="28"/>
          <w:lang w:val="sv-SE" w:eastAsia="sv-SE"/>
        </w:rPr>
        <w:t>Synvillan för en trevlig fikastund och ett jubileumsprogram – en värdig avslutning på punktskriftens 200-årsjubileum.</w:t>
      </w:r>
    </w:p>
    <w:p w14:paraId="54CC1FEE" w14:textId="44E63B67" w:rsidR="009C15A4" w:rsidRPr="00B05E02" w:rsidRDefault="009C15A4" w:rsidP="00B05E02">
      <w:pPr>
        <w:pStyle w:val="Rubrik3"/>
        <w:spacing w:line="240" w:lineRule="auto"/>
        <w:rPr>
          <w:rFonts w:ascii="Arial" w:hAnsi="Arial" w:cs="Arial"/>
          <w:color w:val="auto"/>
          <w:sz w:val="28"/>
          <w:szCs w:val="28"/>
          <w:lang w:val="sv-SE" w:eastAsia="sv-SE"/>
        </w:rPr>
      </w:pPr>
      <w:bookmarkStart w:id="16" w:name="_Toc198883909"/>
      <w:r w:rsidRPr="00B05E02">
        <w:rPr>
          <w:rFonts w:ascii="Arial" w:hAnsi="Arial" w:cs="Arial"/>
          <w:color w:val="auto"/>
          <w:sz w:val="28"/>
          <w:szCs w:val="28"/>
          <w:lang w:val="sv-SE" w:eastAsia="sv-SE"/>
        </w:rPr>
        <w:t xml:space="preserve">Resedetaljer </w:t>
      </w:r>
      <w:r w:rsidR="00132C57">
        <w:rPr>
          <w:rFonts w:ascii="Arial" w:hAnsi="Arial" w:cs="Arial"/>
          <w:color w:val="auto"/>
          <w:sz w:val="28"/>
          <w:szCs w:val="28"/>
          <w:lang w:val="sv-SE" w:eastAsia="sv-SE"/>
        </w:rPr>
        <w:t>för</w:t>
      </w:r>
      <w:r w:rsidRPr="00B05E02">
        <w:rPr>
          <w:rFonts w:ascii="Arial" w:hAnsi="Arial" w:cs="Arial"/>
          <w:color w:val="auto"/>
          <w:sz w:val="28"/>
          <w:szCs w:val="28"/>
          <w:lang w:val="sv-SE" w:eastAsia="sv-SE"/>
        </w:rPr>
        <w:t xml:space="preserve"> Helsingfors</w:t>
      </w:r>
      <w:bookmarkEnd w:id="16"/>
    </w:p>
    <w:p w14:paraId="5BD9D8B4" w14:textId="1C818344" w:rsidR="00ED2E8B" w:rsidRPr="00B05E02" w:rsidRDefault="00ED2E8B" w:rsidP="00B05E02">
      <w:pPr>
        <w:pStyle w:val="Liststycke"/>
        <w:numPr>
          <w:ilvl w:val="0"/>
          <w:numId w:val="22"/>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Datum:</w:t>
      </w:r>
      <w:r w:rsidRPr="00B05E02">
        <w:rPr>
          <w:rFonts w:ascii="Arial" w:eastAsia="Times New Roman" w:hAnsi="Arial" w:cs="Arial"/>
          <w:sz w:val="28"/>
          <w:szCs w:val="28"/>
          <w:lang w:val="sv-SE" w:eastAsia="sv-SE"/>
        </w:rPr>
        <w:t xml:space="preserve"> 2–4 december</w:t>
      </w:r>
      <w:r w:rsidR="009C15A4" w:rsidRPr="00B05E02">
        <w:rPr>
          <w:rFonts w:ascii="Arial" w:eastAsia="Times New Roman" w:hAnsi="Arial" w:cs="Arial"/>
          <w:sz w:val="28"/>
          <w:szCs w:val="28"/>
          <w:lang w:val="sv-SE" w:eastAsia="sv-SE"/>
        </w:rPr>
        <w:t>.</w:t>
      </w:r>
      <w:r w:rsidRPr="00B05E02">
        <w:rPr>
          <w:rFonts w:ascii="Arial" w:eastAsia="Times New Roman" w:hAnsi="Arial" w:cs="Arial"/>
          <w:sz w:val="28"/>
          <w:szCs w:val="28"/>
          <w:lang w:val="sv-SE" w:eastAsia="sv-SE"/>
        </w:rPr>
        <w:t xml:space="preserve"> </w:t>
      </w:r>
    </w:p>
    <w:p w14:paraId="4F5B55A5" w14:textId="16036D37" w:rsidR="00ED2E8B" w:rsidRPr="00B05E02" w:rsidRDefault="00ED2E8B" w:rsidP="00B05E02">
      <w:pPr>
        <w:pStyle w:val="Liststycke"/>
        <w:numPr>
          <w:ilvl w:val="0"/>
          <w:numId w:val="22"/>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Avgång från:</w:t>
      </w:r>
      <w:r w:rsidRPr="00B05E02">
        <w:rPr>
          <w:rFonts w:ascii="Arial" w:eastAsia="Times New Roman" w:hAnsi="Arial" w:cs="Arial"/>
          <w:sz w:val="28"/>
          <w:szCs w:val="28"/>
          <w:lang w:val="sv-SE" w:eastAsia="sv-SE"/>
        </w:rPr>
        <w:t xml:space="preserve"> Värtahamnen</w:t>
      </w:r>
      <w:r w:rsidR="009C15A4" w:rsidRPr="00B05E02">
        <w:rPr>
          <w:rFonts w:ascii="Arial" w:eastAsia="Times New Roman" w:hAnsi="Arial" w:cs="Arial"/>
          <w:sz w:val="28"/>
          <w:szCs w:val="28"/>
          <w:lang w:val="sv-SE" w:eastAsia="sv-SE"/>
        </w:rPr>
        <w:t>, Stockholm.</w:t>
      </w:r>
    </w:p>
    <w:p w14:paraId="7DF17620" w14:textId="3794A9FF" w:rsidR="00ED2E8B" w:rsidRPr="00B05E02" w:rsidRDefault="00ED2E8B" w:rsidP="00B05E02">
      <w:pPr>
        <w:pStyle w:val="Liststycke"/>
        <w:numPr>
          <w:ilvl w:val="0"/>
          <w:numId w:val="22"/>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Pris:</w:t>
      </w:r>
      <w:r w:rsidRPr="00B05E02">
        <w:rPr>
          <w:rFonts w:ascii="Arial" w:eastAsia="Times New Roman" w:hAnsi="Arial" w:cs="Arial"/>
          <w:sz w:val="28"/>
          <w:szCs w:val="28"/>
          <w:lang w:val="sv-SE" w:eastAsia="sv-SE"/>
        </w:rPr>
        <w:t xml:space="preserve"> 2 </w:t>
      </w:r>
      <w:r w:rsidR="00741083">
        <w:rPr>
          <w:rFonts w:ascii="Arial" w:eastAsia="Times New Roman" w:hAnsi="Arial" w:cs="Arial"/>
          <w:sz w:val="28"/>
          <w:szCs w:val="28"/>
          <w:lang w:val="sv-SE" w:eastAsia="sv-SE"/>
        </w:rPr>
        <w:t>600</w:t>
      </w:r>
      <w:r w:rsidRPr="00B05E02">
        <w:rPr>
          <w:rFonts w:ascii="Arial" w:eastAsia="Times New Roman" w:hAnsi="Arial" w:cs="Arial"/>
          <w:sz w:val="28"/>
          <w:szCs w:val="28"/>
          <w:lang w:val="sv-SE" w:eastAsia="sv-SE"/>
        </w:rPr>
        <w:t xml:space="preserve"> kr per person</w:t>
      </w:r>
      <w:r w:rsidR="009A0D23" w:rsidRPr="00B05E02">
        <w:rPr>
          <w:rFonts w:ascii="Arial" w:eastAsia="Times New Roman" w:hAnsi="Arial" w:cs="Arial"/>
          <w:sz w:val="28"/>
          <w:szCs w:val="28"/>
          <w:lang w:val="sv-SE" w:eastAsia="sv-SE"/>
        </w:rPr>
        <w:t>.</w:t>
      </w:r>
    </w:p>
    <w:p w14:paraId="78432716" w14:textId="77777777" w:rsidR="00F91BBA" w:rsidRPr="00B05E02" w:rsidRDefault="00ED2E8B" w:rsidP="00B05E02">
      <w:pPr>
        <w:pStyle w:val="Liststycke"/>
        <w:numPr>
          <w:ilvl w:val="0"/>
          <w:numId w:val="22"/>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Ingår:</w:t>
      </w:r>
      <w:r w:rsidRPr="00B05E02">
        <w:rPr>
          <w:rFonts w:ascii="Arial" w:eastAsia="Times New Roman" w:hAnsi="Arial" w:cs="Arial"/>
          <w:sz w:val="28"/>
          <w:szCs w:val="28"/>
          <w:lang w:val="sv-SE" w:eastAsia="sv-SE"/>
        </w:rPr>
        <w:t xml:space="preserve"> </w:t>
      </w:r>
    </w:p>
    <w:p w14:paraId="49A0377D" w14:textId="77777777" w:rsidR="00F91BBA" w:rsidRPr="00AF592B" w:rsidRDefault="00F91BBA" w:rsidP="00B05E02">
      <w:pPr>
        <w:pStyle w:val="Liststycke"/>
        <w:numPr>
          <w:ilvl w:val="1"/>
          <w:numId w:val="22"/>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B</w:t>
      </w:r>
      <w:r w:rsidR="00ED2E8B" w:rsidRPr="00B05E02">
        <w:rPr>
          <w:rFonts w:ascii="Arial" w:eastAsia="Times New Roman" w:hAnsi="Arial" w:cs="Arial"/>
          <w:sz w:val="28"/>
          <w:szCs w:val="28"/>
          <w:lang w:val="sv-SE" w:eastAsia="sv-SE"/>
        </w:rPr>
        <w:t>åtresa tur och retur</w:t>
      </w:r>
      <w:r w:rsidRPr="00B05E02">
        <w:rPr>
          <w:rFonts w:ascii="Arial" w:eastAsia="Times New Roman" w:hAnsi="Arial" w:cs="Arial"/>
          <w:sz w:val="28"/>
          <w:szCs w:val="28"/>
          <w:lang w:val="sv-SE" w:eastAsia="sv-SE"/>
        </w:rPr>
        <w:t>.</w:t>
      </w:r>
    </w:p>
    <w:p w14:paraId="76DC4E9E" w14:textId="17807314" w:rsidR="00AF592B" w:rsidRPr="00B05E02" w:rsidRDefault="00AF592B" w:rsidP="00B05E02">
      <w:pPr>
        <w:pStyle w:val="Liststycke"/>
        <w:numPr>
          <w:ilvl w:val="1"/>
          <w:numId w:val="22"/>
        </w:numPr>
        <w:spacing w:before="100" w:beforeAutospacing="1" w:after="100" w:afterAutospacing="1" w:line="240" w:lineRule="auto"/>
        <w:rPr>
          <w:rFonts w:ascii="Arial" w:eastAsia="Times New Roman" w:hAnsi="Arial" w:cs="Arial"/>
          <w:bCs/>
          <w:sz w:val="28"/>
          <w:szCs w:val="28"/>
          <w:lang w:val="sv-SE" w:eastAsia="sv-SE"/>
        </w:rPr>
      </w:pPr>
      <w:r>
        <w:rPr>
          <w:rFonts w:ascii="Arial" w:eastAsia="Times New Roman" w:hAnsi="Arial" w:cs="Arial"/>
          <w:sz w:val="28"/>
          <w:szCs w:val="28"/>
          <w:lang w:val="sv-SE" w:eastAsia="sv-SE"/>
        </w:rPr>
        <w:t xml:space="preserve">Busstransfer </w:t>
      </w:r>
      <w:r w:rsidR="00D95849">
        <w:rPr>
          <w:rFonts w:ascii="Arial" w:eastAsia="Times New Roman" w:hAnsi="Arial" w:cs="Arial"/>
          <w:sz w:val="28"/>
          <w:szCs w:val="28"/>
          <w:lang w:val="sv-SE" w:eastAsia="sv-SE"/>
        </w:rPr>
        <w:t xml:space="preserve">från </w:t>
      </w:r>
      <w:r>
        <w:rPr>
          <w:rFonts w:ascii="Arial" w:eastAsia="Times New Roman" w:hAnsi="Arial" w:cs="Arial"/>
          <w:sz w:val="28"/>
          <w:szCs w:val="28"/>
          <w:lang w:val="sv-SE" w:eastAsia="sv-SE"/>
        </w:rPr>
        <w:t xml:space="preserve">Olympiaterminalen </w:t>
      </w:r>
      <w:r w:rsidR="00D95849">
        <w:rPr>
          <w:rFonts w:ascii="Arial" w:eastAsia="Times New Roman" w:hAnsi="Arial" w:cs="Arial"/>
          <w:sz w:val="28"/>
          <w:szCs w:val="28"/>
          <w:lang w:val="sv-SE" w:eastAsia="sv-SE"/>
        </w:rPr>
        <w:t>till</w:t>
      </w:r>
      <w:r w:rsidRPr="00AF592B">
        <w:rPr>
          <w:rFonts w:ascii="Arial" w:eastAsia="Times New Roman" w:hAnsi="Arial" w:cs="Arial"/>
          <w:sz w:val="28"/>
          <w:szCs w:val="28"/>
          <w:lang w:val="sv-SE" w:eastAsia="sv-SE"/>
        </w:rPr>
        <w:t xml:space="preserve"> </w:t>
      </w:r>
      <w:r w:rsidRPr="00B05E02">
        <w:rPr>
          <w:rFonts w:ascii="Arial" w:eastAsia="Times New Roman" w:hAnsi="Arial" w:cs="Arial"/>
          <w:sz w:val="28"/>
          <w:szCs w:val="28"/>
          <w:lang w:val="sv-SE" w:eastAsia="sv-SE"/>
        </w:rPr>
        <w:t>Synvillan</w:t>
      </w:r>
      <w:r w:rsidR="00741083">
        <w:rPr>
          <w:rFonts w:ascii="Arial" w:eastAsia="Times New Roman" w:hAnsi="Arial" w:cs="Arial"/>
          <w:sz w:val="28"/>
          <w:szCs w:val="28"/>
          <w:lang w:val="sv-SE" w:eastAsia="sv-SE"/>
        </w:rPr>
        <w:t>.</w:t>
      </w:r>
      <w:r w:rsidRPr="00B05E02">
        <w:rPr>
          <w:rFonts w:ascii="Arial" w:eastAsia="Times New Roman" w:hAnsi="Arial" w:cs="Arial"/>
          <w:sz w:val="28"/>
          <w:szCs w:val="28"/>
          <w:lang w:val="sv-SE" w:eastAsia="sv-SE"/>
        </w:rPr>
        <w:t xml:space="preserve"> </w:t>
      </w:r>
    </w:p>
    <w:p w14:paraId="7B768B91" w14:textId="77777777" w:rsidR="0014306A" w:rsidRPr="00B05E02" w:rsidRDefault="00F91BBA" w:rsidP="00B05E02">
      <w:pPr>
        <w:pStyle w:val="Liststycke"/>
        <w:numPr>
          <w:ilvl w:val="1"/>
          <w:numId w:val="22"/>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D</w:t>
      </w:r>
      <w:r w:rsidR="00ED2E8B" w:rsidRPr="00B05E02">
        <w:rPr>
          <w:rFonts w:ascii="Arial" w:eastAsia="Times New Roman" w:hAnsi="Arial" w:cs="Arial"/>
          <w:sz w:val="28"/>
          <w:szCs w:val="28"/>
          <w:lang w:val="sv-SE" w:eastAsia="sv-SE"/>
        </w:rPr>
        <w:t xml:space="preserve">el i A-Standard Sea </w:t>
      </w:r>
      <w:proofErr w:type="spellStart"/>
      <w:r w:rsidR="00ED2E8B" w:rsidRPr="00B05E02">
        <w:rPr>
          <w:rFonts w:ascii="Arial" w:eastAsia="Times New Roman" w:hAnsi="Arial" w:cs="Arial"/>
          <w:sz w:val="28"/>
          <w:szCs w:val="28"/>
          <w:lang w:val="sv-SE" w:eastAsia="sv-SE"/>
        </w:rPr>
        <w:t>View</w:t>
      </w:r>
      <w:proofErr w:type="spellEnd"/>
      <w:r w:rsidR="00ED2E8B" w:rsidRPr="00B05E02">
        <w:rPr>
          <w:rFonts w:ascii="Arial" w:eastAsia="Times New Roman" w:hAnsi="Arial" w:cs="Arial"/>
          <w:sz w:val="28"/>
          <w:szCs w:val="28"/>
          <w:lang w:val="sv-SE" w:eastAsia="sv-SE"/>
        </w:rPr>
        <w:t>-hytt (2 övernattningar)</w:t>
      </w:r>
      <w:r w:rsidR="0014306A" w:rsidRPr="00B05E02">
        <w:rPr>
          <w:rFonts w:ascii="Arial" w:eastAsia="Times New Roman" w:hAnsi="Arial" w:cs="Arial"/>
          <w:sz w:val="28"/>
          <w:szCs w:val="28"/>
          <w:lang w:val="sv-SE" w:eastAsia="sv-SE"/>
        </w:rPr>
        <w:t>.</w:t>
      </w:r>
    </w:p>
    <w:p w14:paraId="334DAC00" w14:textId="37C7449E" w:rsidR="00ED2E8B" w:rsidRPr="00B05E02" w:rsidRDefault="0014306A" w:rsidP="00B05E02">
      <w:pPr>
        <w:pStyle w:val="Liststycke"/>
        <w:numPr>
          <w:ilvl w:val="1"/>
          <w:numId w:val="22"/>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sz w:val="28"/>
          <w:szCs w:val="28"/>
          <w:lang w:val="sv-SE" w:eastAsia="sv-SE"/>
        </w:rPr>
        <w:t>M</w:t>
      </w:r>
      <w:r w:rsidR="00ED2E8B" w:rsidRPr="00B05E02">
        <w:rPr>
          <w:rFonts w:ascii="Arial" w:eastAsia="Times New Roman" w:hAnsi="Arial" w:cs="Arial"/>
          <w:sz w:val="28"/>
          <w:szCs w:val="28"/>
          <w:lang w:val="sv-SE" w:eastAsia="sv-SE"/>
        </w:rPr>
        <w:t>åltidspaket</w:t>
      </w:r>
      <w:r w:rsidRPr="00B05E02">
        <w:rPr>
          <w:rFonts w:ascii="Arial" w:eastAsia="Times New Roman" w:hAnsi="Arial" w:cs="Arial"/>
          <w:sz w:val="28"/>
          <w:szCs w:val="28"/>
          <w:lang w:val="sv-SE" w:eastAsia="sv-SE"/>
        </w:rPr>
        <w:t xml:space="preserve"> på båten</w:t>
      </w:r>
      <w:r w:rsidR="00ED2E8B" w:rsidRPr="00B05E02">
        <w:rPr>
          <w:rFonts w:ascii="Arial" w:eastAsia="Times New Roman" w:hAnsi="Arial" w:cs="Arial"/>
          <w:sz w:val="28"/>
          <w:szCs w:val="28"/>
          <w:lang w:val="sv-SE" w:eastAsia="sv-SE"/>
        </w:rPr>
        <w:t xml:space="preserve"> (2 middagar + 2 frukostbufféer)</w:t>
      </w:r>
      <w:r w:rsidR="00113411" w:rsidRPr="00B05E02">
        <w:rPr>
          <w:rFonts w:ascii="Arial" w:eastAsia="Times New Roman" w:hAnsi="Arial" w:cs="Arial"/>
          <w:sz w:val="28"/>
          <w:szCs w:val="28"/>
          <w:lang w:val="sv-SE" w:eastAsia="sv-SE"/>
        </w:rPr>
        <w:t>.</w:t>
      </w:r>
    </w:p>
    <w:p w14:paraId="1C7D5195" w14:textId="77777777" w:rsidR="002F5AF6" w:rsidRPr="002F5AF6" w:rsidRDefault="00ED2E8B" w:rsidP="002F5AF6">
      <w:pPr>
        <w:pStyle w:val="Liststycke"/>
        <w:numPr>
          <w:ilvl w:val="0"/>
          <w:numId w:val="22"/>
        </w:numPr>
        <w:spacing w:before="100" w:beforeAutospacing="1" w:after="100" w:afterAutospacing="1" w:line="240" w:lineRule="auto"/>
        <w:rPr>
          <w:rFonts w:ascii="Arial" w:eastAsia="Times New Roman" w:hAnsi="Arial" w:cs="Arial"/>
          <w:bCs/>
          <w:sz w:val="28"/>
          <w:szCs w:val="28"/>
          <w:lang w:val="sv-SE" w:eastAsia="sv-SE"/>
        </w:rPr>
      </w:pPr>
      <w:r w:rsidRPr="00B05E02">
        <w:rPr>
          <w:rFonts w:ascii="Arial" w:eastAsia="Times New Roman" w:hAnsi="Arial" w:cs="Arial"/>
          <w:b/>
          <w:sz w:val="28"/>
          <w:szCs w:val="28"/>
          <w:lang w:val="sv-SE" w:eastAsia="sv-SE"/>
        </w:rPr>
        <w:t>Enkelrumstillägg:</w:t>
      </w:r>
      <w:r w:rsidRPr="00B05E02">
        <w:rPr>
          <w:rFonts w:ascii="Arial" w:eastAsia="Times New Roman" w:hAnsi="Arial" w:cs="Arial"/>
          <w:sz w:val="28"/>
          <w:szCs w:val="28"/>
          <w:lang w:val="sv-SE" w:eastAsia="sv-SE"/>
        </w:rPr>
        <w:t xml:space="preserve"> 530 kr </w:t>
      </w:r>
    </w:p>
    <w:p w14:paraId="7E8BD3C9" w14:textId="5FBFD87A" w:rsidR="002F5AF6" w:rsidRPr="002F5AF6" w:rsidRDefault="00ED2E8B" w:rsidP="002F5AF6">
      <w:pPr>
        <w:pStyle w:val="Liststycke"/>
        <w:numPr>
          <w:ilvl w:val="0"/>
          <w:numId w:val="22"/>
        </w:numPr>
        <w:spacing w:before="100" w:beforeAutospacing="1" w:after="100" w:afterAutospacing="1" w:line="240" w:lineRule="auto"/>
        <w:rPr>
          <w:rFonts w:ascii="Arial" w:eastAsia="Times New Roman" w:hAnsi="Arial" w:cs="Arial"/>
          <w:bCs/>
          <w:sz w:val="28"/>
          <w:szCs w:val="28"/>
          <w:lang w:val="sv-SE" w:eastAsia="sv-SE"/>
        </w:rPr>
      </w:pPr>
      <w:r w:rsidRPr="002F5AF6">
        <w:rPr>
          <w:rFonts w:ascii="Arial" w:eastAsia="Times New Roman" w:hAnsi="Arial" w:cs="Arial"/>
          <w:b/>
          <w:sz w:val="28"/>
          <w:szCs w:val="28"/>
          <w:lang w:val="sv-SE" w:eastAsia="sv-SE"/>
        </w:rPr>
        <w:t>Tillkommer:</w:t>
      </w:r>
      <w:r w:rsidRPr="002F5AF6">
        <w:rPr>
          <w:rFonts w:ascii="Arial" w:eastAsia="Times New Roman" w:hAnsi="Arial" w:cs="Arial"/>
          <w:sz w:val="28"/>
          <w:szCs w:val="28"/>
          <w:lang w:val="sv-SE" w:eastAsia="sv-SE"/>
        </w:rPr>
        <w:t xml:space="preserve"> Anslutningsresa, utflykter och måltider</w:t>
      </w:r>
      <w:r w:rsidR="00D95849">
        <w:rPr>
          <w:rFonts w:ascii="Arial" w:eastAsia="Times New Roman" w:hAnsi="Arial" w:cs="Arial"/>
          <w:sz w:val="28"/>
          <w:szCs w:val="28"/>
          <w:lang w:val="sv-SE" w:eastAsia="sv-SE"/>
        </w:rPr>
        <w:t xml:space="preserve"> osv</w:t>
      </w:r>
      <w:r w:rsidR="00253F9A" w:rsidRPr="002F5AF6">
        <w:rPr>
          <w:rFonts w:ascii="Arial" w:eastAsia="Times New Roman" w:hAnsi="Arial" w:cs="Arial"/>
          <w:sz w:val="28"/>
          <w:szCs w:val="28"/>
          <w:lang w:val="sv-SE" w:eastAsia="sv-SE"/>
        </w:rPr>
        <w:t>.</w:t>
      </w:r>
      <w:r w:rsidR="002F5AF6" w:rsidRPr="002F5AF6">
        <w:rPr>
          <w:rFonts w:ascii="Arial" w:eastAsia="Times New Roman" w:hAnsi="Arial" w:cs="Arial"/>
          <w:sz w:val="28"/>
          <w:szCs w:val="28"/>
          <w:lang w:val="sv-SE" w:eastAsia="sv-SE"/>
        </w:rPr>
        <w:t xml:space="preserve"> </w:t>
      </w:r>
    </w:p>
    <w:p w14:paraId="38518A35" w14:textId="6170E6E7" w:rsidR="002F5AF6" w:rsidRPr="002F5AF6" w:rsidRDefault="002F5AF6" w:rsidP="002F5AF6">
      <w:pPr>
        <w:pStyle w:val="Liststycke"/>
        <w:spacing w:before="100" w:beforeAutospacing="1" w:after="100" w:afterAutospacing="1" w:line="240" w:lineRule="auto"/>
        <w:rPr>
          <w:rFonts w:ascii="Arial" w:eastAsia="Times New Roman" w:hAnsi="Arial" w:cs="Arial"/>
          <w:bCs/>
          <w:sz w:val="28"/>
          <w:szCs w:val="28"/>
          <w:lang w:val="sv-SE" w:eastAsia="sv-SE"/>
        </w:rPr>
      </w:pPr>
      <w:r>
        <w:rPr>
          <w:rFonts w:ascii="Arial" w:hAnsi="Arial" w:cs="Arial"/>
          <w:sz w:val="28"/>
          <w:szCs w:val="28"/>
          <w:lang w:val="sv-SE"/>
        </w:rPr>
        <w:t>A</w:t>
      </w:r>
      <w:r w:rsidRPr="002F5AF6">
        <w:rPr>
          <w:rFonts w:ascii="Arial" w:hAnsi="Arial" w:cs="Arial"/>
          <w:sz w:val="28"/>
          <w:szCs w:val="28"/>
          <w:lang w:val="sv-SE"/>
        </w:rPr>
        <w:t>lla resenärer ansvarar själva för att kontrollera sitt försäkringsskydd och vid behov teckna avbeställnings- och reseförsäkring. Det är varje resenärs ansvar att se till att försäkringen täcker de egna behoven.</w:t>
      </w:r>
    </w:p>
    <w:p w14:paraId="4B566728" w14:textId="2B2FE1DB" w:rsidR="00ED2E8B" w:rsidRPr="00A45A9C" w:rsidRDefault="00ED2E8B" w:rsidP="002F5AF6">
      <w:pPr>
        <w:pStyle w:val="Liststycke"/>
        <w:spacing w:before="100" w:beforeAutospacing="1" w:after="100" w:afterAutospacing="1" w:line="240" w:lineRule="auto"/>
        <w:rPr>
          <w:rFonts w:ascii="Arial" w:eastAsia="Times New Roman" w:hAnsi="Arial" w:cs="Arial"/>
          <w:bCs/>
          <w:sz w:val="28"/>
          <w:szCs w:val="28"/>
          <w:lang w:val="sv-SE" w:eastAsia="sv-SE"/>
        </w:rPr>
      </w:pPr>
    </w:p>
    <w:p w14:paraId="470311B4" w14:textId="77777777" w:rsidR="00A45A9C" w:rsidRDefault="00A45A9C"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0176E985" w14:textId="77777777" w:rsidR="00C535D9" w:rsidRDefault="00C535D9"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14ACB2AA" w14:textId="77777777" w:rsidR="00C535D9" w:rsidRDefault="00C535D9"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1B367754" w14:textId="77777777" w:rsidR="000E26B8" w:rsidRDefault="000E26B8"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3EC00B10" w14:textId="77777777" w:rsidR="00132C57" w:rsidRDefault="00132C57"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7405A8F1" w14:textId="77777777" w:rsidR="00132C57" w:rsidRDefault="00132C57"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377EE1C0" w14:textId="77777777" w:rsidR="000E26B8" w:rsidRDefault="000E26B8" w:rsidP="00A45A9C">
      <w:pPr>
        <w:pStyle w:val="Liststycke"/>
        <w:spacing w:before="100" w:beforeAutospacing="1" w:after="100" w:afterAutospacing="1" w:line="240" w:lineRule="auto"/>
        <w:rPr>
          <w:rFonts w:ascii="Arial" w:eastAsia="Times New Roman" w:hAnsi="Arial" w:cs="Arial"/>
          <w:bCs/>
          <w:sz w:val="28"/>
          <w:szCs w:val="28"/>
          <w:lang w:val="sv-SE" w:eastAsia="sv-SE"/>
        </w:rPr>
      </w:pPr>
    </w:p>
    <w:p w14:paraId="5538409D" w14:textId="77777777" w:rsidR="000E26B8" w:rsidRPr="000E26B8" w:rsidRDefault="000E26B8" w:rsidP="000E26B8">
      <w:pPr>
        <w:spacing w:before="100" w:beforeAutospacing="1" w:after="100" w:afterAutospacing="1" w:line="240" w:lineRule="auto"/>
        <w:rPr>
          <w:rFonts w:ascii="Arial" w:eastAsia="Times New Roman" w:hAnsi="Arial" w:cs="Arial"/>
          <w:bCs/>
          <w:sz w:val="28"/>
          <w:szCs w:val="28"/>
          <w:lang w:val="sv-SE" w:eastAsia="sv-SE"/>
        </w:rPr>
      </w:pPr>
    </w:p>
    <w:p w14:paraId="668C7DB5" w14:textId="36BF6B83" w:rsidR="00A45A9C" w:rsidRPr="000E26B8" w:rsidRDefault="00593CED" w:rsidP="00A45A9C">
      <w:pPr>
        <w:pStyle w:val="Rubrik1"/>
        <w:spacing w:line="240" w:lineRule="auto"/>
        <w:rPr>
          <w:rFonts w:ascii="Arial" w:hAnsi="Arial" w:cs="Arial"/>
          <w:color w:val="4F81BD" w:themeColor="accent1"/>
          <w:sz w:val="36"/>
          <w:szCs w:val="36"/>
          <w:lang w:val="sv-SE"/>
        </w:rPr>
      </w:pPr>
      <w:bookmarkStart w:id="17" w:name="_Toc198883910"/>
      <w:r w:rsidRPr="000E26B8">
        <w:rPr>
          <w:rFonts w:ascii="Arial" w:hAnsi="Arial" w:cs="Arial"/>
          <w:color w:val="4F81BD" w:themeColor="accent1"/>
          <w:sz w:val="36"/>
          <w:szCs w:val="36"/>
          <w:lang w:val="sv-SE"/>
        </w:rPr>
        <w:lastRenderedPageBreak/>
        <w:t>Så fungerar</w:t>
      </w:r>
      <w:r w:rsidR="0045534F" w:rsidRPr="000E26B8">
        <w:rPr>
          <w:rFonts w:ascii="Arial" w:hAnsi="Arial" w:cs="Arial"/>
          <w:color w:val="4F81BD" w:themeColor="accent1"/>
          <w:sz w:val="36"/>
          <w:szCs w:val="36"/>
          <w:lang w:val="sv-SE"/>
        </w:rPr>
        <w:t xml:space="preserve"> SRF </w:t>
      </w:r>
      <w:proofErr w:type="spellStart"/>
      <w:r w:rsidR="0045534F" w:rsidRPr="000E26B8">
        <w:rPr>
          <w:rFonts w:ascii="Arial" w:hAnsi="Arial" w:cs="Arial"/>
          <w:color w:val="4F81BD" w:themeColor="accent1"/>
          <w:sz w:val="36"/>
          <w:szCs w:val="36"/>
          <w:lang w:val="sv-SE"/>
        </w:rPr>
        <w:t>Go:s</w:t>
      </w:r>
      <w:proofErr w:type="spellEnd"/>
      <w:r w:rsidR="0045534F" w:rsidRPr="000E26B8">
        <w:rPr>
          <w:rFonts w:ascii="Arial" w:hAnsi="Arial" w:cs="Arial"/>
          <w:color w:val="4F81BD" w:themeColor="accent1"/>
          <w:sz w:val="36"/>
          <w:szCs w:val="36"/>
          <w:lang w:val="sv-SE"/>
        </w:rPr>
        <w:t xml:space="preserve"> </w:t>
      </w:r>
      <w:r w:rsidR="00841BA9" w:rsidRPr="000E26B8">
        <w:rPr>
          <w:rFonts w:ascii="Arial" w:hAnsi="Arial" w:cs="Arial"/>
          <w:color w:val="4F81BD" w:themeColor="accent1"/>
          <w:sz w:val="36"/>
          <w:szCs w:val="36"/>
          <w:lang w:val="sv-SE"/>
        </w:rPr>
        <w:t>grupp</w:t>
      </w:r>
      <w:r w:rsidR="0045534F" w:rsidRPr="000E26B8">
        <w:rPr>
          <w:rFonts w:ascii="Arial" w:hAnsi="Arial" w:cs="Arial"/>
          <w:color w:val="4F81BD" w:themeColor="accent1"/>
          <w:sz w:val="36"/>
          <w:szCs w:val="36"/>
          <w:lang w:val="sv-SE"/>
        </w:rPr>
        <w:t>resor</w:t>
      </w:r>
      <w:bookmarkEnd w:id="17"/>
    </w:p>
    <w:p w14:paraId="629D3C4F" w14:textId="77777777" w:rsidR="00132C57" w:rsidRDefault="00132C57" w:rsidP="003F5722">
      <w:pPr>
        <w:spacing w:line="240" w:lineRule="auto"/>
        <w:rPr>
          <w:lang w:val="sv-SE"/>
        </w:rPr>
      </w:pPr>
    </w:p>
    <w:p w14:paraId="38CE758C" w14:textId="182F1DF7" w:rsidR="00912D46" w:rsidRPr="003F5722" w:rsidRDefault="00841BA9" w:rsidP="003F5722">
      <w:pPr>
        <w:spacing w:line="240" w:lineRule="auto"/>
        <w:rPr>
          <w:rFonts w:ascii="Arial" w:hAnsi="Arial" w:cs="Arial"/>
          <w:sz w:val="28"/>
          <w:szCs w:val="28"/>
          <w:lang w:val="sv-SE"/>
        </w:rPr>
      </w:pPr>
      <w:r w:rsidRPr="00B05E02">
        <w:rPr>
          <w:rFonts w:ascii="Arial" w:hAnsi="Arial" w:cs="Arial"/>
          <w:sz w:val="28"/>
          <w:szCs w:val="28"/>
          <w:lang w:val="sv-SE"/>
        </w:rPr>
        <w:t xml:space="preserve">Att delta i SRF </w:t>
      </w:r>
      <w:proofErr w:type="spellStart"/>
      <w:r w:rsidRPr="00B05E02">
        <w:rPr>
          <w:rFonts w:ascii="Arial" w:hAnsi="Arial" w:cs="Arial"/>
          <w:sz w:val="28"/>
          <w:szCs w:val="28"/>
          <w:lang w:val="sv-SE"/>
        </w:rPr>
        <w:t>Go:s</w:t>
      </w:r>
      <w:proofErr w:type="spellEnd"/>
      <w:r w:rsidRPr="00B05E02">
        <w:rPr>
          <w:rFonts w:ascii="Arial" w:hAnsi="Arial" w:cs="Arial"/>
          <w:sz w:val="28"/>
          <w:szCs w:val="28"/>
          <w:lang w:val="sv-SE"/>
        </w:rPr>
        <w:t xml:space="preserve"> gruppresor är en exklusiv medlemsförmån för dig som är synskadad och medlem i Synskadades Riksförbund</w:t>
      </w:r>
      <w:r w:rsidR="0045534F" w:rsidRPr="00B05E02">
        <w:rPr>
          <w:rFonts w:ascii="Arial" w:hAnsi="Arial" w:cs="Arial"/>
          <w:sz w:val="28"/>
          <w:szCs w:val="28"/>
          <w:lang w:val="sv-SE"/>
        </w:rPr>
        <w:t xml:space="preserve">. Du betalar själv för din resa, medan SRF Go står för </w:t>
      </w:r>
      <w:r w:rsidR="00316920" w:rsidRPr="00B05E02">
        <w:rPr>
          <w:rFonts w:ascii="Arial" w:hAnsi="Arial" w:cs="Arial"/>
          <w:sz w:val="28"/>
          <w:szCs w:val="28"/>
          <w:lang w:val="sv-SE"/>
        </w:rPr>
        <w:t>ledsagarens kostnader</w:t>
      </w:r>
      <w:r w:rsidR="0045534F" w:rsidRPr="00B05E02">
        <w:rPr>
          <w:rFonts w:ascii="Arial" w:hAnsi="Arial" w:cs="Arial"/>
          <w:sz w:val="28"/>
          <w:szCs w:val="28"/>
          <w:lang w:val="sv-SE"/>
        </w:rPr>
        <w:t xml:space="preserve">. </w:t>
      </w:r>
      <w:r w:rsidR="000329D5" w:rsidRPr="00B05E02">
        <w:rPr>
          <w:rFonts w:ascii="Arial" w:hAnsi="Arial" w:cs="Arial"/>
          <w:sz w:val="28"/>
          <w:szCs w:val="28"/>
          <w:lang w:val="sv-SE"/>
        </w:rPr>
        <w:t>Priserna i katalogen är cirka-priser och kan ändras beroende på resebolagens villkor</w:t>
      </w:r>
      <w:r w:rsidR="003F5722">
        <w:rPr>
          <w:rFonts w:ascii="Arial" w:hAnsi="Arial" w:cs="Arial"/>
          <w:sz w:val="28"/>
          <w:szCs w:val="28"/>
          <w:lang w:val="sv-SE"/>
        </w:rPr>
        <w:t xml:space="preserve">. </w:t>
      </w:r>
      <w:r w:rsidR="0045534F" w:rsidRPr="00B05E02">
        <w:rPr>
          <w:rFonts w:ascii="Arial" w:hAnsi="Arial" w:cs="Arial"/>
          <w:sz w:val="28"/>
          <w:szCs w:val="28"/>
          <w:lang w:val="sv-SE"/>
        </w:rPr>
        <w:t xml:space="preserve">Reseutbudet påverkas av </w:t>
      </w:r>
      <w:r w:rsidR="00E27694" w:rsidRPr="00B05E02">
        <w:rPr>
          <w:rFonts w:ascii="Arial" w:hAnsi="Arial" w:cs="Arial"/>
          <w:sz w:val="28"/>
          <w:szCs w:val="28"/>
          <w:lang w:val="sv-SE"/>
        </w:rPr>
        <w:t>ökade kostnader</w:t>
      </w:r>
      <w:r w:rsidR="0045534F" w:rsidRPr="00B05E02">
        <w:rPr>
          <w:rFonts w:ascii="Arial" w:hAnsi="Arial" w:cs="Arial"/>
          <w:sz w:val="28"/>
          <w:szCs w:val="28"/>
          <w:lang w:val="sv-SE"/>
        </w:rPr>
        <w:t xml:space="preserve"> i </w:t>
      </w:r>
      <w:r w:rsidR="00E27694" w:rsidRPr="00B05E02">
        <w:rPr>
          <w:rFonts w:ascii="Arial" w:hAnsi="Arial" w:cs="Arial"/>
          <w:sz w:val="28"/>
          <w:szCs w:val="28"/>
          <w:lang w:val="sv-SE"/>
        </w:rPr>
        <w:t>rese</w:t>
      </w:r>
      <w:r w:rsidR="0045534F" w:rsidRPr="00B05E02">
        <w:rPr>
          <w:rFonts w:ascii="Arial" w:hAnsi="Arial" w:cs="Arial"/>
          <w:sz w:val="28"/>
          <w:szCs w:val="28"/>
          <w:lang w:val="sv-SE"/>
        </w:rPr>
        <w:t xml:space="preserve">branschen. </w:t>
      </w:r>
      <w:r w:rsidR="00912D46" w:rsidRPr="00912D46">
        <w:rPr>
          <w:rFonts w:ascii="Arial" w:eastAsia="Times New Roman" w:hAnsi="Arial" w:cs="Arial"/>
          <w:sz w:val="28"/>
          <w:szCs w:val="28"/>
          <w:lang w:val="sv-SE" w:eastAsia="sv-SE"/>
        </w:rPr>
        <w:t>Vi reserverar oss för eventuella förändringar utanför vår kontroll.</w:t>
      </w:r>
      <w:r w:rsidR="00912D46">
        <w:rPr>
          <w:rFonts w:ascii="Arial" w:eastAsia="Times New Roman" w:hAnsi="Arial" w:cs="Arial"/>
          <w:sz w:val="28"/>
          <w:szCs w:val="28"/>
          <w:lang w:val="sv-SE" w:eastAsia="sv-SE"/>
        </w:rPr>
        <w:t xml:space="preserve"> </w:t>
      </w:r>
    </w:p>
    <w:p w14:paraId="695B13C6" w14:textId="36B013FB" w:rsidR="00841BA9" w:rsidRPr="00B05E02" w:rsidRDefault="00841BA9" w:rsidP="00912D46">
      <w:pPr>
        <w:spacing w:after="0" w:line="240" w:lineRule="auto"/>
        <w:rPr>
          <w:rFonts w:ascii="Arial" w:hAnsi="Arial" w:cs="Arial"/>
          <w:lang w:val="sv-SE"/>
        </w:rPr>
      </w:pPr>
      <w:r w:rsidRPr="00B05E02">
        <w:rPr>
          <w:rFonts w:ascii="Arial" w:hAnsi="Arial" w:cs="Arial"/>
          <w:sz w:val="28"/>
          <w:szCs w:val="28"/>
          <w:lang w:val="sv-SE"/>
        </w:rPr>
        <w:t>För att kunna erbjuda den bästa möjliga upplevelsen till ett rimligt pris, kan vissa gruppresor vara förlagda utanför högsäsong, innebära alternativa boendealternativ och så vidare. Men vi strävar alltid efter att hålla priserna så låga som möjligt utan att kompromissa med kvaliteten på upplevelsen.</w:t>
      </w:r>
      <w:r w:rsidR="00912D46">
        <w:rPr>
          <w:rFonts w:ascii="Arial" w:hAnsi="Arial" w:cs="Arial"/>
          <w:sz w:val="28"/>
          <w:szCs w:val="28"/>
          <w:lang w:val="sv-SE"/>
        </w:rPr>
        <w:t xml:space="preserve"> </w:t>
      </w:r>
    </w:p>
    <w:p w14:paraId="6EBF2BB0" w14:textId="77777777" w:rsidR="00DD2C09" w:rsidRDefault="007F2E63" w:rsidP="00DD2C09">
      <w:pPr>
        <w:spacing w:line="240" w:lineRule="auto"/>
        <w:rPr>
          <w:rFonts w:ascii="Arial" w:hAnsi="Arial" w:cs="Arial"/>
          <w:sz w:val="28"/>
          <w:szCs w:val="28"/>
          <w:lang w:val="sv-SE"/>
        </w:rPr>
      </w:pPr>
      <w:r w:rsidRPr="00B05E02">
        <w:rPr>
          <w:rFonts w:ascii="Arial" w:hAnsi="Arial" w:cs="Arial"/>
          <w:sz w:val="28"/>
          <w:szCs w:val="28"/>
          <w:lang w:val="sv-SE"/>
        </w:rPr>
        <w:t>För att ge fler möjlighet att följa med gäller följande:</w:t>
      </w:r>
    </w:p>
    <w:p w14:paraId="4D740461" w14:textId="77777777" w:rsidR="00DD2C09" w:rsidRDefault="00562B69" w:rsidP="00DD2C09">
      <w:pPr>
        <w:pStyle w:val="Liststycke"/>
        <w:numPr>
          <w:ilvl w:val="0"/>
          <w:numId w:val="39"/>
        </w:numPr>
        <w:spacing w:line="240" w:lineRule="auto"/>
        <w:rPr>
          <w:rFonts w:ascii="Arial" w:hAnsi="Arial" w:cs="Arial"/>
          <w:sz w:val="28"/>
          <w:szCs w:val="28"/>
          <w:lang w:val="sv-SE"/>
        </w:rPr>
      </w:pPr>
      <w:r w:rsidRPr="00DD2C09">
        <w:rPr>
          <w:rFonts w:ascii="Arial" w:hAnsi="Arial" w:cs="Arial"/>
          <w:sz w:val="28"/>
          <w:szCs w:val="28"/>
          <w:lang w:val="sv-SE"/>
        </w:rPr>
        <w:t>Du kan delta i max en lång och en kort resa per katalog</w:t>
      </w:r>
      <w:r w:rsidR="007F2E63" w:rsidRPr="00DD2C09">
        <w:rPr>
          <w:rFonts w:ascii="Arial" w:hAnsi="Arial" w:cs="Arial"/>
          <w:sz w:val="28"/>
          <w:szCs w:val="28"/>
          <w:lang w:val="sv-SE"/>
        </w:rPr>
        <w:t>, men kan anmäla dig till flera.</w:t>
      </w:r>
    </w:p>
    <w:p w14:paraId="792FF486" w14:textId="02889976" w:rsidR="003E2C5F" w:rsidRPr="00DD2C09" w:rsidRDefault="00562B69" w:rsidP="00DD2C09">
      <w:pPr>
        <w:pStyle w:val="Liststycke"/>
        <w:numPr>
          <w:ilvl w:val="0"/>
          <w:numId w:val="39"/>
        </w:numPr>
        <w:spacing w:line="240" w:lineRule="auto"/>
        <w:rPr>
          <w:rFonts w:ascii="Arial" w:hAnsi="Arial" w:cs="Arial"/>
          <w:sz w:val="28"/>
          <w:szCs w:val="28"/>
          <w:lang w:val="sv-SE"/>
        </w:rPr>
      </w:pPr>
      <w:r w:rsidRPr="00DD2C09">
        <w:rPr>
          <w:rFonts w:ascii="Arial" w:hAnsi="Arial" w:cs="Arial"/>
          <w:sz w:val="28"/>
          <w:szCs w:val="28"/>
          <w:lang w:val="sv-SE"/>
        </w:rPr>
        <w:t>En seende vän eller anhörig kan följa med som privat ledsagare om plats finns, men betalar då själv</w:t>
      </w:r>
      <w:r w:rsidR="00EA2917" w:rsidRPr="00DD2C09">
        <w:rPr>
          <w:rFonts w:ascii="Arial" w:hAnsi="Arial" w:cs="Arial"/>
          <w:sz w:val="28"/>
          <w:szCs w:val="28"/>
          <w:lang w:val="sv-SE"/>
        </w:rPr>
        <w:t xml:space="preserve"> för sin resa.</w:t>
      </w:r>
    </w:p>
    <w:p w14:paraId="1185A0CA" w14:textId="7367A4DF" w:rsidR="00867EE5" w:rsidRPr="00B05E02" w:rsidRDefault="0045534F" w:rsidP="00B05E02">
      <w:pPr>
        <w:pStyle w:val="Rubrik2"/>
        <w:spacing w:line="240" w:lineRule="auto"/>
        <w:rPr>
          <w:rFonts w:ascii="Arial" w:hAnsi="Arial" w:cs="Arial"/>
          <w:sz w:val="28"/>
          <w:szCs w:val="28"/>
          <w:lang w:val="sv-SE"/>
        </w:rPr>
      </w:pPr>
      <w:bookmarkStart w:id="18" w:name="_Toc198883911"/>
      <w:r w:rsidRPr="00B05E02">
        <w:rPr>
          <w:rFonts w:ascii="Arial" w:hAnsi="Arial" w:cs="Arial"/>
          <w:sz w:val="28"/>
          <w:szCs w:val="28"/>
          <w:lang w:val="sv-SE"/>
        </w:rPr>
        <w:t>Anmälan</w:t>
      </w:r>
      <w:bookmarkEnd w:id="18"/>
    </w:p>
    <w:p w14:paraId="2BF09C00" w14:textId="77777777" w:rsidR="003F5722" w:rsidRDefault="00F03714" w:rsidP="00B05E02">
      <w:pPr>
        <w:spacing w:line="240" w:lineRule="auto"/>
        <w:rPr>
          <w:lang w:val="sv-SE"/>
        </w:rPr>
      </w:pPr>
      <w:r w:rsidRPr="00B05E02">
        <w:rPr>
          <w:rFonts w:ascii="Arial" w:hAnsi="Arial" w:cs="Arial"/>
          <w:sz w:val="28"/>
          <w:szCs w:val="28"/>
          <w:lang w:val="sv-SE"/>
        </w:rPr>
        <w:t xml:space="preserve">Om du vill anmäla dig till en av våra </w:t>
      </w:r>
      <w:r w:rsidR="00841BA9" w:rsidRPr="00B05E02">
        <w:rPr>
          <w:rFonts w:ascii="Arial" w:hAnsi="Arial" w:cs="Arial"/>
          <w:sz w:val="28"/>
          <w:szCs w:val="28"/>
          <w:lang w:val="sv-SE"/>
        </w:rPr>
        <w:t>grupp</w:t>
      </w:r>
      <w:r w:rsidRPr="00B05E02">
        <w:rPr>
          <w:rFonts w:ascii="Arial" w:hAnsi="Arial" w:cs="Arial"/>
          <w:sz w:val="28"/>
          <w:szCs w:val="28"/>
          <w:lang w:val="sv-SE"/>
        </w:rPr>
        <w:t>resor</w:t>
      </w:r>
      <w:r w:rsidR="0024328B" w:rsidRPr="00B05E02">
        <w:rPr>
          <w:rFonts w:ascii="Arial" w:hAnsi="Arial" w:cs="Arial"/>
          <w:sz w:val="28"/>
          <w:szCs w:val="28"/>
          <w:lang w:val="sv-SE"/>
        </w:rPr>
        <w:t xml:space="preserve"> gör du det </w:t>
      </w:r>
      <w:r w:rsidR="0024328B" w:rsidRPr="00B05E02">
        <w:rPr>
          <w:rFonts w:ascii="Arial" w:hAnsi="Arial" w:cs="Arial"/>
          <w:b/>
          <w:bCs/>
          <w:sz w:val="28"/>
          <w:szCs w:val="28"/>
          <w:lang w:val="sv-SE"/>
        </w:rPr>
        <w:t xml:space="preserve">senast </w:t>
      </w:r>
      <w:r w:rsidR="00F66ABD" w:rsidRPr="00B05E02">
        <w:rPr>
          <w:rFonts w:ascii="Arial" w:hAnsi="Arial" w:cs="Arial"/>
          <w:b/>
          <w:bCs/>
          <w:sz w:val="28"/>
          <w:szCs w:val="28"/>
          <w:lang w:val="sv-SE"/>
        </w:rPr>
        <w:t>25</w:t>
      </w:r>
      <w:r w:rsidR="0024328B" w:rsidRPr="00B05E02">
        <w:rPr>
          <w:rFonts w:ascii="Arial" w:hAnsi="Arial" w:cs="Arial"/>
          <w:b/>
          <w:bCs/>
          <w:sz w:val="28"/>
          <w:szCs w:val="28"/>
          <w:lang w:val="sv-SE"/>
        </w:rPr>
        <w:t xml:space="preserve"> </w:t>
      </w:r>
      <w:r w:rsidR="00F66ABD" w:rsidRPr="00B05E02">
        <w:rPr>
          <w:rFonts w:ascii="Arial" w:hAnsi="Arial" w:cs="Arial"/>
          <w:b/>
          <w:bCs/>
          <w:sz w:val="28"/>
          <w:szCs w:val="28"/>
          <w:lang w:val="sv-SE"/>
        </w:rPr>
        <w:t>juni</w:t>
      </w:r>
      <w:r w:rsidR="0024328B" w:rsidRPr="00B05E02">
        <w:rPr>
          <w:rFonts w:ascii="Arial" w:hAnsi="Arial" w:cs="Arial"/>
          <w:sz w:val="28"/>
          <w:szCs w:val="28"/>
          <w:lang w:val="sv-SE"/>
        </w:rPr>
        <w:t xml:space="preserve">. </w:t>
      </w:r>
      <w:r w:rsidR="003F5722" w:rsidRPr="003F5722">
        <w:rPr>
          <w:rFonts w:ascii="Arial" w:hAnsi="Arial" w:cs="Arial"/>
          <w:sz w:val="28"/>
          <w:szCs w:val="28"/>
          <w:lang w:val="sv-SE"/>
        </w:rPr>
        <w:t>Vi ser gärna att du använder standardformuläret som finns på vår hemsida, eller alternativt fyller i ansökningsblanketten som finns på sista sidan i resekatalogen. Den ska sedan skickas till oss med vanlig post.</w:t>
      </w:r>
      <w:r w:rsidR="003F5722">
        <w:rPr>
          <w:lang w:val="sv-SE"/>
        </w:rPr>
        <w:t xml:space="preserve"> </w:t>
      </w:r>
    </w:p>
    <w:p w14:paraId="2BAD68E4" w14:textId="778CD63F" w:rsidR="00CF32B1" w:rsidRPr="00CF32B1" w:rsidRDefault="006B4427" w:rsidP="00CF32B1">
      <w:pPr>
        <w:spacing w:line="240" w:lineRule="auto"/>
        <w:rPr>
          <w:rFonts w:ascii="Arial" w:hAnsi="Arial" w:cs="Arial"/>
          <w:sz w:val="28"/>
          <w:szCs w:val="28"/>
          <w:lang w:val="sv-SE"/>
        </w:rPr>
      </w:pPr>
      <w:r>
        <w:rPr>
          <w:rFonts w:ascii="Arial" w:hAnsi="Arial" w:cs="Arial"/>
          <w:sz w:val="28"/>
          <w:szCs w:val="28"/>
          <w:lang w:val="sv-SE"/>
        </w:rPr>
        <w:t xml:space="preserve">Det är </w:t>
      </w:r>
      <w:r w:rsidR="00CF32B1" w:rsidRPr="00CF32B1">
        <w:rPr>
          <w:rFonts w:ascii="Arial" w:hAnsi="Arial" w:cs="Arial"/>
          <w:sz w:val="28"/>
          <w:szCs w:val="28"/>
          <w:lang w:val="sv-SE"/>
        </w:rPr>
        <w:t xml:space="preserve">viktigt att du tänker på följande när du anmäler dig till </w:t>
      </w:r>
      <w:r>
        <w:rPr>
          <w:rFonts w:ascii="Arial" w:hAnsi="Arial" w:cs="Arial"/>
          <w:sz w:val="28"/>
          <w:szCs w:val="28"/>
          <w:lang w:val="sv-SE"/>
        </w:rPr>
        <w:t>grupp</w:t>
      </w:r>
      <w:r w:rsidR="00CF32B1" w:rsidRPr="00CF32B1">
        <w:rPr>
          <w:rFonts w:ascii="Arial" w:hAnsi="Arial" w:cs="Arial"/>
          <w:sz w:val="28"/>
          <w:szCs w:val="28"/>
          <w:lang w:val="sv-SE"/>
        </w:rPr>
        <w:t>resan:</w:t>
      </w:r>
    </w:p>
    <w:p w14:paraId="1622CB91" w14:textId="0D4503BF" w:rsidR="0045534F" w:rsidRPr="00B05E02" w:rsidRDefault="0045534F" w:rsidP="00B05E02">
      <w:pPr>
        <w:pStyle w:val="Liststycke"/>
        <w:numPr>
          <w:ilvl w:val="0"/>
          <w:numId w:val="24"/>
        </w:numPr>
        <w:spacing w:line="240" w:lineRule="auto"/>
        <w:rPr>
          <w:rFonts w:ascii="Arial" w:hAnsi="Arial" w:cs="Arial"/>
          <w:sz w:val="28"/>
          <w:szCs w:val="28"/>
          <w:lang w:val="sv-SE"/>
        </w:rPr>
      </w:pPr>
      <w:r w:rsidRPr="00B05E02">
        <w:rPr>
          <w:rFonts w:ascii="Arial" w:hAnsi="Arial" w:cs="Arial"/>
          <w:sz w:val="28"/>
          <w:szCs w:val="28"/>
          <w:lang w:val="sv-SE"/>
        </w:rPr>
        <w:t xml:space="preserve">Använd ditt fullständiga namn </w:t>
      </w:r>
      <w:r w:rsidR="00AE02CE" w:rsidRPr="00B05E02">
        <w:rPr>
          <w:rFonts w:ascii="Arial" w:hAnsi="Arial" w:cs="Arial"/>
          <w:sz w:val="28"/>
          <w:szCs w:val="28"/>
          <w:lang w:val="sv-SE"/>
        </w:rPr>
        <w:t xml:space="preserve">och personnummer </w:t>
      </w:r>
      <w:r w:rsidRPr="00B05E02">
        <w:rPr>
          <w:rFonts w:ascii="Arial" w:hAnsi="Arial" w:cs="Arial"/>
          <w:sz w:val="28"/>
          <w:szCs w:val="28"/>
          <w:lang w:val="sv-SE"/>
        </w:rPr>
        <w:t>som det står i din resehandling.</w:t>
      </w:r>
    </w:p>
    <w:p w14:paraId="4FE832B2" w14:textId="19E473A8" w:rsidR="0045534F" w:rsidRPr="00B05E02" w:rsidRDefault="0045534F" w:rsidP="00B05E02">
      <w:pPr>
        <w:pStyle w:val="Liststycke"/>
        <w:numPr>
          <w:ilvl w:val="0"/>
          <w:numId w:val="24"/>
        </w:numPr>
        <w:spacing w:line="240" w:lineRule="auto"/>
        <w:rPr>
          <w:rFonts w:ascii="Arial" w:hAnsi="Arial" w:cs="Arial"/>
          <w:sz w:val="28"/>
          <w:szCs w:val="28"/>
          <w:lang w:val="sv-SE"/>
        </w:rPr>
      </w:pPr>
      <w:r w:rsidRPr="00B05E02">
        <w:rPr>
          <w:rFonts w:ascii="Arial" w:hAnsi="Arial" w:cs="Arial"/>
          <w:sz w:val="28"/>
          <w:szCs w:val="28"/>
          <w:lang w:val="sv-SE"/>
        </w:rPr>
        <w:t>Meddela alltid</w:t>
      </w:r>
      <w:r w:rsidR="00436FF0" w:rsidRPr="00B05E02">
        <w:rPr>
          <w:rFonts w:ascii="Arial" w:hAnsi="Arial" w:cs="Arial"/>
          <w:sz w:val="28"/>
          <w:szCs w:val="28"/>
          <w:lang w:val="sv-SE"/>
        </w:rPr>
        <w:t xml:space="preserve"> </w:t>
      </w:r>
      <w:r w:rsidRPr="00B05E02">
        <w:rPr>
          <w:rFonts w:ascii="Arial" w:hAnsi="Arial" w:cs="Arial"/>
          <w:sz w:val="28"/>
          <w:szCs w:val="28"/>
          <w:lang w:val="sv-SE"/>
        </w:rPr>
        <w:t>hälsotillstånd och särskilda behov.</w:t>
      </w:r>
    </w:p>
    <w:p w14:paraId="3CB6B75C" w14:textId="7A9460AB" w:rsidR="001453EC" w:rsidRPr="00B05E02" w:rsidRDefault="001A2470" w:rsidP="00B05E02">
      <w:pPr>
        <w:pStyle w:val="Liststycke"/>
        <w:numPr>
          <w:ilvl w:val="0"/>
          <w:numId w:val="24"/>
        </w:numPr>
        <w:spacing w:line="240" w:lineRule="auto"/>
        <w:rPr>
          <w:rFonts w:ascii="Arial" w:hAnsi="Arial" w:cs="Arial"/>
          <w:sz w:val="28"/>
          <w:szCs w:val="28"/>
          <w:lang w:val="sv-SE"/>
        </w:rPr>
      </w:pPr>
      <w:r w:rsidRPr="00B05E02">
        <w:rPr>
          <w:rFonts w:ascii="Arial" w:hAnsi="Arial" w:cs="Arial"/>
          <w:sz w:val="28"/>
          <w:szCs w:val="28"/>
          <w:lang w:val="sv-SE"/>
        </w:rPr>
        <w:t>Ange</w:t>
      </w:r>
      <w:r w:rsidR="001453EC" w:rsidRPr="00B05E02">
        <w:rPr>
          <w:rFonts w:ascii="Arial" w:hAnsi="Arial" w:cs="Arial"/>
          <w:sz w:val="28"/>
          <w:szCs w:val="28"/>
          <w:lang w:val="sv-SE"/>
        </w:rPr>
        <w:t xml:space="preserve"> om </w:t>
      </w:r>
      <w:r w:rsidRPr="00B05E02">
        <w:rPr>
          <w:rFonts w:ascii="Arial" w:hAnsi="Arial" w:cs="Arial"/>
          <w:sz w:val="28"/>
          <w:szCs w:val="28"/>
          <w:lang w:val="sv-SE"/>
        </w:rPr>
        <w:t>du behöver ta med dig</w:t>
      </w:r>
      <w:r w:rsidR="001453EC" w:rsidRPr="00B05E02">
        <w:rPr>
          <w:rFonts w:ascii="Arial" w:hAnsi="Arial" w:cs="Arial"/>
          <w:sz w:val="28"/>
          <w:szCs w:val="28"/>
          <w:lang w:val="sv-SE"/>
        </w:rPr>
        <w:t xml:space="preserve"> ledarhun</w:t>
      </w:r>
      <w:r w:rsidRPr="00B05E02">
        <w:rPr>
          <w:rFonts w:ascii="Arial" w:hAnsi="Arial" w:cs="Arial"/>
          <w:sz w:val="28"/>
          <w:szCs w:val="28"/>
          <w:lang w:val="sv-SE"/>
        </w:rPr>
        <w:t>d</w:t>
      </w:r>
      <w:r w:rsidR="001453EC" w:rsidRPr="00B05E02">
        <w:rPr>
          <w:rFonts w:ascii="Arial" w:hAnsi="Arial" w:cs="Arial"/>
          <w:sz w:val="28"/>
          <w:szCs w:val="28"/>
          <w:lang w:val="sv-SE"/>
        </w:rPr>
        <w:t>.</w:t>
      </w:r>
    </w:p>
    <w:p w14:paraId="48565E2B" w14:textId="467AEFBC" w:rsidR="00841BA9" w:rsidRPr="00B05E02" w:rsidRDefault="00F54CF2" w:rsidP="00B05E02">
      <w:pPr>
        <w:pStyle w:val="Liststycke"/>
        <w:numPr>
          <w:ilvl w:val="0"/>
          <w:numId w:val="24"/>
        </w:numPr>
        <w:spacing w:line="240" w:lineRule="auto"/>
        <w:rPr>
          <w:rFonts w:ascii="Arial" w:hAnsi="Arial" w:cs="Arial"/>
          <w:sz w:val="28"/>
          <w:szCs w:val="28"/>
          <w:lang w:val="sv-SE"/>
        </w:rPr>
      </w:pPr>
      <w:r w:rsidRPr="00B05E02">
        <w:rPr>
          <w:rFonts w:ascii="Arial" w:hAnsi="Arial" w:cs="Arial"/>
          <w:sz w:val="28"/>
          <w:szCs w:val="28"/>
          <w:lang w:val="sv-SE"/>
        </w:rPr>
        <w:t>Meddela om d</w:t>
      </w:r>
      <w:r w:rsidR="00BC7DD6" w:rsidRPr="00B05E02">
        <w:rPr>
          <w:rFonts w:ascii="Arial" w:hAnsi="Arial" w:cs="Arial"/>
          <w:sz w:val="28"/>
          <w:szCs w:val="28"/>
          <w:lang w:val="sv-SE"/>
        </w:rPr>
        <w:t>et</w:t>
      </w:r>
      <w:r w:rsidRPr="00B05E02">
        <w:rPr>
          <w:rFonts w:ascii="Arial" w:hAnsi="Arial" w:cs="Arial"/>
          <w:sz w:val="28"/>
          <w:szCs w:val="28"/>
          <w:lang w:val="sv-SE"/>
        </w:rPr>
        <w:t xml:space="preserve"> är </w:t>
      </w:r>
      <w:r w:rsidR="00BC7DD6" w:rsidRPr="00B05E02">
        <w:rPr>
          <w:rFonts w:ascii="Arial" w:hAnsi="Arial" w:cs="Arial"/>
          <w:sz w:val="28"/>
          <w:szCs w:val="28"/>
          <w:lang w:val="sv-SE"/>
        </w:rPr>
        <w:t xml:space="preserve">din första resa med SRF Go </w:t>
      </w:r>
      <w:r w:rsidR="00BC7DD6" w:rsidRPr="00B05E02">
        <w:rPr>
          <w:rFonts w:ascii="Arial" w:eastAsia="Times New Roman" w:hAnsi="Arial" w:cs="Arial"/>
          <w:sz w:val="28"/>
          <w:szCs w:val="28"/>
          <w:lang w:val="sv-SE" w:eastAsia="sv-SE"/>
        </w:rPr>
        <w:t>–</w:t>
      </w:r>
      <w:r w:rsidRPr="00B05E02">
        <w:rPr>
          <w:rFonts w:ascii="Arial" w:hAnsi="Arial" w:cs="Arial"/>
          <w:sz w:val="28"/>
          <w:szCs w:val="28"/>
          <w:lang w:val="sv-SE"/>
        </w:rPr>
        <w:t>f</w:t>
      </w:r>
      <w:r w:rsidR="0045534F" w:rsidRPr="00B05E02">
        <w:rPr>
          <w:rFonts w:ascii="Arial" w:hAnsi="Arial" w:cs="Arial"/>
          <w:sz w:val="28"/>
          <w:szCs w:val="28"/>
          <w:lang w:val="sv-SE"/>
        </w:rPr>
        <w:t>örstagångsresenärer får förtur</w:t>
      </w:r>
      <w:r w:rsidR="00BC7DD6" w:rsidRPr="00B05E02">
        <w:rPr>
          <w:rFonts w:ascii="Arial" w:hAnsi="Arial" w:cs="Arial"/>
          <w:sz w:val="28"/>
          <w:szCs w:val="28"/>
          <w:lang w:val="sv-SE"/>
        </w:rPr>
        <w:t>.</w:t>
      </w:r>
    </w:p>
    <w:p w14:paraId="45BA1F84" w14:textId="27572926" w:rsidR="00D650F6" w:rsidRDefault="009B6017" w:rsidP="00B05E02">
      <w:pPr>
        <w:spacing w:line="240" w:lineRule="auto"/>
        <w:rPr>
          <w:rFonts w:ascii="Arial" w:hAnsi="Arial" w:cs="Arial"/>
          <w:b/>
          <w:bCs/>
          <w:sz w:val="28"/>
          <w:szCs w:val="28"/>
          <w:lang w:val="sv-SE"/>
        </w:rPr>
      </w:pPr>
      <w:r w:rsidRPr="00B05E02">
        <w:rPr>
          <w:rFonts w:ascii="Arial" w:hAnsi="Arial" w:cs="Arial"/>
          <w:b/>
          <w:bCs/>
          <w:sz w:val="28"/>
          <w:szCs w:val="28"/>
          <w:lang w:val="sv-SE"/>
        </w:rPr>
        <w:t xml:space="preserve">Efter </w:t>
      </w:r>
      <w:r w:rsidR="00F66ABD" w:rsidRPr="00B05E02">
        <w:rPr>
          <w:rFonts w:ascii="Arial" w:hAnsi="Arial" w:cs="Arial"/>
          <w:b/>
          <w:bCs/>
          <w:sz w:val="28"/>
          <w:szCs w:val="28"/>
          <w:lang w:val="sv-SE"/>
        </w:rPr>
        <w:t>25</w:t>
      </w:r>
      <w:r w:rsidRPr="00B05E02">
        <w:rPr>
          <w:rFonts w:ascii="Arial" w:hAnsi="Arial" w:cs="Arial"/>
          <w:b/>
          <w:bCs/>
          <w:sz w:val="28"/>
          <w:szCs w:val="28"/>
          <w:lang w:val="sv-SE"/>
        </w:rPr>
        <w:t xml:space="preserve"> j</w:t>
      </w:r>
      <w:r w:rsidR="00F66ABD" w:rsidRPr="00B05E02">
        <w:rPr>
          <w:rFonts w:ascii="Arial" w:hAnsi="Arial" w:cs="Arial"/>
          <w:b/>
          <w:bCs/>
          <w:sz w:val="28"/>
          <w:szCs w:val="28"/>
          <w:lang w:val="sv-SE"/>
        </w:rPr>
        <w:t>uni</w:t>
      </w:r>
      <w:r w:rsidRPr="00B05E02">
        <w:rPr>
          <w:rFonts w:ascii="Arial" w:hAnsi="Arial" w:cs="Arial"/>
          <w:b/>
          <w:bCs/>
          <w:sz w:val="28"/>
          <w:szCs w:val="28"/>
          <w:lang w:val="sv-SE"/>
        </w:rPr>
        <w:t xml:space="preserve"> kan du anmäla dig till reservlistan.</w:t>
      </w:r>
    </w:p>
    <w:p w14:paraId="4B09E136" w14:textId="77777777" w:rsidR="007E2204" w:rsidRDefault="007E2204" w:rsidP="00B05E02">
      <w:pPr>
        <w:spacing w:line="240" w:lineRule="auto"/>
        <w:rPr>
          <w:rFonts w:ascii="Arial" w:hAnsi="Arial" w:cs="Arial"/>
          <w:b/>
          <w:bCs/>
          <w:sz w:val="28"/>
          <w:szCs w:val="28"/>
          <w:lang w:val="sv-SE"/>
        </w:rPr>
      </w:pPr>
    </w:p>
    <w:p w14:paraId="6217A1E8" w14:textId="77777777" w:rsidR="00605BBC" w:rsidRDefault="00605BBC" w:rsidP="00B05E02">
      <w:pPr>
        <w:spacing w:line="240" w:lineRule="auto"/>
        <w:rPr>
          <w:rFonts w:ascii="Arial" w:hAnsi="Arial" w:cs="Arial"/>
          <w:b/>
          <w:bCs/>
          <w:sz w:val="28"/>
          <w:szCs w:val="28"/>
          <w:lang w:val="sv-SE"/>
        </w:rPr>
      </w:pPr>
    </w:p>
    <w:p w14:paraId="340D386C" w14:textId="77777777" w:rsidR="00605BBC" w:rsidRPr="00D650F6" w:rsidRDefault="00605BBC" w:rsidP="00B05E02">
      <w:pPr>
        <w:spacing w:line="240" w:lineRule="auto"/>
        <w:rPr>
          <w:rFonts w:ascii="Arial" w:hAnsi="Arial" w:cs="Arial"/>
          <w:b/>
          <w:bCs/>
          <w:sz w:val="28"/>
          <w:szCs w:val="28"/>
          <w:lang w:val="sv-SE"/>
        </w:rPr>
      </w:pPr>
    </w:p>
    <w:p w14:paraId="4CCFD72E" w14:textId="77777777" w:rsidR="005E3549" w:rsidRPr="00B05E02" w:rsidRDefault="005E3549" w:rsidP="00B05E02">
      <w:pPr>
        <w:pStyle w:val="Rubrik2"/>
        <w:spacing w:line="240" w:lineRule="auto"/>
        <w:rPr>
          <w:rFonts w:ascii="Arial" w:hAnsi="Arial" w:cs="Arial"/>
          <w:sz w:val="28"/>
          <w:szCs w:val="28"/>
          <w:lang w:val="sv-SE"/>
        </w:rPr>
      </w:pPr>
      <w:bookmarkStart w:id="19" w:name="_Toc198883912"/>
      <w:r w:rsidRPr="00B05E02">
        <w:rPr>
          <w:rFonts w:ascii="Arial" w:hAnsi="Arial" w:cs="Arial"/>
          <w:sz w:val="28"/>
          <w:szCs w:val="28"/>
          <w:lang w:val="sv-SE"/>
        </w:rPr>
        <w:lastRenderedPageBreak/>
        <w:t>Lottning och reservlista</w:t>
      </w:r>
      <w:bookmarkEnd w:id="19"/>
    </w:p>
    <w:p w14:paraId="09168BC7" w14:textId="05A43A69" w:rsidR="005E3549" w:rsidRPr="00B05E02" w:rsidRDefault="005E3549" w:rsidP="00B05E02">
      <w:pPr>
        <w:spacing w:line="240" w:lineRule="auto"/>
        <w:rPr>
          <w:rFonts w:ascii="Arial" w:hAnsi="Arial" w:cs="Arial"/>
          <w:sz w:val="28"/>
          <w:szCs w:val="28"/>
          <w:lang w:val="sv-SE"/>
        </w:rPr>
      </w:pPr>
      <w:r w:rsidRPr="00B05E02">
        <w:rPr>
          <w:rFonts w:ascii="Arial" w:hAnsi="Arial" w:cs="Arial"/>
          <w:sz w:val="28"/>
          <w:szCs w:val="28"/>
          <w:lang w:val="sv-SE"/>
        </w:rPr>
        <w:t xml:space="preserve">Efter sista anmälningsdag sker lottning med </w:t>
      </w:r>
      <w:r w:rsidR="009B6017" w:rsidRPr="00B05E02">
        <w:rPr>
          <w:rFonts w:ascii="Arial" w:hAnsi="Arial" w:cs="Arial"/>
          <w:sz w:val="28"/>
          <w:szCs w:val="28"/>
          <w:lang w:val="sv-SE"/>
        </w:rPr>
        <w:t xml:space="preserve">hjälp av ett </w:t>
      </w:r>
      <w:r w:rsidRPr="00B05E02">
        <w:rPr>
          <w:rFonts w:ascii="Arial" w:hAnsi="Arial" w:cs="Arial"/>
          <w:sz w:val="28"/>
          <w:szCs w:val="28"/>
          <w:lang w:val="sv-SE"/>
        </w:rPr>
        <w:t xml:space="preserve">datorprogram. </w:t>
      </w:r>
      <w:r w:rsidR="00FF69C0" w:rsidRPr="00B05E02">
        <w:rPr>
          <w:rFonts w:ascii="Arial" w:hAnsi="Arial" w:cs="Arial"/>
          <w:sz w:val="28"/>
          <w:szCs w:val="28"/>
          <w:lang w:val="sv-SE"/>
        </w:rPr>
        <w:t>Om du får en plats, kontaktar vi dig med mer information. Har du otur och inte får plats hamnar du på reservlistan.</w:t>
      </w:r>
    </w:p>
    <w:p w14:paraId="63D95233" w14:textId="3747C2D7" w:rsidR="006B4427" w:rsidRDefault="005E3549" w:rsidP="00B05E02">
      <w:pPr>
        <w:spacing w:line="240" w:lineRule="auto"/>
        <w:rPr>
          <w:rFonts w:ascii="Arial" w:hAnsi="Arial" w:cs="Arial"/>
          <w:sz w:val="28"/>
          <w:szCs w:val="28"/>
          <w:lang w:val="sv-SE"/>
        </w:rPr>
      </w:pPr>
      <w:r w:rsidRPr="00B05E02">
        <w:rPr>
          <w:rFonts w:ascii="Arial" w:hAnsi="Arial" w:cs="Arial"/>
          <w:sz w:val="28"/>
          <w:szCs w:val="28"/>
          <w:lang w:val="sv-SE"/>
        </w:rPr>
        <w:t>Vid avhopp erbjuds plats till första möjliga reserv med matchande önskemål</w:t>
      </w:r>
      <w:r w:rsidR="00B53A2B">
        <w:rPr>
          <w:rFonts w:ascii="Arial" w:hAnsi="Arial" w:cs="Arial"/>
          <w:sz w:val="28"/>
          <w:szCs w:val="28"/>
          <w:lang w:val="sv-SE"/>
        </w:rPr>
        <w:t xml:space="preserve">, </w:t>
      </w:r>
      <w:r w:rsidRPr="00B05E02">
        <w:rPr>
          <w:rFonts w:ascii="Arial" w:hAnsi="Arial" w:cs="Arial"/>
          <w:sz w:val="28"/>
          <w:szCs w:val="28"/>
          <w:lang w:val="sv-SE"/>
        </w:rPr>
        <w:t xml:space="preserve">exempelvis </w:t>
      </w:r>
      <w:r w:rsidR="00B53A2B" w:rsidRPr="00B05E02">
        <w:rPr>
          <w:rFonts w:ascii="Arial" w:hAnsi="Arial" w:cs="Arial"/>
          <w:sz w:val="28"/>
          <w:szCs w:val="28"/>
          <w:lang w:val="sv-SE"/>
        </w:rPr>
        <w:t>avgångsort</w:t>
      </w:r>
      <w:r w:rsidR="00B53A2B">
        <w:rPr>
          <w:rFonts w:ascii="Arial" w:hAnsi="Arial" w:cs="Arial"/>
          <w:sz w:val="28"/>
          <w:szCs w:val="28"/>
          <w:lang w:val="sv-SE"/>
        </w:rPr>
        <w:t xml:space="preserve"> och</w:t>
      </w:r>
      <w:r w:rsidR="00B53A2B" w:rsidRPr="00B05E02">
        <w:rPr>
          <w:rFonts w:ascii="Arial" w:hAnsi="Arial" w:cs="Arial"/>
          <w:sz w:val="28"/>
          <w:szCs w:val="28"/>
          <w:lang w:val="sv-SE"/>
        </w:rPr>
        <w:t xml:space="preserve"> </w:t>
      </w:r>
      <w:r w:rsidRPr="00B05E02">
        <w:rPr>
          <w:rFonts w:ascii="Arial" w:hAnsi="Arial" w:cs="Arial"/>
          <w:sz w:val="28"/>
          <w:szCs w:val="28"/>
          <w:lang w:val="sv-SE"/>
        </w:rPr>
        <w:t>enkel</w:t>
      </w:r>
      <w:r w:rsidR="00B53A2B">
        <w:rPr>
          <w:rFonts w:ascii="Arial" w:hAnsi="Arial" w:cs="Arial"/>
          <w:sz w:val="28"/>
          <w:szCs w:val="28"/>
          <w:lang w:val="sv-SE"/>
        </w:rPr>
        <w:t xml:space="preserve"> eller dubbelboende</w:t>
      </w:r>
      <w:r w:rsidRPr="00B05E02">
        <w:rPr>
          <w:rFonts w:ascii="Arial" w:hAnsi="Arial" w:cs="Arial"/>
          <w:sz w:val="28"/>
          <w:szCs w:val="28"/>
          <w:lang w:val="sv-SE"/>
        </w:rPr>
        <w:t>. I andra fall gäller turordning.</w:t>
      </w:r>
    </w:p>
    <w:p w14:paraId="20A55A5A" w14:textId="77777777" w:rsidR="006B4427" w:rsidRPr="00B05E02" w:rsidRDefault="006B4427" w:rsidP="006B4427">
      <w:pPr>
        <w:pStyle w:val="Rubrik3"/>
        <w:spacing w:line="240" w:lineRule="auto"/>
        <w:rPr>
          <w:rFonts w:ascii="Arial" w:hAnsi="Arial" w:cs="Arial"/>
          <w:sz w:val="28"/>
          <w:szCs w:val="28"/>
          <w:lang w:val="sv-SE"/>
        </w:rPr>
      </w:pPr>
      <w:bookmarkStart w:id="20" w:name="_Toc198883915"/>
      <w:r w:rsidRPr="00B05E02">
        <w:rPr>
          <w:rFonts w:ascii="Arial" w:hAnsi="Arial" w:cs="Arial"/>
          <w:sz w:val="28"/>
          <w:szCs w:val="28"/>
          <w:lang w:val="sv-SE"/>
        </w:rPr>
        <w:t>Boende</w:t>
      </w:r>
      <w:bookmarkEnd w:id="20"/>
    </w:p>
    <w:p w14:paraId="50A8D4A8" w14:textId="7DD9D378" w:rsidR="00605BBC" w:rsidRPr="00B05E02" w:rsidRDefault="006B4427" w:rsidP="00B05E02">
      <w:pPr>
        <w:spacing w:line="240" w:lineRule="auto"/>
        <w:rPr>
          <w:rFonts w:ascii="Arial" w:hAnsi="Arial" w:cs="Arial"/>
          <w:sz w:val="28"/>
          <w:szCs w:val="28"/>
          <w:lang w:val="sv-SE"/>
        </w:rPr>
      </w:pPr>
      <w:r w:rsidRPr="00B05E02">
        <w:rPr>
          <w:rFonts w:ascii="Arial" w:hAnsi="Arial" w:cs="Arial"/>
          <w:sz w:val="28"/>
          <w:szCs w:val="28"/>
          <w:lang w:val="sv-SE"/>
        </w:rPr>
        <w:t xml:space="preserve">Vi försöker alltid uppfylla dina önskemål om boende, men det är inte alltid möjligt. Det kan innebära att du får dela rum trots att du önskat enkelrum – eller tvärtom. Vi informerar om detta inför respektive resa. </w:t>
      </w:r>
      <w:r w:rsidRPr="002A3B31">
        <w:rPr>
          <w:rFonts w:ascii="Arial" w:hAnsi="Arial" w:cs="Arial"/>
          <w:sz w:val="28"/>
          <w:szCs w:val="28"/>
          <w:lang w:val="sv-SE"/>
        </w:rPr>
        <w:t>Observera att reservplatser ger begränsade möjligheter till anpassning efter individuella önskemål.</w:t>
      </w:r>
    </w:p>
    <w:p w14:paraId="6EDF90ED" w14:textId="74912797" w:rsidR="00FA0517" w:rsidRPr="00B05E02" w:rsidRDefault="00B53A2B" w:rsidP="002A3B31">
      <w:pPr>
        <w:pStyle w:val="Rubrik2"/>
        <w:spacing w:before="0" w:line="240" w:lineRule="auto"/>
        <w:rPr>
          <w:rFonts w:ascii="Arial" w:hAnsi="Arial" w:cs="Arial"/>
          <w:sz w:val="28"/>
          <w:szCs w:val="28"/>
          <w:lang w:val="sv-SE"/>
        </w:rPr>
      </w:pPr>
      <w:r>
        <w:rPr>
          <w:rFonts w:ascii="Arial" w:hAnsi="Arial" w:cs="Arial"/>
          <w:sz w:val="28"/>
          <w:szCs w:val="28"/>
          <w:lang w:val="sv-SE"/>
        </w:rPr>
        <w:t>Ditt ansvar som resenär</w:t>
      </w:r>
    </w:p>
    <w:p w14:paraId="1542A618" w14:textId="77777777" w:rsidR="002A3B31" w:rsidRDefault="00A36F55" w:rsidP="002A3B31">
      <w:pPr>
        <w:pStyle w:val="Normalwebb"/>
        <w:spacing w:before="0" w:beforeAutospacing="0" w:after="0" w:afterAutospacing="0"/>
        <w:rPr>
          <w:rFonts w:ascii="Arial" w:hAnsi="Arial" w:cs="Arial"/>
          <w:sz w:val="28"/>
          <w:szCs w:val="28"/>
        </w:rPr>
      </w:pPr>
      <w:r w:rsidRPr="002A3B31">
        <w:rPr>
          <w:rFonts w:ascii="Arial" w:hAnsi="Arial" w:cs="Arial"/>
          <w:sz w:val="28"/>
          <w:szCs w:val="28"/>
        </w:rPr>
        <w:t xml:space="preserve">SRF </w:t>
      </w:r>
      <w:proofErr w:type="spellStart"/>
      <w:r w:rsidRPr="002A3B31">
        <w:rPr>
          <w:rFonts w:ascii="Arial" w:hAnsi="Arial" w:cs="Arial"/>
          <w:sz w:val="28"/>
          <w:szCs w:val="28"/>
        </w:rPr>
        <w:t>Go:s</w:t>
      </w:r>
      <w:proofErr w:type="spellEnd"/>
      <w:r w:rsidRPr="002A3B31">
        <w:rPr>
          <w:rFonts w:ascii="Arial" w:hAnsi="Arial" w:cs="Arial"/>
          <w:sz w:val="28"/>
          <w:szCs w:val="28"/>
        </w:rPr>
        <w:t xml:space="preserve"> mål är att du som synskadad ska kunna resa på likvärdiga villkor</w:t>
      </w:r>
      <w:r w:rsidR="000B5F6A" w:rsidRPr="002A3B31">
        <w:rPr>
          <w:rFonts w:ascii="Arial" w:hAnsi="Arial" w:cs="Arial"/>
          <w:sz w:val="28"/>
          <w:szCs w:val="28"/>
        </w:rPr>
        <w:t xml:space="preserve">. </w:t>
      </w:r>
      <w:bookmarkStart w:id="21" w:name="_Toc198883914"/>
      <w:r w:rsidR="002A3B31" w:rsidRPr="002A3B31">
        <w:rPr>
          <w:rFonts w:ascii="Arial" w:hAnsi="Arial" w:cs="Arial"/>
          <w:sz w:val="28"/>
          <w:szCs w:val="28"/>
        </w:rPr>
        <w:t xml:space="preserve">Som resenär förväntas du ta ansvar för din egen hälsa och ditt allmänna välbefinnande. </w:t>
      </w:r>
    </w:p>
    <w:p w14:paraId="43E9082E" w14:textId="4B6B0BCB" w:rsidR="00605BBC" w:rsidRDefault="002A3B31" w:rsidP="002A3B31">
      <w:pPr>
        <w:pStyle w:val="Normalwebb"/>
        <w:spacing w:before="0" w:beforeAutospacing="0" w:after="0" w:afterAutospacing="0"/>
        <w:rPr>
          <w:rFonts w:ascii="Arial" w:hAnsi="Arial" w:cs="Arial"/>
          <w:sz w:val="28"/>
          <w:szCs w:val="28"/>
        </w:rPr>
      </w:pPr>
      <w:r w:rsidRPr="002A3B31">
        <w:rPr>
          <w:rFonts w:ascii="Arial" w:hAnsi="Arial" w:cs="Arial"/>
          <w:sz w:val="28"/>
          <w:szCs w:val="28"/>
        </w:rPr>
        <w:t>Du ansvarar också för praktiska uppgifter som packning, hantering av ditt bagage och liknande. Det är viktigt att du är i tillräckligt god hälsa för att kunna genomföra resan.</w:t>
      </w:r>
      <w:r w:rsidR="000E26B8">
        <w:rPr>
          <w:rFonts w:ascii="Arial" w:hAnsi="Arial" w:cs="Arial"/>
          <w:sz w:val="28"/>
          <w:szCs w:val="28"/>
        </w:rPr>
        <w:t xml:space="preserve"> </w:t>
      </w:r>
      <w:r w:rsidR="000E26B8" w:rsidRPr="002A3B31">
        <w:rPr>
          <w:rFonts w:ascii="Arial" w:hAnsi="Arial" w:cs="Arial"/>
          <w:sz w:val="28"/>
          <w:szCs w:val="28"/>
        </w:rPr>
        <w:t>Om du är sjuk, vänligen avstå från att resa.</w:t>
      </w:r>
    </w:p>
    <w:p w14:paraId="55D2BE42" w14:textId="77777777" w:rsidR="002A3B31" w:rsidRPr="002A3B31" w:rsidRDefault="002A3B31" w:rsidP="002A3B31">
      <w:pPr>
        <w:pStyle w:val="Normalwebb"/>
        <w:spacing w:before="0" w:beforeAutospacing="0" w:after="0" w:afterAutospacing="0"/>
        <w:rPr>
          <w:rFonts w:ascii="Arial" w:hAnsi="Arial" w:cs="Arial"/>
          <w:sz w:val="28"/>
          <w:szCs w:val="28"/>
        </w:rPr>
      </w:pPr>
    </w:p>
    <w:p w14:paraId="28D62278" w14:textId="07E9DC2B" w:rsidR="002D3911" w:rsidRPr="002A3B31" w:rsidRDefault="002D3911" w:rsidP="002A3B31">
      <w:pPr>
        <w:spacing w:after="0" w:line="240" w:lineRule="auto"/>
        <w:rPr>
          <w:rFonts w:ascii="Arial" w:hAnsi="Arial" w:cs="Arial"/>
          <w:b/>
          <w:bCs/>
          <w:color w:val="4F81BD" w:themeColor="accent1"/>
          <w:sz w:val="28"/>
          <w:szCs w:val="28"/>
          <w:lang w:val="sv-SE"/>
        </w:rPr>
      </w:pPr>
      <w:r w:rsidRPr="002A3B31">
        <w:rPr>
          <w:rFonts w:ascii="Arial" w:hAnsi="Arial" w:cs="Arial"/>
          <w:b/>
          <w:bCs/>
          <w:color w:val="4F81BD" w:themeColor="accent1"/>
          <w:sz w:val="28"/>
          <w:szCs w:val="28"/>
          <w:lang w:val="sv-SE"/>
        </w:rPr>
        <w:t>Ledsagning</w:t>
      </w:r>
      <w:bookmarkEnd w:id="21"/>
    </w:p>
    <w:p w14:paraId="0EF7868E" w14:textId="77777777" w:rsidR="002A3B31" w:rsidRPr="006B4427" w:rsidRDefault="00F45AA2" w:rsidP="006B4427">
      <w:pPr>
        <w:spacing w:after="0" w:line="240" w:lineRule="auto"/>
        <w:rPr>
          <w:rFonts w:ascii="Arial" w:hAnsi="Arial" w:cs="Arial"/>
          <w:sz w:val="28"/>
          <w:szCs w:val="28"/>
          <w:lang w:val="sv-SE"/>
        </w:rPr>
      </w:pPr>
      <w:r w:rsidRPr="006B4427">
        <w:rPr>
          <w:rFonts w:ascii="Arial" w:hAnsi="Arial" w:cs="Arial"/>
          <w:sz w:val="28"/>
          <w:szCs w:val="28"/>
          <w:lang w:val="sv-SE"/>
        </w:rPr>
        <w:t xml:space="preserve">SRF </w:t>
      </w:r>
      <w:proofErr w:type="spellStart"/>
      <w:r w:rsidRPr="006B4427">
        <w:rPr>
          <w:rFonts w:ascii="Arial" w:hAnsi="Arial" w:cs="Arial"/>
          <w:sz w:val="28"/>
          <w:szCs w:val="28"/>
          <w:lang w:val="sv-SE"/>
        </w:rPr>
        <w:t>Go</w:t>
      </w:r>
      <w:r w:rsidR="00F9217C" w:rsidRPr="006B4427">
        <w:rPr>
          <w:rFonts w:ascii="Arial" w:hAnsi="Arial" w:cs="Arial"/>
          <w:sz w:val="28"/>
          <w:szCs w:val="28"/>
          <w:lang w:val="sv-SE"/>
        </w:rPr>
        <w:t>:s</w:t>
      </w:r>
      <w:proofErr w:type="spellEnd"/>
      <w:r w:rsidR="00F9217C" w:rsidRPr="006B4427">
        <w:rPr>
          <w:rFonts w:ascii="Arial" w:hAnsi="Arial" w:cs="Arial"/>
          <w:sz w:val="28"/>
          <w:szCs w:val="28"/>
          <w:lang w:val="sv-SE"/>
        </w:rPr>
        <w:t xml:space="preserve"> </w:t>
      </w:r>
      <w:r w:rsidRPr="006B4427">
        <w:rPr>
          <w:rFonts w:ascii="Arial" w:hAnsi="Arial" w:cs="Arial"/>
          <w:sz w:val="28"/>
          <w:szCs w:val="28"/>
          <w:lang w:val="sv-SE"/>
        </w:rPr>
        <w:t>l</w:t>
      </w:r>
      <w:r w:rsidR="00B27D8B" w:rsidRPr="006B4427">
        <w:rPr>
          <w:rFonts w:ascii="Arial" w:hAnsi="Arial" w:cs="Arial"/>
          <w:sz w:val="28"/>
          <w:szCs w:val="28"/>
          <w:lang w:val="sv-SE"/>
        </w:rPr>
        <w:t>edsagar</w:t>
      </w:r>
      <w:r w:rsidR="00F9217C" w:rsidRPr="006B4427">
        <w:rPr>
          <w:rFonts w:ascii="Arial" w:hAnsi="Arial" w:cs="Arial"/>
          <w:sz w:val="28"/>
          <w:szCs w:val="28"/>
          <w:lang w:val="sv-SE"/>
        </w:rPr>
        <w:t>e</w:t>
      </w:r>
      <w:r w:rsidR="00B27D8B" w:rsidRPr="006B4427">
        <w:rPr>
          <w:rFonts w:ascii="Arial" w:hAnsi="Arial" w:cs="Arial"/>
          <w:sz w:val="28"/>
          <w:szCs w:val="28"/>
          <w:lang w:val="sv-SE"/>
        </w:rPr>
        <w:t xml:space="preserve"> är volontärer med </w:t>
      </w:r>
      <w:r w:rsidR="00F9217C" w:rsidRPr="006B4427">
        <w:rPr>
          <w:rFonts w:ascii="Arial" w:hAnsi="Arial" w:cs="Arial"/>
          <w:sz w:val="28"/>
          <w:szCs w:val="28"/>
          <w:lang w:val="sv-SE"/>
        </w:rPr>
        <w:t xml:space="preserve">ett </w:t>
      </w:r>
      <w:r w:rsidR="00B27D8B" w:rsidRPr="006B4427">
        <w:rPr>
          <w:rFonts w:ascii="Arial" w:hAnsi="Arial" w:cs="Arial"/>
          <w:sz w:val="28"/>
          <w:szCs w:val="28"/>
          <w:lang w:val="sv-SE"/>
        </w:rPr>
        <w:t>professionellt förhållningssätt</w:t>
      </w:r>
      <w:r w:rsidR="00FD1C6F" w:rsidRPr="006B4427">
        <w:rPr>
          <w:rFonts w:ascii="Arial" w:hAnsi="Arial" w:cs="Arial"/>
          <w:sz w:val="28"/>
          <w:szCs w:val="28"/>
          <w:lang w:val="sv-SE"/>
        </w:rPr>
        <w:t>. De gör sitt allra bästa för att tillgodose dina önskemål under resan</w:t>
      </w:r>
      <w:r w:rsidR="00B27D8B" w:rsidRPr="006B4427">
        <w:rPr>
          <w:rFonts w:ascii="Arial" w:hAnsi="Arial" w:cs="Arial"/>
          <w:sz w:val="28"/>
          <w:szCs w:val="28"/>
          <w:lang w:val="sv-SE"/>
        </w:rPr>
        <w:t xml:space="preserve">. </w:t>
      </w:r>
    </w:p>
    <w:p w14:paraId="68B3A98A" w14:textId="571F29EC" w:rsidR="006B4427" w:rsidRDefault="002A3B31" w:rsidP="006B4427">
      <w:pPr>
        <w:spacing w:after="0" w:line="240" w:lineRule="auto"/>
        <w:rPr>
          <w:rFonts w:ascii="Arial" w:hAnsi="Arial" w:cs="Arial"/>
          <w:sz w:val="28"/>
          <w:szCs w:val="28"/>
          <w:lang w:val="sv-SE"/>
        </w:rPr>
      </w:pPr>
      <w:r w:rsidRPr="006B4427">
        <w:rPr>
          <w:rFonts w:ascii="Arial" w:hAnsi="Arial" w:cs="Arial"/>
          <w:sz w:val="28"/>
          <w:szCs w:val="28"/>
          <w:lang w:val="sv-SE"/>
        </w:rPr>
        <w:t xml:space="preserve">Ledsagaren fungerar som ett stöd och hjälper till med exempelvis att beskriva omgivningar, läsa menyer och assistera vid enklare ärenden. </w:t>
      </w:r>
      <w:r w:rsidR="00DD2C09" w:rsidRPr="00DD2C09">
        <w:rPr>
          <w:rFonts w:ascii="Arial" w:hAnsi="Arial" w:cs="Arial"/>
          <w:sz w:val="28"/>
          <w:szCs w:val="28"/>
          <w:lang w:val="sv-SE"/>
        </w:rPr>
        <w:t>De ansvarar däremot inte för ditt bagage, tolkning, medicinsk hjälp eller liknande.</w:t>
      </w:r>
    </w:p>
    <w:p w14:paraId="36162D3D" w14:textId="42343A76" w:rsidR="00605BBC" w:rsidRPr="006B4427" w:rsidRDefault="006B4427" w:rsidP="006B4427">
      <w:pPr>
        <w:spacing w:after="0" w:line="240" w:lineRule="auto"/>
        <w:rPr>
          <w:rFonts w:ascii="Arial" w:hAnsi="Arial" w:cs="Arial"/>
          <w:sz w:val="28"/>
          <w:szCs w:val="28"/>
          <w:lang w:val="sv-SE"/>
        </w:rPr>
      </w:pPr>
      <w:r w:rsidRPr="006B4427">
        <w:rPr>
          <w:rFonts w:ascii="Arial" w:hAnsi="Arial" w:cs="Arial"/>
          <w:sz w:val="28"/>
          <w:szCs w:val="28"/>
          <w:lang w:val="sv-SE"/>
        </w:rPr>
        <w:t xml:space="preserve">Vid varje resa finns en gruppansvarig ledsagare som ansvarar för ledsagarfördelningen, eftersom ledsagarna roterar i gruppen. Den gruppansvariga fungerar även som kontaktperson gentemot oss och eventuell resebyrå. Det är dock inte den gruppansvarigas uppgift att hålla ihop gruppen eller föreslå aktiviteter. Det är </w:t>
      </w:r>
      <w:proofErr w:type="gramStart"/>
      <w:r w:rsidRPr="006B4427">
        <w:rPr>
          <w:rFonts w:ascii="Arial" w:hAnsi="Arial" w:cs="Arial"/>
          <w:sz w:val="28"/>
          <w:szCs w:val="28"/>
          <w:lang w:val="sv-SE"/>
        </w:rPr>
        <w:t>istället</w:t>
      </w:r>
      <w:proofErr w:type="gramEnd"/>
      <w:r w:rsidRPr="006B4427">
        <w:rPr>
          <w:rFonts w:ascii="Arial" w:hAnsi="Arial" w:cs="Arial"/>
          <w:sz w:val="28"/>
          <w:szCs w:val="28"/>
          <w:lang w:val="sv-SE"/>
        </w:rPr>
        <w:t xml:space="preserve"> varje deltagares ansvar att bidra till att resan blir som man önskar.</w:t>
      </w:r>
    </w:p>
    <w:p w14:paraId="35A48CD1" w14:textId="77777777" w:rsidR="002A3B31" w:rsidRDefault="002A3B31" w:rsidP="002A3B31">
      <w:pPr>
        <w:spacing w:after="0" w:line="240" w:lineRule="auto"/>
        <w:rPr>
          <w:lang w:val="sv-SE"/>
        </w:rPr>
      </w:pPr>
    </w:p>
    <w:p w14:paraId="60ED805A" w14:textId="77777777" w:rsidR="000E26B8" w:rsidRDefault="000E26B8" w:rsidP="007B7B20">
      <w:pPr>
        <w:spacing w:line="240" w:lineRule="auto"/>
        <w:rPr>
          <w:rFonts w:ascii="Arial" w:hAnsi="Arial" w:cs="Arial"/>
          <w:sz w:val="28"/>
          <w:szCs w:val="28"/>
          <w:lang w:val="sv-SE"/>
        </w:rPr>
      </w:pPr>
      <w:bookmarkStart w:id="22" w:name="_Toc198883916"/>
    </w:p>
    <w:p w14:paraId="6E42A752" w14:textId="77777777" w:rsidR="000E26B8" w:rsidRDefault="000E26B8" w:rsidP="007B7B20">
      <w:pPr>
        <w:spacing w:line="240" w:lineRule="auto"/>
        <w:rPr>
          <w:rFonts w:ascii="Arial" w:hAnsi="Arial" w:cs="Arial"/>
          <w:sz w:val="28"/>
          <w:szCs w:val="28"/>
          <w:lang w:val="sv-SE"/>
        </w:rPr>
      </w:pPr>
    </w:p>
    <w:p w14:paraId="3BCD882D" w14:textId="77777777" w:rsidR="000E26B8" w:rsidRDefault="000E26B8" w:rsidP="007B7B20">
      <w:pPr>
        <w:spacing w:line="240" w:lineRule="auto"/>
        <w:rPr>
          <w:rFonts w:ascii="Arial" w:hAnsi="Arial" w:cs="Arial"/>
          <w:sz w:val="28"/>
          <w:szCs w:val="28"/>
          <w:lang w:val="sv-SE"/>
        </w:rPr>
      </w:pPr>
    </w:p>
    <w:p w14:paraId="406FD5B3" w14:textId="77777777" w:rsidR="000E26B8" w:rsidRDefault="000E26B8" w:rsidP="007B7B20">
      <w:pPr>
        <w:spacing w:line="240" w:lineRule="auto"/>
        <w:rPr>
          <w:rFonts w:ascii="Arial" w:hAnsi="Arial" w:cs="Arial"/>
          <w:sz w:val="28"/>
          <w:szCs w:val="28"/>
          <w:lang w:val="sv-SE"/>
        </w:rPr>
      </w:pPr>
    </w:p>
    <w:p w14:paraId="6D4F390A" w14:textId="77777777" w:rsidR="000E26B8" w:rsidRDefault="000E26B8" w:rsidP="007B7B20">
      <w:pPr>
        <w:spacing w:line="240" w:lineRule="auto"/>
        <w:rPr>
          <w:rFonts w:ascii="Arial" w:hAnsi="Arial" w:cs="Arial"/>
          <w:sz w:val="28"/>
          <w:szCs w:val="28"/>
          <w:lang w:val="sv-SE"/>
        </w:rPr>
      </w:pPr>
    </w:p>
    <w:p w14:paraId="285D7072" w14:textId="77777777" w:rsidR="00D15F40" w:rsidRPr="00B05E02" w:rsidRDefault="00D15F40" w:rsidP="00B05E02">
      <w:pPr>
        <w:pStyle w:val="Rubrik3"/>
        <w:spacing w:line="240" w:lineRule="auto"/>
        <w:rPr>
          <w:rFonts w:ascii="Arial" w:hAnsi="Arial" w:cs="Arial"/>
          <w:sz w:val="28"/>
          <w:szCs w:val="28"/>
          <w:lang w:val="sv-SE"/>
        </w:rPr>
      </w:pPr>
      <w:bookmarkStart w:id="23" w:name="_Toc198883917"/>
      <w:bookmarkEnd w:id="22"/>
      <w:r w:rsidRPr="00B05E02">
        <w:rPr>
          <w:rFonts w:ascii="Arial" w:hAnsi="Arial" w:cs="Arial"/>
          <w:sz w:val="28"/>
          <w:szCs w:val="28"/>
          <w:lang w:val="sv-SE"/>
        </w:rPr>
        <w:lastRenderedPageBreak/>
        <w:t>Avbokning</w:t>
      </w:r>
      <w:bookmarkEnd w:id="23"/>
    </w:p>
    <w:p w14:paraId="23AF8CD3" w14:textId="77777777" w:rsidR="00D15F40" w:rsidRPr="00B05E02" w:rsidRDefault="00D15F40" w:rsidP="00B05E02">
      <w:pPr>
        <w:spacing w:line="240" w:lineRule="auto"/>
        <w:rPr>
          <w:rFonts w:ascii="Arial" w:hAnsi="Arial" w:cs="Arial"/>
          <w:sz w:val="28"/>
          <w:szCs w:val="28"/>
          <w:lang w:val="sv-SE"/>
        </w:rPr>
      </w:pPr>
      <w:r w:rsidRPr="00B05E02">
        <w:rPr>
          <w:rFonts w:ascii="Arial" w:hAnsi="Arial" w:cs="Arial"/>
          <w:sz w:val="28"/>
          <w:szCs w:val="28"/>
          <w:lang w:val="sv-SE"/>
        </w:rPr>
        <w:t>Regler för avbokning:</w:t>
      </w:r>
    </w:p>
    <w:p w14:paraId="321E204C" w14:textId="77777777" w:rsidR="00DD2C09" w:rsidRDefault="00C535D9" w:rsidP="00DD2C09">
      <w:pPr>
        <w:pStyle w:val="Liststycke"/>
        <w:numPr>
          <w:ilvl w:val="0"/>
          <w:numId w:val="18"/>
        </w:numPr>
        <w:spacing w:after="0" w:line="240" w:lineRule="auto"/>
        <w:ind w:left="714" w:hanging="357"/>
        <w:rPr>
          <w:rFonts w:ascii="Arial" w:hAnsi="Arial" w:cs="Arial"/>
          <w:sz w:val="28"/>
          <w:szCs w:val="28"/>
          <w:lang w:val="sv-SE"/>
        </w:rPr>
      </w:pPr>
      <w:r w:rsidRPr="00C535D9">
        <w:rPr>
          <w:rFonts w:ascii="Arial" w:hAnsi="Arial" w:cs="Arial"/>
          <w:sz w:val="28"/>
          <w:szCs w:val="28"/>
          <w:lang w:val="sv-SE"/>
        </w:rPr>
        <w:t xml:space="preserve">Vid avbokning kan återbetalning endast ske om vi hittar en ersättare för platsen. </w:t>
      </w:r>
      <w:r w:rsidRPr="00B05E02">
        <w:rPr>
          <w:rFonts w:ascii="Arial" w:hAnsi="Arial" w:cs="Arial"/>
          <w:sz w:val="28"/>
          <w:szCs w:val="28"/>
          <w:lang w:val="sv-SE"/>
        </w:rPr>
        <w:t>Anmälningsavgiften på 500 kr återbetalas inte.</w:t>
      </w:r>
    </w:p>
    <w:p w14:paraId="1F48FFD9" w14:textId="77777777" w:rsidR="00DD2C09" w:rsidRPr="00DD2C09" w:rsidRDefault="00DD2C09" w:rsidP="00DD2C09">
      <w:pPr>
        <w:pStyle w:val="Liststycke"/>
        <w:numPr>
          <w:ilvl w:val="0"/>
          <w:numId w:val="18"/>
        </w:numPr>
        <w:spacing w:after="0" w:line="240" w:lineRule="auto"/>
        <w:ind w:left="714" w:hanging="357"/>
        <w:rPr>
          <w:rFonts w:ascii="Arial" w:hAnsi="Arial" w:cs="Arial"/>
          <w:sz w:val="28"/>
          <w:szCs w:val="28"/>
          <w:lang w:val="sv-SE"/>
        </w:rPr>
      </w:pPr>
      <w:r w:rsidRPr="00DD2C09">
        <w:rPr>
          <w:rFonts w:ascii="Arial" w:hAnsi="Arial" w:cs="Arial"/>
          <w:sz w:val="28"/>
          <w:szCs w:val="28"/>
          <w:lang w:val="sv-SE"/>
        </w:rPr>
        <w:t xml:space="preserve">Varje resenär ansvarar för att kontrollera sitt försäkringsskydd och teckna nödvändiga försäkringar, som </w:t>
      </w:r>
      <w:r>
        <w:rPr>
          <w:rFonts w:ascii="Arial" w:hAnsi="Arial" w:cs="Arial"/>
          <w:sz w:val="28"/>
          <w:szCs w:val="28"/>
          <w:lang w:val="sv-SE"/>
        </w:rPr>
        <w:t xml:space="preserve">exempelvis </w:t>
      </w:r>
      <w:r w:rsidRPr="00DD2C09">
        <w:rPr>
          <w:rFonts w:ascii="Arial" w:hAnsi="Arial" w:cs="Arial"/>
          <w:sz w:val="28"/>
          <w:szCs w:val="28"/>
          <w:lang w:val="sv-SE"/>
        </w:rPr>
        <w:t xml:space="preserve">avbeställnings- och reseförsäkring, vid behov. </w:t>
      </w:r>
      <w:r w:rsidRPr="003804D5">
        <w:rPr>
          <w:rFonts w:ascii="Arial" w:hAnsi="Arial" w:cs="Arial"/>
          <w:sz w:val="28"/>
          <w:szCs w:val="28"/>
          <w:lang w:val="sv-SE"/>
        </w:rPr>
        <w:t>Det är också resenärens ansvar att säkerställa att försäkringen täcker de specifika behoven.</w:t>
      </w:r>
      <w:r w:rsidRPr="003804D5">
        <w:rPr>
          <w:lang w:val="sv-SE"/>
        </w:rPr>
        <w:t xml:space="preserve"> </w:t>
      </w:r>
    </w:p>
    <w:p w14:paraId="33790649" w14:textId="36B02A06" w:rsidR="00605BBC" w:rsidRPr="00DD2C09" w:rsidRDefault="00C535D9" w:rsidP="00DD2C09">
      <w:pPr>
        <w:pStyle w:val="Liststycke"/>
        <w:spacing w:after="0" w:line="240" w:lineRule="auto"/>
        <w:ind w:left="714"/>
        <w:rPr>
          <w:rFonts w:ascii="Arial" w:hAnsi="Arial" w:cs="Arial"/>
          <w:sz w:val="28"/>
          <w:szCs w:val="28"/>
          <w:lang w:val="sv-SE"/>
        </w:rPr>
      </w:pPr>
      <w:r w:rsidRPr="00DD2C09">
        <w:rPr>
          <w:rFonts w:ascii="Arial" w:hAnsi="Arial" w:cs="Arial"/>
          <w:sz w:val="28"/>
          <w:szCs w:val="28"/>
          <w:lang w:val="sv-SE"/>
        </w:rPr>
        <w:t xml:space="preserve">Observera att även om avbokningsskydd anges som en del av resepaketet, gäller detta i många fall enbart om hela resan ställs in för gruppen. </w:t>
      </w:r>
      <w:r w:rsidRPr="003804D5">
        <w:rPr>
          <w:rFonts w:ascii="Arial" w:hAnsi="Arial" w:cs="Arial"/>
          <w:sz w:val="28"/>
          <w:szCs w:val="28"/>
          <w:lang w:val="sv-SE"/>
        </w:rPr>
        <w:t>Skyddet omfattar således inte alltid enskilda resenärer. Dessa villkor fastställs av researrangören och ligger utanför vår kontroll.</w:t>
      </w:r>
    </w:p>
    <w:p w14:paraId="119405C3" w14:textId="77777777" w:rsidR="0045534F" w:rsidRPr="00B05E02" w:rsidRDefault="0045534F" w:rsidP="00B05E02">
      <w:pPr>
        <w:pStyle w:val="Rubrik2"/>
        <w:spacing w:line="240" w:lineRule="auto"/>
        <w:rPr>
          <w:rFonts w:ascii="Arial" w:hAnsi="Arial" w:cs="Arial"/>
          <w:sz w:val="28"/>
          <w:szCs w:val="28"/>
          <w:lang w:val="sv-SE"/>
        </w:rPr>
      </w:pPr>
      <w:bookmarkStart w:id="24" w:name="_Toc198883918"/>
      <w:r w:rsidRPr="00B05E02">
        <w:rPr>
          <w:rFonts w:ascii="Arial" w:hAnsi="Arial" w:cs="Arial"/>
          <w:sz w:val="28"/>
          <w:szCs w:val="28"/>
          <w:lang w:val="sv-SE"/>
        </w:rPr>
        <w:t>Efter resan</w:t>
      </w:r>
      <w:bookmarkEnd w:id="24"/>
    </w:p>
    <w:p w14:paraId="7A2712D9" w14:textId="28337D30" w:rsidR="00605BBC" w:rsidRPr="00B05E02" w:rsidRDefault="0045534F" w:rsidP="00B05E02">
      <w:pPr>
        <w:spacing w:line="240" w:lineRule="auto"/>
        <w:rPr>
          <w:rFonts w:ascii="Arial" w:hAnsi="Arial" w:cs="Arial"/>
          <w:sz w:val="28"/>
          <w:szCs w:val="28"/>
          <w:lang w:val="sv-SE"/>
        </w:rPr>
      </w:pPr>
      <w:r w:rsidRPr="00B05E02">
        <w:rPr>
          <w:rFonts w:ascii="Arial" w:hAnsi="Arial" w:cs="Arial"/>
          <w:sz w:val="28"/>
          <w:szCs w:val="28"/>
          <w:lang w:val="sv-SE"/>
        </w:rPr>
        <w:t>Berätta gärna vad du tyckte om resan – det hjälper oss bli bättre! Du får gärna skicka in reserapport och bilder till Perspektiv eller våra andra kanaler.</w:t>
      </w:r>
    </w:p>
    <w:p w14:paraId="4F27AD47" w14:textId="77777777" w:rsidR="00B86FA6" w:rsidRPr="00A45A9C" w:rsidRDefault="00B86FA6" w:rsidP="00B05E02">
      <w:pPr>
        <w:pStyle w:val="Rubrik2"/>
        <w:spacing w:line="240" w:lineRule="auto"/>
        <w:rPr>
          <w:rFonts w:ascii="Arial" w:hAnsi="Arial" w:cs="Arial"/>
          <w:color w:val="548DD4" w:themeColor="text2" w:themeTint="99"/>
          <w:sz w:val="28"/>
          <w:szCs w:val="28"/>
          <w:lang w:val="sv-SE" w:eastAsia="sv-SE"/>
        </w:rPr>
      </w:pPr>
      <w:bookmarkStart w:id="25" w:name="_Toc132890629"/>
      <w:bookmarkStart w:id="26" w:name="_Toc150507754"/>
      <w:bookmarkStart w:id="27" w:name="_Toc181087426"/>
      <w:bookmarkStart w:id="28" w:name="_Toc198883919"/>
      <w:r w:rsidRPr="00A45A9C">
        <w:rPr>
          <w:rFonts w:ascii="Arial" w:hAnsi="Arial" w:cs="Arial"/>
          <w:color w:val="548DD4" w:themeColor="text2" w:themeTint="99"/>
          <w:sz w:val="28"/>
          <w:szCs w:val="28"/>
          <w:lang w:val="sv-SE"/>
        </w:rPr>
        <w:t>Kontakt</w:t>
      </w:r>
      <w:bookmarkEnd w:id="25"/>
      <w:bookmarkEnd w:id="26"/>
      <w:bookmarkEnd w:id="27"/>
      <w:bookmarkEnd w:id="28"/>
    </w:p>
    <w:p w14:paraId="4F19BA10" w14:textId="634FA3A5" w:rsidR="00A45A9C" w:rsidRPr="00A45A9C" w:rsidRDefault="00B86FA6" w:rsidP="00A45A9C">
      <w:pPr>
        <w:spacing w:after="0" w:line="240" w:lineRule="auto"/>
        <w:rPr>
          <w:rFonts w:ascii="Arial" w:hAnsi="Arial" w:cs="Arial"/>
          <w:sz w:val="28"/>
          <w:szCs w:val="28"/>
          <w:u w:val="single"/>
          <w:lang w:val="sv-SE" w:eastAsia="sv-SE"/>
        </w:rPr>
      </w:pPr>
      <w:bookmarkStart w:id="29" w:name="_Hlk181020083"/>
      <w:r w:rsidRPr="00A45A9C">
        <w:rPr>
          <w:rFonts w:ascii="Arial" w:hAnsi="Arial" w:cs="Arial"/>
          <w:sz w:val="28"/>
          <w:szCs w:val="28"/>
          <w:lang w:val="sv-SE" w:eastAsia="sv-SE"/>
        </w:rPr>
        <w:t>Mejl:</w:t>
      </w:r>
      <w:r w:rsidR="00A45A9C" w:rsidRPr="00A45A9C">
        <w:rPr>
          <w:rFonts w:ascii="Arial" w:hAnsi="Arial" w:cs="Arial"/>
          <w:sz w:val="28"/>
          <w:szCs w:val="28"/>
          <w:lang w:val="sv-SE" w:eastAsia="sv-SE"/>
        </w:rPr>
        <w:t xml:space="preserve"> </w:t>
      </w:r>
      <w:r w:rsidR="00EC0BEA">
        <w:fldChar w:fldCharType="begin"/>
      </w:r>
      <w:r w:rsidR="00EC0BEA" w:rsidRPr="003804D5">
        <w:rPr>
          <w:lang w:val="sv-SE"/>
        </w:rPr>
        <w:instrText>HYPERLINK "about:blank"</w:instrText>
      </w:r>
      <w:r w:rsidR="00EC0BEA">
        <w:fldChar w:fldCharType="separate"/>
      </w:r>
      <w:r w:rsidR="00EC0BEA" w:rsidRPr="00A45A9C">
        <w:rPr>
          <w:rStyle w:val="Hyperlnk"/>
          <w:rFonts w:ascii="Arial" w:hAnsi="Arial" w:cs="Arial"/>
          <w:color w:val="auto"/>
          <w:sz w:val="28"/>
          <w:szCs w:val="28"/>
          <w:u w:val="none"/>
          <w:lang w:val="sv-SE" w:eastAsia="sv-SE"/>
        </w:rPr>
        <w:t>go@srf.nu</w:t>
      </w:r>
      <w:r w:rsidR="00EC0BEA">
        <w:fldChar w:fldCharType="end"/>
      </w:r>
      <w:r w:rsidR="00EC0BEA" w:rsidRPr="00EC0BEA">
        <w:rPr>
          <w:rFonts w:ascii="Arial" w:hAnsi="Arial" w:cs="Arial"/>
          <w:sz w:val="28"/>
          <w:szCs w:val="28"/>
          <w:lang w:val="sv-SE"/>
        </w:rPr>
        <w:t xml:space="preserve">, </w:t>
      </w:r>
      <w:r w:rsidR="00A45A9C" w:rsidRPr="00A45A9C">
        <w:rPr>
          <w:rFonts w:ascii="Arial" w:hAnsi="Arial" w:cs="Arial"/>
          <w:sz w:val="28"/>
          <w:szCs w:val="28"/>
          <w:lang w:val="sv-SE" w:eastAsia="sv-SE"/>
        </w:rPr>
        <w:t>irena.vonhertzen@srf.nu</w:t>
      </w:r>
      <w:r w:rsidRPr="00A45A9C">
        <w:rPr>
          <w:rFonts w:ascii="Arial" w:hAnsi="Arial" w:cs="Arial"/>
          <w:sz w:val="28"/>
          <w:szCs w:val="28"/>
          <w:lang w:val="sv-SE" w:eastAsia="sv-SE"/>
        </w:rPr>
        <w:t xml:space="preserve"> </w:t>
      </w:r>
    </w:p>
    <w:p w14:paraId="4E5D3280" w14:textId="2892A126" w:rsidR="00605BBC" w:rsidRPr="003E2C5F" w:rsidRDefault="00B86FA6" w:rsidP="00EC0BEA">
      <w:pPr>
        <w:spacing w:after="0" w:line="240" w:lineRule="auto"/>
        <w:rPr>
          <w:rFonts w:ascii="Arial" w:hAnsi="Arial" w:cs="Arial"/>
          <w:sz w:val="28"/>
          <w:szCs w:val="28"/>
          <w:lang w:val="sv-SE" w:eastAsia="sv-SE"/>
        </w:rPr>
      </w:pPr>
      <w:r w:rsidRPr="00A45A9C">
        <w:rPr>
          <w:rFonts w:ascii="Arial" w:hAnsi="Arial" w:cs="Arial"/>
          <w:sz w:val="28"/>
          <w:szCs w:val="28"/>
          <w:lang w:val="sv-SE" w:eastAsia="sv-SE"/>
        </w:rPr>
        <w:t>Telefon: 08-39 90 17</w:t>
      </w:r>
      <w:bookmarkEnd w:id="29"/>
    </w:p>
    <w:p w14:paraId="1484897E" w14:textId="77777777" w:rsidR="006B4427" w:rsidRDefault="006B4427" w:rsidP="00EC0BEA">
      <w:pPr>
        <w:spacing w:after="0" w:line="240" w:lineRule="auto"/>
        <w:rPr>
          <w:rFonts w:ascii="Arial" w:hAnsi="Arial" w:cs="Arial"/>
          <w:sz w:val="28"/>
          <w:szCs w:val="28"/>
          <w:u w:val="single"/>
          <w:lang w:val="sv-SE" w:eastAsia="sv-SE"/>
        </w:rPr>
      </w:pPr>
    </w:p>
    <w:p w14:paraId="35587E45" w14:textId="77777777" w:rsidR="007B7B20" w:rsidRPr="00B05E02" w:rsidRDefault="007B7B20" w:rsidP="007B7B20">
      <w:pPr>
        <w:pStyle w:val="Rubrik2"/>
        <w:spacing w:before="0" w:line="240" w:lineRule="auto"/>
        <w:rPr>
          <w:rFonts w:ascii="Arial" w:hAnsi="Arial" w:cs="Arial"/>
          <w:sz w:val="28"/>
          <w:szCs w:val="28"/>
          <w:lang w:val="sv-SE"/>
        </w:rPr>
      </w:pPr>
      <w:r w:rsidRPr="00B05E02">
        <w:rPr>
          <w:rFonts w:ascii="Arial" w:hAnsi="Arial" w:cs="Arial"/>
          <w:sz w:val="28"/>
          <w:szCs w:val="28"/>
          <w:lang w:val="sv-SE"/>
        </w:rPr>
        <w:t>Ekonomiskt stöd</w:t>
      </w:r>
    </w:p>
    <w:p w14:paraId="7DD3F540" w14:textId="77777777" w:rsidR="00132C57" w:rsidRDefault="007B7B20" w:rsidP="00132C57">
      <w:pPr>
        <w:pStyle w:val="Normalwebb"/>
        <w:spacing w:before="0" w:beforeAutospacing="0" w:after="0" w:afterAutospacing="0"/>
        <w:rPr>
          <w:rFonts w:ascii="Arial" w:hAnsi="Arial" w:cs="Arial"/>
          <w:sz w:val="28"/>
          <w:szCs w:val="28"/>
        </w:rPr>
      </w:pPr>
      <w:r w:rsidRPr="00B05E02">
        <w:rPr>
          <w:rFonts w:ascii="Arial" w:hAnsi="Arial" w:cs="Arial"/>
          <w:sz w:val="28"/>
          <w:szCs w:val="28"/>
        </w:rPr>
        <w:t>Om din årsinkomst är under 235 200 kr (gäller för 2025), kan du ha möjlighet att söka bidrag från Synskadades Stiftelse och Iris Förvaltning.</w:t>
      </w:r>
    </w:p>
    <w:p w14:paraId="1F0A233C" w14:textId="77777777" w:rsidR="00132C57" w:rsidRDefault="007B7B20" w:rsidP="00132C57">
      <w:pPr>
        <w:pStyle w:val="Normalwebb"/>
        <w:spacing w:before="0" w:beforeAutospacing="0" w:after="0" w:afterAutospacing="0"/>
        <w:rPr>
          <w:rFonts w:ascii="Arial" w:hAnsi="Arial" w:cs="Arial"/>
          <w:sz w:val="28"/>
          <w:szCs w:val="28"/>
        </w:rPr>
      </w:pPr>
      <w:r w:rsidRPr="00B05E02">
        <w:rPr>
          <w:rFonts w:ascii="Arial" w:hAnsi="Arial" w:cs="Arial"/>
          <w:sz w:val="28"/>
          <w:szCs w:val="28"/>
        </w:rPr>
        <w:t>Observera att du som sökande själv ansvarar för att ta kontakt.</w:t>
      </w:r>
    </w:p>
    <w:p w14:paraId="5C8AA0CD" w14:textId="5F822674" w:rsidR="007B7B20" w:rsidRPr="00B05E02" w:rsidRDefault="007B7B20" w:rsidP="00132C57">
      <w:pPr>
        <w:pStyle w:val="Normalwebb"/>
        <w:spacing w:before="0" w:beforeAutospacing="0" w:after="0" w:afterAutospacing="0"/>
        <w:rPr>
          <w:rFonts w:ascii="Arial" w:hAnsi="Arial" w:cs="Arial"/>
          <w:sz w:val="28"/>
          <w:szCs w:val="28"/>
        </w:rPr>
      </w:pPr>
      <w:r w:rsidRPr="00B05E02">
        <w:rPr>
          <w:rFonts w:ascii="Arial" w:hAnsi="Arial" w:cs="Arial"/>
          <w:sz w:val="28"/>
          <w:szCs w:val="28"/>
        </w:rPr>
        <w:t>Kontaktinformation:</w:t>
      </w:r>
      <w:r w:rsidRPr="00B05E02">
        <w:rPr>
          <w:rFonts w:ascii="Arial" w:hAnsi="Arial" w:cs="Arial"/>
          <w:sz w:val="28"/>
          <w:szCs w:val="28"/>
        </w:rPr>
        <w:br/>
        <w:t>Telefon: 08-402 15 50 (välj knappval 2)</w:t>
      </w:r>
      <w:r w:rsidRPr="00B05E02">
        <w:rPr>
          <w:rFonts w:ascii="Arial" w:hAnsi="Arial" w:cs="Arial"/>
          <w:sz w:val="28"/>
          <w:szCs w:val="28"/>
        </w:rPr>
        <w:br/>
        <w:t>E-post: bidrag@irisstiftelseforvaltning.se</w:t>
      </w:r>
    </w:p>
    <w:p w14:paraId="6943CECE" w14:textId="77777777" w:rsidR="00EC0BEA" w:rsidRDefault="00EC0BEA" w:rsidP="00EC0BEA">
      <w:pPr>
        <w:spacing w:after="0" w:line="240" w:lineRule="auto"/>
        <w:rPr>
          <w:rFonts w:ascii="Arial" w:hAnsi="Arial" w:cs="Arial"/>
          <w:sz w:val="28"/>
          <w:szCs w:val="28"/>
          <w:u w:val="single"/>
          <w:lang w:val="sv-SE" w:eastAsia="sv-SE"/>
        </w:rPr>
      </w:pPr>
    </w:p>
    <w:p w14:paraId="3AEB6CB7" w14:textId="77777777" w:rsidR="00EC0BEA" w:rsidRDefault="00EC0BEA" w:rsidP="00EC0BEA">
      <w:pPr>
        <w:spacing w:after="0" w:line="240" w:lineRule="auto"/>
        <w:rPr>
          <w:rFonts w:ascii="Arial" w:hAnsi="Arial" w:cs="Arial"/>
          <w:sz w:val="28"/>
          <w:szCs w:val="28"/>
          <w:u w:val="single"/>
          <w:lang w:val="sv-SE" w:eastAsia="sv-SE"/>
        </w:rPr>
      </w:pPr>
    </w:p>
    <w:p w14:paraId="2D659318" w14:textId="77777777" w:rsidR="00EC0BEA" w:rsidRDefault="00EC0BEA" w:rsidP="00EC0BEA">
      <w:pPr>
        <w:spacing w:after="0" w:line="240" w:lineRule="auto"/>
        <w:rPr>
          <w:rFonts w:ascii="Arial" w:hAnsi="Arial" w:cs="Arial"/>
          <w:sz w:val="28"/>
          <w:szCs w:val="28"/>
          <w:u w:val="single"/>
          <w:lang w:val="sv-SE" w:eastAsia="sv-SE"/>
        </w:rPr>
      </w:pPr>
    </w:p>
    <w:p w14:paraId="59472843" w14:textId="77777777" w:rsidR="00EC0BEA" w:rsidRDefault="00EC0BEA" w:rsidP="00EC0BEA">
      <w:pPr>
        <w:spacing w:after="0" w:line="240" w:lineRule="auto"/>
        <w:rPr>
          <w:rFonts w:ascii="Arial" w:hAnsi="Arial" w:cs="Arial"/>
          <w:sz w:val="28"/>
          <w:szCs w:val="28"/>
          <w:u w:val="single"/>
          <w:lang w:val="sv-SE" w:eastAsia="sv-SE"/>
        </w:rPr>
      </w:pPr>
    </w:p>
    <w:p w14:paraId="2DA42562" w14:textId="77777777" w:rsidR="006B4427" w:rsidRDefault="006B4427" w:rsidP="00EC0BEA">
      <w:pPr>
        <w:spacing w:after="0" w:line="240" w:lineRule="auto"/>
        <w:rPr>
          <w:rFonts w:ascii="Arial" w:hAnsi="Arial" w:cs="Arial"/>
          <w:sz w:val="28"/>
          <w:szCs w:val="28"/>
          <w:u w:val="single"/>
          <w:lang w:val="sv-SE" w:eastAsia="sv-SE"/>
        </w:rPr>
      </w:pPr>
    </w:p>
    <w:p w14:paraId="220B171B" w14:textId="77777777" w:rsidR="00132C57" w:rsidRDefault="00132C57" w:rsidP="00EC0BEA">
      <w:pPr>
        <w:spacing w:after="0" w:line="240" w:lineRule="auto"/>
        <w:rPr>
          <w:rFonts w:ascii="Arial" w:hAnsi="Arial" w:cs="Arial"/>
          <w:sz w:val="28"/>
          <w:szCs w:val="28"/>
          <w:u w:val="single"/>
          <w:lang w:val="sv-SE" w:eastAsia="sv-SE"/>
        </w:rPr>
      </w:pPr>
    </w:p>
    <w:p w14:paraId="0025F4F9" w14:textId="77777777" w:rsidR="00132C57" w:rsidRDefault="00132C57" w:rsidP="00EC0BEA">
      <w:pPr>
        <w:spacing w:after="0" w:line="240" w:lineRule="auto"/>
        <w:rPr>
          <w:rFonts w:ascii="Arial" w:hAnsi="Arial" w:cs="Arial"/>
          <w:sz w:val="28"/>
          <w:szCs w:val="28"/>
          <w:u w:val="single"/>
          <w:lang w:val="sv-SE" w:eastAsia="sv-SE"/>
        </w:rPr>
      </w:pPr>
    </w:p>
    <w:p w14:paraId="15A1E5D0" w14:textId="77777777" w:rsidR="00132C57" w:rsidRDefault="00132C57" w:rsidP="00EC0BEA">
      <w:pPr>
        <w:spacing w:after="0" w:line="240" w:lineRule="auto"/>
        <w:rPr>
          <w:rFonts w:ascii="Arial" w:hAnsi="Arial" w:cs="Arial"/>
          <w:sz w:val="28"/>
          <w:szCs w:val="28"/>
          <w:u w:val="single"/>
          <w:lang w:val="sv-SE" w:eastAsia="sv-SE"/>
        </w:rPr>
      </w:pPr>
    </w:p>
    <w:p w14:paraId="6B50C152" w14:textId="77777777" w:rsidR="003E2C5F" w:rsidRDefault="003E2C5F" w:rsidP="00EC0BEA">
      <w:pPr>
        <w:spacing w:after="0" w:line="240" w:lineRule="auto"/>
        <w:rPr>
          <w:rFonts w:ascii="Arial" w:hAnsi="Arial" w:cs="Arial"/>
          <w:sz w:val="28"/>
          <w:szCs w:val="28"/>
          <w:u w:val="single"/>
          <w:lang w:val="sv-SE" w:eastAsia="sv-SE"/>
        </w:rPr>
      </w:pPr>
    </w:p>
    <w:p w14:paraId="28CF27EF" w14:textId="77777777" w:rsidR="006B4427" w:rsidRDefault="006B4427" w:rsidP="00EC0BEA">
      <w:pPr>
        <w:spacing w:after="0" w:line="240" w:lineRule="auto"/>
        <w:rPr>
          <w:rFonts w:ascii="Arial" w:hAnsi="Arial" w:cs="Arial"/>
          <w:sz w:val="28"/>
          <w:szCs w:val="28"/>
          <w:u w:val="single"/>
          <w:lang w:val="sv-SE" w:eastAsia="sv-SE"/>
        </w:rPr>
      </w:pPr>
    </w:p>
    <w:p w14:paraId="512D97AC" w14:textId="77777777" w:rsidR="00EC0BEA" w:rsidRDefault="00EC0BEA" w:rsidP="00EC0BEA">
      <w:pPr>
        <w:spacing w:after="0" w:line="240" w:lineRule="auto"/>
        <w:rPr>
          <w:rFonts w:ascii="Arial" w:hAnsi="Arial" w:cs="Arial"/>
          <w:sz w:val="28"/>
          <w:szCs w:val="28"/>
          <w:u w:val="single"/>
          <w:lang w:val="sv-SE" w:eastAsia="sv-SE"/>
        </w:rPr>
      </w:pPr>
    </w:p>
    <w:p w14:paraId="290D037D" w14:textId="69B57EA7" w:rsidR="00AE02CE" w:rsidRPr="00B05E02" w:rsidRDefault="00164BA3" w:rsidP="00A45A9C">
      <w:pPr>
        <w:pStyle w:val="Rubrik1"/>
        <w:spacing w:line="240" w:lineRule="auto"/>
        <w:rPr>
          <w:rFonts w:ascii="Arial" w:hAnsi="Arial" w:cs="Arial"/>
          <w:color w:val="4F81BD" w:themeColor="accent1"/>
          <w:sz w:val="36"/>
          <w:szCs w:val="36"/>
          <w:lang w:val="sv-SE"/>
        </w:rPr>
      </w:pPr>
      <w:bookmarkStart w:id="30" w:name="_Toc198883920"/>
      <w:bookmarkStart w:id="31" w:name="_Hlk198883587"/>
      <w:r w:rsidRPr="00B05E02">
        <w:rPr>
          <w:rFonts w:ascii="Arial" w:hAnsi="Arial" w:cs="Arial"/>
          <w:color w:val="4F81BD" w:themeColor="accent1"/>
          <w:sz w:val="36"/>
          <w:szCs w:val="36"/>
          <w:lang w:val="sv-SE"/>
        </w:rPr>
        <w:lastRenderedPageBreak/>
        <w:t>Skräddarsy din drömresa – med ledsagarbidrag</w:t>
      </w:r>
      <w:bookmarkEnd w:id="30"/>
    </w:p>
    <w:bookmarkEnd w:id="31"/>
    <w:p w14:paraId="79E9A378" w14:textId="77777777" w:rsidR="00AE02CE" w:rsidRPr="00B05E02" w:rsidRDefault="00AE02CE" w:rsidP="00B05E02">
      <w:pPr>
        <w:spacing w:line="240" w:lineRule="auto"/>
        <w:rPr>
          <w:rFonts w:ascii="Arial" w:hAnsi="Arial" w:cs="Arial"/>
          <w:lang w:val="sv-SE"/>
        </w:rPr>
      </w:pPr>
    </w:p>
    <w:p w14:paraId="4731749E" w14:textId="1F490D95" w:rsidR="0045402D" w:rsidRDefault="00164BA3" w:rsidP="00B05E02">
      <w:pPr>
        <w:spacing w:line="240" w:lineRule="auto"/>
        <w:rPr>
          <w:rFonts w:ascii="Arial" w:hAnsi="Arial" w:cs="Arial"/>
          <w:sz w:val="28"/>
          <w:szCs w:val="28"/>
          <w:lang w:val="sv-SE"/>
        </w:rPr>
      </w:pPr>
      <w:r w:rsidRPr="00B05E02">
        <w:rPr>
          <w:rFonts w:ascii="Arial" w:hAnsi="Arial" w:cs="Arial"/>
          <w:sz w:val="28"/>
          <w:szCs w:val="28"/>
          <w:lang w:val="sv-SE"/>
        </w:rPr>
        <w:t xml:space="preserve">Vill du göra en resa som passar just dig? </w:t>
      </w:r>
      <w:r w:rsidR="002A3B31">
        <w:rPr>
          <w:rFonts w:ascii="Arial" w:hAnsi="Arial" w:cs="Arial"/>
          <w:sz w:val="28"/>
          <w:szCs w:val="28"/>
          <w:lang w:val="sv-SE"/>
        </w:rPr>
        <w:t>S</w:t>
      </w:r>
      <w:r w:rsidR="009B0339" w:rsidRPr="00B05E02">
        <w:rPr>
          <w:rFonts w:ascii="Arial" w:hAnsi="Arial" w:cs="Arial"/>
          <w:sz w:val="28"/>
          <w:szCs w:val="28"/>
          <w:lang w:val="sv-SE"/>
        </w:rPr>
        <w:t>om synskadad medlem</w:t>
      </w:r>
      <w:r w:rsidR="002A3B31">
        <w:rPr>
          <w:rFonts w:ascii="Arial" w:hAnsi="Arial" w:cs="Arial"/>
          <w:sz w:val="28"/>
          <w:szCs w:val="28"/>
          <w:lang w:val="sv-SE"/>
        </w:rPr>
        <w:t xml:space="preserve"> kan du</w:t>
      </w:r>
      <w:r w:rsidR="009B0339" w:rsidRPr="00B05E02">
        <w:rPr>
          <w:rFonts w:ascii="Arial" w:hAnsi="Arial" w:cs="Arial"/>
          <w:sz w:val="28"/>
          <w:szCs w:val="28"/>
          <w:lang w:val="sv-SE"/>
        </w:rPr>
        <w:t xml:space="preserve"> ansöka om bidrag för att skapa din egen resa – ensam eller tillsammans med andra synskadade personer.</w:t>
      </w:r>
    </w:p>
    <w:p w14:paraId="4A0C16CF" w14:textId="77777777" w:rsidR="00132C57" w:rsidRPr="00B05E02" w:rsidRDefault="00132C57" w:rsidP="00132C57">
      <w:pPr>
        <w:pStyle w:val="Rubrik2"/>
        <w:spacing w:line="240" w:lineRule="auto"/>
        <w:rPr>
          <w:rFonts w:ascii="Arial" w:hAnsi="Arial" w:cs="Arial"/>
          <w:sz w:val="28"/>
          <w:szCs w:val="28"/>
          <w:lang w:val="sv-SE"/>
        </w:rPr>
      </w:pPr>
      <w:r w:rsidRPr="00B05E02">
        <w:rPr>
          <w:rFonts w:ascii="Arial" w:hAnsi="Arial" w:cs="Arial"/>
          <w:sz w:val="28"/>
          <w:szCs w:val="28"/>
          <w:lang w:val="sv-SE"/>
        </w:rPr>
        <w:t>Vad täcks av bidraget?</w:t>
      </w:r>
    </w:p>
    <w:p w14:paraId="44E00866" w14:textId="79A519D7" w:rsidR="00132C57" w:rsidRPr="00B05E02" w:rsidRDefault="00132C57" w:rsidP="00B05E02">
      <w:pPr>
        <w:spacing w:line="240" w:lineRule="auto"/>
        <w:rPr>
          <w:rFonts w:ascii="Arial" w:hAnsi="Arial" w:cs="Arial"/>
          <w:sz w:val="28"/>
          <w:szCs w:val="28"/>
          <w:lang w:val="sv-SE"/>
        </w:rPr>
      </w:pPr>
      <w:r w:rsidRPr="00B05E02">
        <w:rPr>
          <w:rFonts w:ascii="Arial" w:hAnsi="Arial" w:cs="Arial"/>
          <w:sz w:val="28"/>
          <w:szCs w:val="28"/>
          <w:lang w:val="sv-SE"/>
        </w:rPr>
        <w:t xml:space="preserve">SRF Go </w:t>
      </w:r>
      <w:r>
        <w:rPr>
          <w:rFonts w:ascii="Arial" w:hAnsi="Arial" w:cs="Arial"/>
          <w:sz w:val="28"/>
          <w:szCs w:val="28"/>
          <w:lang w:val="sv-SE"/>
        </w:rPr>
        <w:t xml:space="preserve">kan </w:t>
      </w:r>
      <w:r w:rsidRPr="00B05E02">
        <w:rPr>
          <w:rFonts w:ascii="Arial" w:hAnsi="Arial" w:cs="Arial"/>
          <w:sz w:val="28"/>
          <w:szCs w:val="28"/>
          <w:lang w:val="sv-SE"/>
        </w:rPr>
        <w:t>täck</w:t>
      </w:r>
      <w:r>
        <w:rPr>
          <w:rFonts w:ascii="Arial" w:hAnsi="Arial" w:cs="Arial"/>
          <w:sz w:val="28"/>
          <w:szCs w:val="28"/>
          <w:lang w:val="sv-SE"/>
        </w:rPr>
        <w:t>a</w:t>
      </w:r>
      <w:r w:rsidRPr="00B05E02">
        <w:rPr>
          <w:rFonts w:ascii="Arial" w:hAnsi="Arial" w:cs="Arial"/>
          <w:sz w:val="28"/>
          <w:szCs w:val="28"/>
          <w:lang w:val="sv-SE"/>
        </w:rPr>
        <w:t xml:space="preserve"> ledsagarens kostnader för boende, </w:t>
      </w:r>
      <w:r>
        <w:rPr>
          <w:rFonts w:ascii="Arial" w:hAnsi="Arial" w:cs="Arial"/>
          <w:sz w:val="28"/>
          <w:szCs w:val="28"/>
          <w:lang w:val="sv-SE"/>
        </w:rPr>
        <w:t xml:space="preserve">transport, </w:t>
      </w:r>
      <w:r w:rsidRPr="00B05E02">
        <w:rPr>
          <w:rFonts w:ascii="Arial" w:hAnsi="Arial" w:cs="Arial"/>
          <w:sz w:val="28"/>
          <w:szCs w:val="28"/>
          <w:lang w:val="sv-SE"/>
        </w:rPr>
        <w:t>inträden och eventuellt traktamente upp till 15 000 kronor. Observera att vi inte kan betala ut arvode till ledsagaren. Pengarna betalas ut när resan är bokad.</w:t>
      </w:r>
    </w:p>
    <w:p w14:paraId="751E0D6E" w14:textId="06BEFDD6" w:rsidR="009B0339" w:rsidRPr="00B05E02" w:rsidRDefault="009B0339" w:rsidP="00B05E02">
      <w:pPr>
        <w:pStyle w:val="Rubrik2"/>
        <w:spacing w:line="240" w:lineRule="auto"/>
        <w:rPr>
          <w:rFonts w:ascii="Arial" w:hAnsi="Arial" w:cs="Arial"/>
          <w:sz w:val="28"/>
          <w:szCs w:val="28"/>
          <w:lang w:val="sv-SE"/>
        </w:rPr>
      </w:pPr>
      <w:bookmarkStart w:id="32" w:name="_Toc198883921"/>
      <w:r w:rsidRPr="00B05E02">
        <w:rPr>
          <w:rFonts w:ascii="Arial" w:hAnsi="Arial" w:cs="Arial"/>
          <w:sz w:val="28"/>
          <w:szCs w:val="28"/>
          <w:lang w:val="sv-SE"/>
        </w:rPr>
        <w:t>Så fungerar det</w:t>
      </w:r>
      <w:bookmarkEnd w:id="32"/>
    </w:p>
    <w:p w14:paraId="4ED59B6F" w14:textId="77777777" w:rsidR="009B0339" w:rsidRPr="00B05E02" w:rsidRDefault="009B0339" w:rsidP="00B05E02">
      <w:pPr>
        <w:spacing w:line="240" w:lineRule="auto"/>
        <w:rPr>
          <w:rFonts w:ascii="Arial" w:hAnsi="Arial" w:cs="Arial"/>
          <w:sz w:val="28"/>
          <w:szCs w:val="28"/>
          <w:lang w:val="sv-SE"/>
        </w:rPr>
      </w:pPr>
      <w:r w:rsidRPr="00B05E02">
        <w:rPr>
          <w:rFonts w:ascii="Arial" w:hAnsi="Arial" w:cs="Arial"/>
          <w:sz w:val="28"/>
          <w:szCs w:val="28"/>
          <w:lang w:val="sv-SE"/>
        </w:rPr>
        <w:t>När du skräddarsyr din resa bestämmer du själv</w:t>
      </w:r>
    </w:p>
    <w:p w14:paraId="01306074" w14:textId="77777777" w:rsidR="009B0339" w:rsidRPr="00B05E02" w:rsidRDefault="00164BA3" w:rsidP="00B05E02">
      <w:pPr>
        <w:pStyle w:val="Liststycke"/>
        <w:numPr>
          <w:ilvl w:val="0"/>
          <w:numId w:val="33"/>
        </w:numPr>
        <w:spacing w:line="240" w:lineRule="auto"/>
        <w:rPr>
          <w:rFonts w:ascii="Arial" w:hAnsi="Arial" w:cs="Arial"/>
          <w:sz w:val="28"/>
          <w:szCs w:val="28"/>
          <w:lang w:val="sv-SE"/>
        </w:rPr>
      </w:pPr>
      <w:r w:rsidRPr="00B05E02">
        <w:rPr>
          <w:rFonts w:ascii="Arial" w:hAnsi="Arial" w:cs="Arial"/>
          <w:sz w:val="28"/>
          <w:szCs w:val="28"/>
          <w:lang w:val="sv-SE"/>
        </w:rPr>
        <w:t>vart du vill åka</w:t>
      </w:r>
    </w:p>
    <w:p w14:paraId="7B1103D7" w14:textId="77777777" w:rsidR="009B0339" w:rsidRPr="00B05E02" w:rsidRDefault="00164BA3" w:rsidP="00B05E02">
      <w:pPr>
        <w:pStyle w:val="Liststycke"/>
        <w:numPr>
          <w:ilvl w:val="0"/>
          <w:numId w:val="33"/>
        </w:numPr>
        <w:spacing w:line="240" w:lineRule="auto"/>
        <w:rPr>
          <w:rFonts w:ascii="Arial" w:hAnsi="Arial" w:cs="Arial"/>
          <w:sz w:val="28"/>
          <w:szCs w:val="28"/>
          <w:lang w:val="sv-SE"/>
        </w:rPr>
      </w:pPr>
      <w:r w:rsidRPr="00B05E02">
        <w:rPr>
          <w:rFonts w:ascii="Arial" w:hAnsi="Arial" w:cs="Arial"/>
          <w:sz w:val="28"/>
          <w:szCs w:val="28"/>
          <w:lang w:val="sv-SE"/>
        </w:rPr>
        <w:t>hur länge du stannar</w:t>
      </w:r>
    </w:p>
    <w:p w14:paraId="78C21D69" w14:textId="09A0F5D2" w:rsidR="000B1140" w:rsidRPr="000B1140" w:rsidRDefault="00164BA3" w:rsidP="000B1140">
      <w:pPr>
        <w:pStyle w:val="Liststycke"/>
        <w:numPr>
          <w:ilvl w:val="0"/>
          <w:numId w:val="33"/>
        </w:numPr>
        <w:spacing w:line="240" w:lineRule="auto"/>
        <w:rPr>
          <w:rFonts w:ascii="Arial" w:hAnsi="Arial" w:cs="Arial"/>
          <w:sz w:val="28"/>
          <w:szCs w:val="28"/>
          <w:lang w:val="sv-SE"/>
        </w:rPr>
      </w:pPr>
      <w:r w:rsidRPr="00B05E02">
        <w:rPr>
          <w:rFonts w:ascii="Arial" w:hAnsi="Arial" w:cs="Arial"/>
          <w:sz w:val="28"/>
          <w:szCs w:val="28"/>
          <w:lang w:val="sv-SE"/>
        </w:rPr>
        <w:t>vad du vill göra</w:t>
      </w:r>
    </w:p>
    <w:p w14:paraId="2614ED2A" w14:textId="77777777" w:rsidR="009B0339" w:rsidRPr="00B05E02" w:rsidRDefault="006D2535" w:rsidP="00B05E02">
      <w:pPr>
        <w:pStyle w:val="Liststycke"/>
        <w:numPr>
          <w:ilvl w:val="0"/>
          <w:numId w:val="33"/>
        </w:numPr>
        <w:spacing w:line="240" w:lineRule="auto"/>
        <w:rPr>
          <w:rFonts w:ascii="Arial" w:hAnsi="Arial" w:cs="Arial"/>
          <w:sz w:val="28"/>
          <w:szCs w:val="28"/>
          <w:lang w:val="sv-SE"/>
        </w:rPr>
      </w:pPr>
      <w:r w:rsidRPr="00B05E02">
        <w:rPr>
          <w:rFonts w:ascii="Arial" w:hAnsi="Arial" w:cs="Arial"/>
          <w:sz w:val="28"/>
          <w:szCs w:val="28"/>
          <w:lang w:val="sv-SE"/>
        </w:rPr>
        <w:t xml:space="preserve">vem som </w:t>
      </w:r>
      <w:r w:rsidR="009B0339" w:rsidRPr="00B05E02">
        <w:rPr>
          <w:rFonts w:ascii="Arial" w:hAnsi="Arial" w:cs="Arial"/>
          <w:sz w:val="28"/>
          <w:szCs w:val="28"/>
          <w:lang w:val="sv-SE"/>
        </w:rPr>
        <w:t>följer med som ledsagare.</w:t>
      </w:r>
    </w:p>
    <w:p w14:paraId="77D3D1E0" w14:textId="77777777" w:rsidR="002A3B31" w:rsidRPr="002A3B31" w:rsidRDefault="002A3B31" w:rsidP="00B05E02">
      <w:pPr>
        <w:pStyle w:val="Rubrik2"/>
        <w:spacing w:line="240" w:lineRule="auto"/>
        <w:rPr>
          <w:rFonts w:ascii="Arial" w:hAnsi="Arial" w:cs="Arial"/>
          <w:b w:val="0"/>
          <w:bCs w:val="0"/>
          <w:color w:val="auto"/>
          <w:sz w:val="28"/>
          <w:szCs w:val="28"/>
          <w:lang w:val="sv-SE"/>
        </w:rPr>
      </w:pPr>
      <w:bookmarkStart w:id="33" w:name="_Toc198883922"/>
      <w:r w:rsidRPr="002A3B31">
        <w:rPr>
          <w:rFonts w:ascii="Arial" w:hAnsi="Arial" w:cs="Arial"/>
          <w:b w:val="0"/>
          <w:bCs w:val="0"/>
          <w:color w:val="auto"/>
          <w:sz w:val="28"/>
          <w:szCs w:val="28"/>
          <w:lang w:val="sv-SE"/>
        </w:rPr>
        <w:t>Du ansvarar för att skapa och planera din egen resa, då SRF inte erbjuder administrativ hjälp med detta. Kom ihåg att du också har ansvaret för allt praktiskt kring resan.</w:t>
      </w:r>
    </w:p>
    <w:p w14:paraId="22D79D40" w14:textId="77777777" w:rsidR="00DD2C09" w:rsidRDefault="009B0339" w:rsidP="00BB1FA2">
      <w:pPr>
        <w:pStyle w:val="Rubrik2"/>
        <w:spacing w:line="240" w:lineRule="auto"/>
        <w:rPr>
          <w:rFonts w:ascii="Arial" w:hAnsi="Arial" w:cs="Arial"/>
          <w:b w:val="0"/>
          <w:bCs w:val="0"/>
          <w:color w:val="auto"/>
          <w:sz w:val="28"/>
          <w:szCs w:val="28"/>
          <w:lang w:val="sv-SE"/>
        </w:rPr>
      </w:pPr>
      <w:bookmarkStart w:id="34" w:name="_Toc198883923"/>
      <w:bookmarkEnd w:id="33"/>
      <w:r w:rsidRPr="00B05E02">
        <w:rPr>
          <w:rFonts w:ascii="Arial" w:hAnsi="Arial" w:cs="Arial"/>
          <w:sz w:val="28"/>
          <w:szCs w:val="28"/>
          <w:lang w:val="sv-SE" w:eastAsia="sv-SE"/>
        </w:rPr>
        <w:t>Ansökan</w:t>
      </w:r>
      <w:r w:rsidR="00C61B4D" w:rsidRPr="00B05E02">
        <w:rPr>
          <w:rFonts w:ascii="Arial" w:hAnsi="Arial" w:cs="Arial"/>
          <w:color w:val="auto"/>
          <w:sz w:val="28"/>
          <w:szCs w:val="28"/>
          <w:lang w:val="sv-SE"/>
        </w:rPr>
        <w:br/>
      </w:r>
      <w:r w:rsidR="00C61B4D" w:rsidRPr="00B05E02">
        <w:rPr>
          <w:rFonts w:ascii="Arial" w:hAnsi="Arial" w:cs="Arial"/>
          <w:b w:val="0"/>
          <w:bCs w:val="0"/>
          <w:color w:val="auto"/>
          <w:sz w:val="28"/>
          <w:szCs w:val="28"/>
          <w:lang w:val="sv-SE"/>
        </w:rPr>
        <w:t>Du ansöker enkelt via vår hemsida genom att fylla i det formulär som passar din resa – för individuell resa eller gruppresa.</w:t>
      </w:r>
      <w:r w:rsidR="000C58DF" w:rsidRPr="00B05E02">
        <w:rPr>
          <w:rFonts w:ascii="Arial" w:hAnsi="Arial" w:cs="Arial"/>
          <w:b w:val="0"/>
          <w:bCs w:val="0"/>
          <w:color w:val="auto"/>
          <w:sz w:val="28"/>
          <w:szCs w:val="28"/>
          <w:lang w:val="sv-SE"/>
        </w:rPr>
        <w:t xml:space="preserve"> Formuläret finns på vår hemsida. </w:t>
      </w:r>
      <w:r w:rsidR="008A7FAF" w:rsidRPr="00B05E02">
        <w:rPr>
          <w:rFonts w:ascii="Arial" w:hAnsi="Arial" w:cs="Arial"/>
          <w:b w:val="0"/>
          <w:bCs w:val="0"/>
          <w:color w:val="auto"/>
          <w:sz w:val="28"/>
          <w:szCs w:val="28"/>
          <w:lang w:val="sv-SE"/>
        </w:rPr>
        <w:t xml:space="preserve"> </w:t>
      </w:r>
      <w:hyperlink r:id="rId9" w:history="1">
        <w:r w:rsidR="008A7FAF" w:rsidRPr="00B05E02">
          <w:rPr>
            <w:rFonts w:ascii="Arial" w:hAnsi="Arial" w:cs="Arial"/>
            <w:b w:val="0"/>
            <w:bCs w:val="0"/>
            <w:color w:val="auto"/>
            <w:sz w:val="28"/>
            <w:szCs w:val="28"/>
            <w:u w:val="single"/>
            <w:lang w:val="sv-SE"/>
          </w:rPr>
          <w:t>Skräddarsy egen resa - Synskadades Riksförbund</w:t>
        </w:r>
      </w:hyperlink>
      <w:r w:rsidR="00C61B4D" w:rsidRPr="00B05E02">
        <w:rPr>
          <w:rFonts w:ascii="Arial" w:hAnsi="Arial" w:cs="Arial"/>
          <w:b w:val="0"/>
          <w:bCs w:val="0"/>
          <w:color w:val="auto"/>
          <w:sz w:val="28"/>
          <w:szCs w:val="28"/>
          <w:lang w:val="sv-SE"/>
        </w:rPr>
        <w:br/>
      </w:r>
      <w:bookmarkEnd w:id="34"/>
      <w:r w:rsidR="00BB1FA2" w:rsidRPr="00BB1FA2">
        <w:rPr>
          <w:rFonts w:ascii="Arial" w:hAnsi="Arial" w:cs="Arial"/>
          <w:b w:val="0"/>
          <w:bCs w:val="0"/>
          <w:color w:val="auto"/>
          <w:sz w:val="28"/>
          <w:szCs w:val="28"/>
          <w:lang w:val="sv-SE"/>
        </w:rPr>
        <w:t xml:space="preserve">Innan du skickar in din ansökan, vänligen läs igenom riktlinjerna på vår hemsida. Det hjälper dig att säkerställa att du lämnar ett komplett och korrekt underlag från början. </w:t>
      </w:r>
    </w:p>
    <w:p w14:paraId="4ED53B89" w14:textId="623EEB59" w:rsidR="006D2535" w:rsidRPr="00DD2C09" w:rsidRDefault="00BB1FA2" w:rsidP="00BB1FA2">
      <w:pPr>
        <w:pStyle w:val="Rubrik2"/>
        <w:spacing w:line="240" w:lineRule="auto"/>
        <w:rPr>
          <w:rFonts w:ascii="Arial" w:hAnsi="Arial" w:cs="Arial"/>
          <w:b w:val="0"/>
          <w:bCs w:val="0"/>
          <w:color w:val="auto"/>
          <w:sz w:val="28"/>
          <w:szCs w:val="28"/>
          <w:lang w:val="sv-SE"/>
        </w:rPr>
      </w:pPr>
      <w:r w:rsidRPr="00BB1FA2">
        <w:rPr>
          <w:rFonts w:ascii="Arial" w:hAnsi="Arial" w:cs="Arial"/>
          <w:b w:val="0"/>
          <w:bCs w:val="0"/>
          <w:color w:val="auto"/>
          <w:sz w:val="28"/>
          <w:szCs w:val="28"/>
          <w:lang w:val="sv-SE"/>
        </w:rPr>
        <w:t xml:space="preserve">Resan ska inte bokas i samband med ansökningen – vänta på vårt beslut om din ansökan beviljas. </w:t>
      </w:r>
      <w:r w:rsidR="006D2535" w:rsidRPr="00BB1FA2">
        <w:rPr>
          <w:rFonts w:ascii="Arial" w:hAnsi="Arial" w:cs="Arial"/>
          <w:b w:val="0"/>
          <w:bCs w:val="0"/>
          <w:color w:val="auto"/>
          <w:sz w:val="28"/>
          <w:szCs w:val="28"/>
          <w:lang w:val="sv-SE" w:eastAsia="sv-SE"/>
        </w:rPr>
        <w:t xml:space="preserve">Vi vill nå ut till så många medlemmar som möjligt, och därför har du större chans att få bidraget om ni är minst två synskadade personer som ansöker tillsammans. </w:t>
      </w:r>
      <w:r w:rsidR="006D2535" w:rsidRPr="00BB1FA2">
        <w:rPr>
          <w:rFonts w:ascii="Arial" w:hAnsi="Arial" w:cs="Arial"/>
          <w:b w:val="0"/>
          <w:bCs w:val="0"/>
          <w:color w:val="auto"/>
          <w:sz w:val="28"/>
          <w:szCs w:val="28"/>
          <w:lang w:val="sv-SE"/>
        </w:rPr>
        <w:t>Medlemmar som aldrig fått ledsagarbidrag tidigare prioriteras.</w:t>
      </w:r>
    </w:p>
    <w:p w14:paraId="7C11A9CE" w14:textId="5B1048C8" w:rsidR="009B0339" w:rsidRPr="00B05E02" w:rsidRDefault="009B0339" w:rsidP="00B05E02">
      <w:pPr>
        <w:pStyle w:val="Rubrik2"/>
        <w:spacing w:line="240" w:lineRule="auto"/>
        <w:rPr>
          <w:rFonts w:ascii="Arial" w:hAnsi="Arial" w:cs="Arial"/>
          <w:sz w:val="28"/>
          <w:szCs w:val="28"/>
          <w:lang w:val="sv-SE"/>
        </w:rPr>
      </w:pPr>
      <w:bookmarkStart w:id="35" w:name="_Toc198883924"/>
      <w:r w:rsidRPr="00B05E02">
        <w:rPr>
          <w:rFonts w:ascii="Arial" w:hAnsi="Arial" w:cs="Arial"/>
          <w:sz w:val="28"/>
          <w:szCs w:val="28"/>
          <w:lang w:val="sv-SE"/>
        </w:rPr>
        <w:t>Villkor för resan</w:t>
      </w:r>
      <w:bookmarkEnd w:id="35"/>
    </w:p>
    <w:p w14:paraId="59E0F971" w14:textId="7DD521BD" w:rsidR="00164BA3" w:rsidRPr="00BB1FA2" w:rsidRDefault="00164BA3" w:rsidP="00B05E02">
      <w:pPr>
        <w:spacing w:line="240" w:lineRule="auto"/>
        <w:rPr>
          <w:rFonts w:ascii="Arial" w:hAnsi="Arial" w:cs="Arial"/>
          <w:sz w:val="28"/>
          <w:szCs w:val="28"/>
          <w:lang w:val="sv-SE"/>
        </w:rPr>
      </w:pPr>
      <w:r w:rsidRPr="00B05E02">
        <w:rPr>
          <w:rFonts w:ascii="Arial" w:hAnsi="Arial" w:cs="Arial"/>
          <w:sz w:val="28"/>
          <w:szCs w:val="28"/>
          <w:lang w:val="sv-SE"/>
        </w:rPr>
        <w:t>Resan ska genomföras under 2025 och redovisas senast två månader efter att du kommit hem</w:t>
      </w:r>
      <w:r w:rsidR="00BB1FA2">
        <w:rPr>
          <w:rFonts w:ascii="Arial" w:hAnsi="Arial" w:cs="Arial"/>
          <w:sz w:val="28"/>
          <w:szCs w:val="28"/>
          <w:lang w:val="sv-SE"/>
        </w:rPr>
        <w:t xml:space="preserve">. </w:t>
      </w:r>
      <w:r w:rsidR="00BB1FA2" w:rsidRPr="00BB1FA2">
        <w:rPr>
          <w:rFonts w:ascii="Arial" w:hAnsi="Arial" w:cs="Arial"/>
          <w:sz w:val="28"/>
          <w:szCs w:val="28"/>
          <w:lang w:val="sv-SE"/>
        </w:rPr>
        <w:t>En reseberättelse samt kvitton på samtliga ledsagarens utgifter är obligatoriska.</w:t>
      </w:r>
    </w:p>
    <w:p w14:paraId="22B6D5D4" w14:textId="77777777" w:rsidR="00C535D9" w:rsidRDefault="00C535D9" w:rsidP="00B05E02">
      <w:pPr>
        <w:spacing w:line="240" w:lineRule="auto"/>
        <w:rPr>
          <w:rFonts w:ascii="Arial" w:hAnsi="Arial" w:cs="Arial"/>
          <w:sz w:val="28"/>
          <w:szCs w:val="28"/>
          <w:lang w:val="sv-SE"/>
        </w:rPr>
      </w:pPr>
    </w:p>
    <w:p w14:paraId="08178370" w14:textId="77777777" w:rsidR="00085E8A" w:rsidRPr="00B05E02" w:rsidRDefault="00085E8A" w:rsidP="00B05E02">
      <w:pPr>
        <w:spacing w:line="240" w:lineRule="auto"/>
        <w:rPr>
          <w:rFonts w:ascii="Arial" w:hAnsi="Arial" w:cs="Arial"/>
          <w:sz w:val="28"/>
          <w:szCs w:val="28"/>
          <w:lang w:val="sv-SE"/>
        </w:rPr>
      </w:pPr>
    </w:p>
    <w:p w14:paraId="144F15CC" w14:textId="7E06032D" w:rsidR="006D2535" w:rsidRPr="00B05E02" w:rsidRDefault="006D2535" w:rsidP="00EC0BEA">
      <w:pPr>
        <w:pStyle w:val="Rubrik1"/>
        <w:spacing w:line="240" w:lineRule="auto"/>
        <w:rPr>
          <w:rFonts w:ascii="Arial" w:hAnsi="Arial" w:cs="Arial"/>
          <w:color w:val="4F81BD" w:themeColor="accent1"/>
          <w:sz w:val="36"/>
          <w:szCs w:val="36"/>
          <w:lang w:val="sv-SE"/>
        </w:rPr>
      </w:pPr>
      <w:bookmarkStart w:id="36" w:name="_Toc198883925"/>
      <w:r w:rsidRPr="00B05E02">
        <w:rPr>
          <w:rFonts w:ascii="Arial" w:hAnsi="Arial" w:cs="Arial"/>
          <w:color w:val="4F81BD" w:themeColor="accent1"/>
          <w:sz w:val="36"/>
          <w:szCs w:val="36"/>
          <w:lang w:val="sv-SE"/>
        </w:rPr>
        <w:lastRenderedPageBreak/>
        <w:t xml:space="preserve">Resestipendier ur </w:t>
      </w:r>
      <w:r w:rsidR="00605BBC">
        <w:rPr>
          <w:rFonts w:ascii="Arial" w:hAnsi="Arial" w:cs="Arial"/>
          <w:color w:val="4F81BD" w:themeColor="accent1"/>
          <w:sz w:val="36"/>
          <w:szCs w:val="36"/>
          <w:lang w:val="sv-SE"/>
        </w:rPr>
        <w:t xml:space="preserve">Lars </w:t>
      </w:r>
      <w:proofErr w:type="gramStart"/>
      <w:r w:rsidRPr="00B05E02">
        <w:rPr>
          <w:rFonts w:ascii="Arial" w:hAnsi="Arial" w:cs="Arial"/>
          <w:color w:val="4F81BD" w:themeColor="accent1"/>
          <w:sz w:val="36"/>
          <w:szCs w:val="36"/>
          <w:lang w:val="sv-SE"/>
        </w:rPr>
        <w:t>Norrmans</w:t>
      </w:r>
      <w:proofErr w:type="gramEnd"/>
      <w:r w:rsidRPr="00B05E02">
        <w:rPr>
          <w:rFonts w:ascii="Arial" w:hAnsi="Arial" w:cs="Arial"/>
          <w:color w:val="4F81BD" w:themeColor="accent1"/>
          <w:sz w:val="36"/>
          <w:szCs w:val="36"/>
          <w:lang w:val="sv-SE"/>
        </w:rPr>
        <w:t xml:space="preserve"> fond</w:t>
      </w:r>
      <w:bookmarkEnd w:id="36"/>
    </w:p>
    <w:p w14:paraId="03FF1E7D" w14:textId="77777777" w:rsidR="00AE02CE" w:rsidRPr="00B05E02" w:rsidRDefault="00AE02CE" w:rsidP="00B05E02">
      <w:pPr>
        <w:spacing w:line="240" w:lineRule="auto"/>
        <w:rPr>
          <w:rFonts w:ascii="Arial" w:hAnsi="Arial" w:cs="Arial"/>
          <w:lang w:val="sv-SE"/>
        </w:rPr>
      </w:pPr>
    </w:p>
    <w:p w14:paraId="3903F772" w14:textId="49990718" w:rsidR="006D2535" w:rsidRPr="00B05E02" w:rsidRDefault="00304DAF" w:rsidP="00B05E02">
      <w:pPr>
        <w:spacing w:line="240" w:lineRule="auto"/>
        <w:rPr>
          <w:rFonts w:ascii="Arial" w:hAnsi="Arial" w:cs="Arial"/>
          <w:sz w:val="28"/>
          <w:szCs w:val="28"/>
          <w:lang w:val="sv-SE"/>
        </w:rPr>
      </w:pPr>
      <w:r w:rsidRPr="00B05E02">
        <w:rPr>
          <w:rFonts w:ascii="Arial" w:hAnsi="Arial" w:cs="Arial"/>
          <w:sz w:val="28"/>
          <w:szCs w:val="28"/>
          <w:lang w:val="sv-SE"/>
        </w:rPr>
        <w:t>Drömmer du om</w:t>
      </w:r>
      <w:r w:rsidR="006D2535" w:rsidRPr="00B05E02">
        <w:rPr>
          <w:rFonts w:ascii="Arial" w:hAnsi="Arial" w:cs="Arial"/>
          <w:sz w:val="28"/>
          <w:szCs w:val="28"/>
          <w:lang w:val="sv-SE"/>
        </w:rPr>
        <w:t xml:space="preserve"> en utlandsresa </w:t>
      </w:r>
      <w:r w:rsidRPr="00B05E02">
        <w:rPr>
          <w:rFonts w:ascii="Arial" w:hAnsi="Arial" w:cs="Arial"/>
          <w:sz w:val="28"/>
          <w:szCs w:val="28"/>
          <w:lang w:val="sv-SE"/>
        </w:rPr>
        <w:t>där du</w:t>
      </w:r>
      <w:r w:rsidR="006D2535" w:rsidRPr="00B05E02">
        <w:rPr>
          <w:rFonts w:ascii="Arial" w:hAnsi="Arial" w:cs="Arial"/>
          <w:sz w:val="28"/>
          <w:szCs w:val="28"/>
          <w:lang w:val="sv-SE"/>
        </w:rPr>
        <w:t xml:space="preserve"> </w:t>
      </w:r>
      <w:r w:rsidRPr="00B05E02">
        <w:rPr>
          <w:rFonts w:ascii="Arial" w:hAnsi="Arial" w:cs="Arial"/>
          <w:sz w:val="28"/>
          <w:szCs w:val="28"/>
          <w:lang w:val="sv-SE"/>
        </w:rPr>
        <w:t>kan</w:t>
      </w:r>
      <w:r w:rsidR="006D2535" w:rsidRPr="00B05E02">
        <w:rPr>
          <w:rFonts w:ascii="Arial" w:hAnsi="Arial" w:cs="Arial"/>
          <w:sz w:val="28"/>
          <w:szCs w:val="28"/>
          <w:lang w:val="sv-SE"/>
        </w:rPr>
        <w:t xml:space="preserve"> möta andra synskadade eller delta i idrottsutbyte? Då kan du </w:t>
      </w:r>
      <w:r w:rsidR="002A39A7" w:rsidRPr="00B05E02">
        <w:rPr>
          <w:rFonts w:ascii="Arial" w:hAnsi="Arial" w:cs="Arial"/>
          <w:sz w:val="28"/>
          <w:szCs w:val="28"/>
          <w:lang w:val="sv-SE"/>
        </w:rPr>
        <w:t>an</w:t>
      </w:r>
      <w:r w:rsidR="006D2535" w:rsidRPr="00B05E02">
        <w:rPr>
          <w:rFonts w:ascii="Arial" w:hAnsi="Arial" w:cs="Arial"/>
          <w:sz w:val="28"/>
          <w:szCs w:val="28"/>
          <w:lang w:val="sv-SE"/>
        </w:rPr>
        <w:t>söka</w:t>
      </w:r>
      <w:r w:rsidR="002A39A7" w:rsidRPr="00B05E02">
        <w:rPr>
          <w:rFonts w:ascii="Arial" w:hAnsi="Arial" w:cs="Arial"/>
          <w:sz w:val="28"/>
          <w:szCs w:val="28"/>
          <w:lang w:val="sv-SE"/>
        </w:rPr>
        <w:t xml:space="preserve"> om</w:t>
      </w:r>
      <w:r w:rsidR="006D2535" w:rsidRPr="00B05E02">
        <w:rPr>
          <w:rFonts w:ascii="Arial" w:hAnsi="Arial" w:cs="Arial"/>
          <w:sz w:val="28"/>
          <w:szCs w:val="28"/>
          <w:lang w:val="sv-SE"/>
        </w:rPr>
        <w:t xml:space="preserve"> stipendium från </w:t>
      </w:r>
      <w:hyperlink r:id="rId10" w:history="1">
        <w:r w:rsidR="006D2535" w:rsidRPr="0045402D">
          <w:rPr>
            <w:rStyle w:val="Hyperlnk"/>
            <w:rFonts w:ascii="Arial" w:hAnsi="Arial" w:cs="Arial"/>
            <w:color w:val="auto"/>
            <w:sz w:val="28"/>
            <w:szCs w:val="28"/>
            <w:u w:val="none"/>
            <w:lang w:val="sv-SE"/>
          </w:rPr>
          <w:t>Norrmans fond</w:t>
        </w:r>
      </w:hyperlink>
      <w:r w:rsidRPr="00B05E02">
        <w:rPr>
          <w:rFonts w:ascii="Arial" w:hAnsi="Arial" w:cs="Arial"/>
          <w:sz w:val="28"/>
          <w:szCs w:val="28"/>
          <w:lang w:val="sv-SE"/>
        </w:rPr>
        <w:t xml:space="preserve"> och </w:t>
      </w:r>
      <w:r w:rsidR="002A39A7" w:rsidRPr="00B05E02">
        <w:rPr>
          <w:rFonts w:ascii="Arial" w:hAnsi="Arial" w:cs="Arial"/>
          <w:sz w:val="28"/>
          <w:szCs w:val="28"/>
          <w:lang w:val="sv-SE"/>
        </w:rPr>
        <w:t>få</w:t>
      </w:r>
      <w:r w:rsidRPr="00B05E02">
        <w:rPr>
          <w:rFonts w:ascii="Arial" w:hAnsi="Arial" w:cs="Arial"/>
          <w:sz w:val="28"/>
          <w:szCs w:val="28"/>
          <w:lang w:val="sv-SE"/>
        </w:rPr>
        <w:t xml:space="preserve"> medel</w:t>
      </w:r>
      <w:r w:rsidR="006D2535" w:rsidRPr="00B05E02">
        <w:rPr>
          <w:rFonts w:ascii="Arial" w:hAnsi="Arial" w:cs="Arial"/>
          <w:sz w:val="28"/>
          <w:szCs w:val="28"/>
          <w:lang w:val="sv-SE"/>
        </w:rPr>
        <w:t xml:space="preserve"> för både dina och </w:t>
      </w:r>
      <w:r w:rsidRPr="00B05E02">
        <w:rPr>
          <w:rFonts w:ascii="Arial" w:hAnsi="Arial" w:cs="Arial"/>
          <w:sz w:val="28"/>
          <w:szCs w:val="28"/>
          <w:lang w:val="sv-SE"/>
        </w:rPr>
        <w:t>din ledsagares</w:t>
      </w:r>
      <w:r w:rsidR="006D2535" w:rsidRPr="00B05E02">
        <w:rPr>
          <w:rFonts w:ascii="Arial" w:hAnsi="Arial" w:cs="Arial"/>
          <w:sz w:val="28"/>
          <w:szCs w:val="28"/>
          <w:lang w:val="sv-SE"/>
        </w:rPr>
        <w:t xml:space="preserve"> kostnader. </w:t>
      </w:r>
    </w:p>
    <w:p w14:paraId="044B8444" w14:textId="551E1DD0" w:rsidR="00304DAF" w:rsidRPr="00B05E02" w:rsidRDefault="00B05E02" w:rsidP="00B05E02">
      <w:pPr>
        <w:spacing w:line="240" w:lineRule="auto"/>
        <w:rPr>
          <w:rFonts w:ascii="Arial" w:eastAsiaTheme="majorEastAsia" w:hAnsi="Arial" w:cs="Arial"/>
          <w:b/>
          <w:bCs/>
          <w:color w:val="4F81BD" w:themeColor="accent1"/>
          <w:sz w:val="28"/>
          <w:szCs w:val="28"/>
          <w:lang w:val="sv-SE"/>
        </w:rPr>
      </w:pPr>
      <w:bookmarkStart w:id="37" w:name="_Toc198883926"/>
      <w:r w:rsidRPr="00B05E02">
        <w:rPr>
          <w:rStyle w:val="Rubrik2Char"/>
          <w:rFonts w:ascii="Arial" w:hAnsi="Arial" w:cs="Arial"/>
          <w:sz w:val="28"/>
          <w:szCs w:val="28"/>
          <w:lang w:val="sv-SE"/>
        </w:rPr>
        <w:t>Hur det fungerar</w:t>
      </w:r>
      <w:bookmarkEnd w:id="37"/>
      <w:r w:rsidR="006D2535" w:rsidRPr="00B05E02">
        <w:rPr>
          <w:rFonts w:ascii="Arial" w:hAnsi="Arial" w:cs="Arial"/>
          <w:sz w:val="28"/>
          <w:szCs w:val="28"/>
          <w:lang w:val="sv-SE"/>
        </w:rPr>
        <w:br/>
      </w:r>
      <w:r w:rsidR="00304DAF" w:rsidRPr="00B05E02">
        <w:rPr>
          <w:rFonts w:ascii="Arial" w:hAnsi="Arial" w:cs="Arial"/>
          <w:sz w:val="28"/>
          <w:szCs w:val="28"/>
          <w:lang w:val="sv-SE"/>
        </w:rPr>
        <w:t>För att ansöka krävs det att du är</w:t>
      </w:r>
    </w:p>
    <w:p w14:paraId="08DCE958" w14:textId="15CBE5B5" w:rsidR="00304DAF" w:rsidRPr="00B05E02" w:rsidRDefault="002A39A7" w:rsidP="00B05E02">
      <w:pPr>
        <w:pStyle w:val="Liststycke"/>
        <w:numPr>
          <w:ilvl w:val="0"/>
          <w:numId w:val="28"/>
        </w:numPr>
        <w:spacing w:line="240" w:lineRule="auto"/>
        <w:rPr>
          <w:rFonts w:ascii="Arial" w:hAnsi="Arial" w:cs="Arial"/>
          <w:sz w:val="28"/>
          <w:szCs w:val="28"/>
          <w:lang w:val="sv-SE"/>
        </w:rPr>
      </w:pPr>
      <w:r w:rsidRPr="00B05E02">
        <w:rPr>
          <w:rFonts w:ascii="Arial" w:hAnsi="Arial" w:cs="Arial"/>
          <w:sz w:val="28"/>
          <w:szCs w:val="28"/>
          <w:lang w:val="sv-SE"/>
        </w:rPr>
        <w:t>s</w:t>
      </w:r>
      <w:r w:rsidR="006D2535" w:rsidRPr="00B05E02">
        <w:rPr>
          <w:rFonts w:ascii="Arial" w:hAnsi="Arial" w:cs="Arial"/>
          <w:sz w:val="28"/>
          <w:szCs w:val="28"/>
          <w:lang w:val="sv-SE"/>
        </w:rPr>
        <w:t>ynskadad</w:t>
      </w:r>
      <w:r w:rsidR="00304DAF" w:rsidRPr="00B05E02">
        <w:rPr>
          <w:rFonts w:ascii="Arial" w:hAnsi="Arial" w:cs="Arial"/>
          <w:sz w:val="28"/>
          <w:szCs w:val="28"/>
          <w:lang w:val="sv-SE"/>
        </w:rPr>
        <w:t xml:space="preserve">, med </w:t>
      </w:r>
      <w:r w:rsidR="006D2535" w:rsidRPr="00B05E02">
        <w:rPr>
          <w:rFonts w:ascii="Arial" w:hAnsi="Arial" w:cs="Arial"/>
          <w:sz w:val="28"/>
          <w:szCs w:val="28"/>
          <w:lang w:val="sv-SE"/>
        </w:rPr>
        <w:t>minst 75 % synbortfall</w:t>
      </w:r>
      <w:r w:rsidR="00304DAF" w:rsidRPr="00B05E02">
        <w:rPr>
          <w:rFonts w:ascii="Arial" w:hAnsi="Arial" w:cs="Arial"/>
          <w:sz w:val="28"/>
          <w:szCs w:val="28"/>
          <w:lang w:val="sv-SE"/>
        </w:rPr>
        <w:t xml:space="preserve">. Intyg som styrker synskadan ska bifogas </w:t>
      </w:r>
      <w:r w:rsidRPr="00B05E02">
        <w:rPr>
          <w:rFonts w:ascii="Arial" w:hAnsi="Arial" w:cs="Arial"/>
          <w:sz w:val="28"/>
          <w:szCs w:val="28"/>
          <w:lang w:val="sv-SE"/>
        </w:rPr>
        <w:t xml:space="preserve">i </w:t>
      </w:r>
      <w:r w:rsidR="00304DAF" w:rsidRPr="00B05E02">
        <w:rPr>
          <w:rFonts w:ascii="Arial" w:hAnsi="Arial" w:cs="Arial"/>
          <w:sz w:val="28"/>
          <w:szCs w:val="28"/>
          <w:lang w:val="sv-SE"/>
        </w:rPr>
        <w:t>ansökan</w:t>
      </w:r>
      <w:r w:rsidR="00085E8A">
        <w:rPr>
          <w:rFonts w:ascii="Arial" w:hAnsi="Arial" w:cs="Arial"/>
          <w:sz w:val="28"/>
          <w:szCs w:val="28"/>
          <w:lang w:val="sv-SE"/>
        </w:rPr>
        <w:t>, och</w:t>
      </w:r>
      <w:r w:rsidR="00085E8A" w:rsidRPr="00085E8A">
        <w:rPr>
          <w:rFonts w:ascii="Arial" w:hAnsi="Arial" w:cs="Arial"/>
          <w:sz w:val="28"/>
          <w:szCs w:val="28"/>
          <w:lang w:val="sv-SE"/>
        </w:rPr>
        <w:t xml:space="preserve"> skicka</w:t>
      </w:r>
      <w:r w:rsidR="00085E8A">
        <w:rPr>
          <w:rFonts w:ascii="Arial" w:hAnsi="Arial" w:cs="Arial"/>
          <w:sz w:val="28"/>
          <w:szCs w:val="28"/>
          <w:lang w:val="sv-SE"/>
        </w:rPr>
        <w:t xml:space="preserve">s till </w:t>
      </w:r>
      <w:hyperlink r:id="rId11" w:history="1">
        <w:r w:rsidR="00085E8A" w:rsidRPr="00256543">
          <w:rPr>
            <w:rStyle w:val="Hyperlnk"/>
            <w:rFonts w:ascii="Arial" w:hAnsi="Arial" w:cs="Arial"/>
            <w:sz w:val="28"/>
            <w:szCs w:val="28"/>
            <w:lang w:val="sv-SE"/>
          </w:rPr>
          <w:t>enskildabidrag@srf.nu</w:t>
        </w:r>
      </w:hyperlink>
    </w:p>
    <w:p w14:paraId="138BF336" w14:textId="7A27EAD2" w:rsidR="00304DAF" w:rsidRPr="00B05E02" w:rsidRDefault="002A39A7" w:rsidP="00B05E02">
      <w:pPr>
        <w:pStyle w:val="Liststycke"/>
        <w:numPr>
          <w:ilvl w:val="0"/>
          <w:numId w:val="28"/>
        </w:numPr>
        <w:spacing w:line="240" w:lineRule="auto"/>
        <w:rPr>
          <w:rFonts w:ascii="Arial" w:hAnsi="Arial" w:cs="Arial"/>
          <w:sz w:val="28"/>
          <w:szCs w:val="28"/>
          <w:lang w:val="sv-SE"/>
        </w:rPr>
      </w:pPr>
      <w:r w:rsidRPr="00B05E02">
        <w:rPr>
          <w:rFonts w:ascii="Arial" w:hAnsi="Arial" w:cs="Arial"/>
          <w:sz w:val="28"/>
          <w:szCs w:val="28"/>
          <w:lang w:val="sv-SE"/>
        </w:rPr>
        <w:t>s</w:t>
      </w:r>
      <w:r w:rsidR="006D2535" w:rsidRPr="00B05E02">
        <w:rPr>
          <w:rFonts w:ascii="Arial" w:hAnsi="Arial" w:cs="Arial"/>
          <w:sz w:val="28"/>
          <w:szCs w:val="28"/>
          <w:lang w:val="sv-SE"/>
        </w:rPr>
        <w:t xml:space="preserve">vensk medborgare eller bor i Sverige. </w:t>
      </w:r>
    </w:p>
    <w:p w14:paraId="37F47A5C" w14:textId="12D4B047" w:rsidR="002A39A7" w:rsidRPr="00B05E02" w:rsidRDefault="002A39A7" w:rsidP="00B05E02">
      <w:pPr>
        <w:pStyle w:val="Liststycke"/>
        <w:numPr>
          <w:ilvl w:val="0"/>
          <w:numId w:val="28"/>
        </w:numPr>
        <w:spacing w:line="240" w:lineRule="auto"/>
        <w:rPr>
          <w:rFonts w:ascii="Arial" w:hAnsi="Arial" w:cs="Arial"/>
          <w:sz w:val="28"/>
          <w:szCs w:val="28"/>
          <w:lang w:val="sv-SE"/>
        </w:rPr>
      </w:pPr>
      <w:r w:rsidRPr="00B05E02">
        <w:rPr>
          <w:rFonts w:ascii="Arial" w:hAnsi="Arial" w:cs="Arial"/>
          <w:sz w:val="28"/>
          <w:szCs w:val="28"/>
          <w:lang w:val="sv-SE"/>
        </w:rPr>
        <w:t>svensktalande. Talar du ett språk utöver svenska är det ett plus.</w:t>
      </w:r>
    </w:p>
    <w:p w14:paraId="68389D10" w14:textId="0C6C2593" w:rsidR="006D2535" w:rsidRPr="00B05E02" w:rsidRDefault="006D2535" w:rsidP="00B05E02">
      <w:pPr>
        <w:spacing w:line="240" w:lineRule="auto"/>
        <w:rPr>
          <w:rFonts w:ascii="Arial" w:hAnsi="Arial" w:cs="Arial"/>
          <w:sz w:val="28"/>
          <w:szCs w:val="28"/>
          <w:lang w:val="sv-SE"/>
        </w:rPr>
      </w:pPr>
      <w:r w:rsidRPr="00B05E02">
        <w:rPr>
          <w:rFonts w:ascii="Arial" w:hAnsi="Arial" w:cs="Arial"/>
          <w:sz w:val="28"/>
          <w:szCs w:val="28"/>
          <w:lang w:val="sv-SE"/>
        </w:rPr>
        <w:t xml:space="preserve">Du kan söka själv eller som grupp. </w:t>
      </w:r>
      <w:r w:rsidR="002A39A7" w:rsidRPr="00B05E02">
        <w:rPr>
          <w:rFonts w:ascii="Arial" w:hAnsi="Arial" w:cs="Arial"/>
          <w:sz w:val="28"/>
          <w:szCs w:val="28"/>
          <w:lang w:val="sv-SE"/>
        </w:rPr>
        <w:t>Din inkomst spelar ingen roll, så du behöver inte ange inkomstuppgifter i anmälan.</w:t>
      </w:r>
    </w:p>
    <w:p w14:paraId="36B461BB" w14:textId="77777777" w:rsidR="00304DAF" w:rsidRPr="00B05E02" w:rsidRDefault="00304DAF" w:rsidP="00B05E02">
      <w:pPr>
        <w:pStyle w:val="Rubrik2"/>
        <w:spacing w:line="240" w:lineRule="auto"/>
        <w:rPr>
          <w:rFonts w:ascii="Arial" w:hAnsi="Arial" w:cs="Arial"/>
          <w:sz w:val="28"/>
          <w:szCs w:val="28"/>
          <w:lang w:val="sv-SE"/>
        </w:rPr>
      </w:pPr>
      <w:bookmarkStart w:id="38" w:name="_Toc198883927"/>
      <w:r w:rsidRPr="00B05E02">
        <w:rPr>
          <w:rFonts w:ascii="Arial" w:hAnsi="Arial" w:cs="Arial"/>
          <w:sz w:val="28"/>
          <w:szCs w:val="28"/>
          <w:lang w:val="sv-SE"/>
        </w:rPr>
        <w:t>Så går ansökan till</w:t>
      </w:r>
      <w:bookmarkEnd w:id="38"/>
    </w:p>
    <w:p w14:paraId="39F88DB3" w14:textId="705B3030" w:rsidR="00304DAF" w:rsidRPr="00B05E02" w:rsidRDefault="00304DAF" w:rsidP="00B05E02">
      <w:pPr>
        <w:spacing w:line="240" w:lineRule="auto"/>
        <w:rPr>
          <w:rFonts w:ascii="Arial" w:hAnsi="Arial" w:cs="Arial"/>
          <w:sz w:val="28"/>
          <w:szCs w:val="28"/>
          <w:lang w:val="sv-SE"/>
        </w:rPr>
      </w:pPr>
      <w:r w:rsidRPr="00B05E02">
        <w:rPr>
          <w:rFonts w:ascii="Arial" w:hAnsi="Arial" w:cs="Arial"/>
          <w:sz w:val="28"/>
          <w:szCs w:val="28"/>
          <w:lang w:val="sv-SE"/>
        </w:rPr>
        <w:t xml:space="preserve">Du ansöker om stipendiet genom att fylla i ett </w:t>
      </w:r>
      <w:hyperlink r:id="rId12" w:history="1">
        <w:r w:rsidRPr="00085E8A">
          <w:rPr>
            <w:rStyle w:val="Hyperlnk"/>
            <w:rFonts w:ascii="Arial" w:hAnsi="Arial" w:cs="Arial"/>
            <w:color w:val="auto"/>
            <w:sz w:val="28"/>
            <w:szCs w:val="28"/>
            <w:lang w:val="sv-SE"/>
          </w:rPr>
          <w:t>formulär på srf.nu</w:t>
        </w:r>
      </w:hyperlink>
      <w:r w:rsidR="002A39A7" w:rsidRPr="00085E8A">
        <w:rPr>
          <w:rFonts w:ascii="Arial" w:hAnsi="Arial" w:cs="Arial"/>
          <w:sz w:val="28"/>
          <w:szCs w:val="28"/>
          <w:u w:val="single"/>
          <w:lang w:val="sv-SE"/>
        </w:rPr>
        <w:t>,</w:t>
      </w:r>
      <w:r w:rsidRPr="00B05E02">
        <w:rPr>
          <w:rFonts w:ascii="Arial" w:hAnsi="Arial" w:cs="Arial"/>
          <w:b/>
          <w:bCs/>
          <w:sz w:val="28"/>
          <w:szCs w:val="28"/>
          <w:lang w:val="sv-SE"/>
        </w:rPr>
        <w:t xml:space="preserve"> </w:t>
      </w:r>
      <w:r w:rsidR="002A39A7" w:rsidRPr="00B05E02">
        <w:rPr>
          <w:rFonts w:ascii="Arial" w:hAnsi="Arial" w:cs="Arial"/>
          <w:sz w:val="28"/>
          <w:szCs w:val="28"/>
          <w:lang w:val="sv-SE"/>
        </w:rPr>
        <w:t xml:space="preserve">eller en blankett som du beställer </w:t>
      </w:r>
      <w:r w:rsidR="00DB5298">
        <w:rPr>
          <w:rFonts w:ascii="Arial" w:hAnsi="Arial" w:cs="Arial"/>
          <w:sz w:val="28"/>
          <w:szCs w:val="28"/>
          <w:lang w:val="sv-SE"/>
        </w:rPr>
        <w:t>från</w:t>
      </w:r>
      <w:r w:rsidR="002A39A7" w:rsidRPr="00B05E02">
        <w:rPr>
          <w:rFonts w:ascii="Arial" w:hAnsi="Arial" w:cs="Arial"/>
          <w:sz w:val="28"/>
          <w:szCs w:val="28"/>
          <w:lang w:val="sv-SE"/>
        </w:rPr>
        <w:t xml:space="preserve"> oss</w:t>
      </w:r>
      <w:r w:rsidR="00DB5298">
        <w:rPr>
          <w:rFonts w:ascii="Arial" w:hAnsi="Arial" w:cs="Arial"/>
          <w:sz w:val="28"/>
          <w:szCs w:val="28"/>
          <w:lang w:val="sv-SE"/>
        </w:rPr>
        <w:t xml:space="preserve"> via </w:t>
      </w:r>
      <w:hyperlink r:id="rId13" w:history="1">
        <w:r w:rsidR="00DB5298" w:rsidRPr="00256543">
          <w:rPr>
            <w:rStyle w:val="Hyperlnk"/>
            <w:rFonts w:ascii="Arial" w:hAnsi="Arial" w:cs="Arial"/>
            <w:sz w:val="28"/>
            <w:szCs w:val="28"/>
            <w:lang w:val="sv-SE"/>
          </w:rPr>
          <w:t>enskildabidrag@srf.nu</w:t>
        </w:r>
      </w:hyperlink>
      <w:r w:rsidR="002A39A7" w:rsidRPr="00B05E02">
        <w:rPr>
          <w:rFonts w:ascii="Arial" w:hAnsi="Arial" w:cs="Arial"/>
          <w:sz w:val="28"/>
          <w:szCs w:val="28"/>
          <w:lang w:val="sv-SE"/>
        </w:rPr>
        <w:t>.</w:t>
      </w:r>
      <w:r w:rsidRPr="00B05E02">
        <w:rPr>
          <w:rFonts w:ascii="Arial" w:hAnsi="Arial" w:cs="Arial"/>
          <w:sz w:val="28"/>
          <w:szCs w:val="28"/>
          <w:lang w:val="sv-SE"/>
        </w:rPr>
        <w:t xml:space="preserve"> I ansökan ska du </w:t>
      </w:r>
      <w:r w:rsidR="00085E8A">
        <w:rPr>
          <w:rFonts w:ascii="Arial" w:hAnsi="Arial" w:cs="Arial"/>
          <w:sz w:val="28"/>
          <w:szCs w:val="28"/>
          <w:lang w:val="sv-SE"/>
        </w:rPr>
        <w:t xml:space="preserve">bland annat </w:t>
      </w:r>
      <w:r w:rsidRPr="00B05E02">
        <w:rPr>
          <w:rFonts w:ascii="Arial" w:hAnsi="Arial" w:cs="Arial"/>
          <w:sz w:val="28"/>
          <w:szCs w:val="28"/>
          <w:lang w:val="sv-SE"/>
        </w:rPr>
        <w:t>uppge</w:t>
      </w:r>
    </w:p>
    <w:p w14:paraId="4E79228F" w14:textId="2F00FC1C" w:rsidR="00304DAF" w:rsidRPr="00B05E02" w:rsidRDefault="00304DAF" w:rsidP="00B05E02">
      <w:pPr>
        <w:pStyle w:val="Liststycke"/>
        <w:numPr>
          <w:ilvl w:val="0"/>
          <w:numId w:val="29"/>
        </w:numPr>
        <w:spacing w:line="240" w:lineRule="auto"/>
        <w:rPr>
          <w:rFonts w:ascii="Arial" w:hAnsi="Arial" w:cs="Arial"/>
          <w:b/>
          <w:bCs/>
          <w:sz w:val="28"/>
          <w:szCs w:val="28"/>
          <w:lang w:val="sv-SE"/>
        </w:rPr>
      </w:pPr>
      <w:r w:rsidRPr="00B05E02">
        <w:rPr>
          <w:rFonts w:ascii="Arial" w:hAnsi="Arial" w:cs="Arial"/>
          <w:sz w:val="28"/>
          <w:szCs w:val="28"/>
          <w:lang w:val="sv-SE"/>
        </w:rPr>
        <w:t>s</w:t>
      </w:r>
      <w:r w:rsidR="006D2535" w:rsidRPr="00B05E02">
        <w:rPr>
          <w:rFonts w:ascii="Arial" w:hAnsi="Arial" w:cs="Arial"/>
          <w:sz w:val="28"/>
          <w:szCs w:val="28"/>
          <w:lang w:val="sv-SE"/>
        </w:rPr>
        <w:t>yfte</w:t>
      </w:r>
      <w:r w:rsidRPr="00B05E02">
        <w:rPr>
          <w:rFonts w:ascii="Arial" w:hAnsi="Arial" w:cs="Arial"/>
          <w:sz w:val="28"/>
          <w:szCs w:val="28"/>
          <w:lang w:val="sv-SE"/>
        </w:rPr>
        <w:t>t med resan</w:t>
      </w:r>
    </w:p>
    <w:p w14:paraId="3C47FD20" w14:textId="560605EC" w:rsidR="00304DAF" w:rsidRPr="00B05E02" w:rsidRDefault="00304DAF" w:rsidP="00B05E02">
      <w:pPr>
        <w:pStyle w:val="Liststycke"/>
        <w:numPr>
          <w:ilvl w:val="0"/>
          <w:numId w:val="29"/>
        </w:numPr>
        <w:spacing w:line="240" w:lineRule="auto"/>
        <w:rPr>
          <w:rFonts w:ascii="Arial" w:hAnsi="Arial" w:cs="Arial"/>
          <w:b/>
          <w:bCs/>
          <w:sz w:val="28"/>
          <w:szCs w:val="28"/>
          <w:lang w:val="sv-SE"/>
        </w:rPr>
      </w:pPr>
      <w:r w:rsidRPr="00B05E02">
        <w:rPr>
          <w:rFonts w:ascii="Arial" w:hAnsi="Arial" w:cs="Arial"/>
          <w:sz w:val="28"/>
          <w:szCs w:val="28"/>
          <w:lang w:val="sv-SE"/>
        </w:rPr>
        <w:t>r</w:t>
      </w:r>
      <w:r w:rsidR="006D2535" w:rsidRPr="00B05E02">
        <w:rPr>
          <w:rFonts w:ascii="Arial" w:hAnsi="Arial" w:cs="Arial"/>
          <w:sz w:val="28"/>
          <w:szCs w:val="28"/>
          <w:lang w:val="sv-SE"/>
        </w:rPr>
        <w:t>esplan</w:t>
      </w:r>
    </w:p>
    <w:p w14:paraId="0774A591" w14:textId="5A3BEC95" w:rsidR="00304DAF" w:rsidRPr="00B05E02" w:rsidRDefault="00304DAF" w:rsidP="00B05E02">
      <w:pPr>
        <w:pStyle w:val="Liststycke"/>
        <w:numPr>
          <w:ilvl w:val="0"/>
          <w:numId w:val="29"/>
        </w:numPr>
        <w:spacing w:line="240" w:lineRule="auto"/>
        <w:rPr>
          <w:rFonts w:ascii="Arial" w:hAnsi="Arial" w:cs="Arial"/>
          <w:b/>
          <w:bCs/>
          <w:sz w:val="28"/>
          <w:szCs w:val="28"/>
          <w:lang w:val="sv-SE"/>
        </w:rPr>
      </w:pPr>
      <w:r w:rsidRPr="00B05E02">
        <w:rPr>
          <w:rFonts w:ascii="Arial" w:hAnsi="Arial" w:cs="Arial"/>
          <w:sz w:val="28"/>
          <w:szCs w:val="28"/>
          <w:lang w:val="sv-SE"/>
        </w:rPr>
        <w:t>k</w:t>
      </w:r>
      <w:r w:rsidR="006D2535" w:rsidRPr="00B05E02">
        <w:rPr>
          <w:rFonts w:ascii="Arial" w:hAnsi="Arial" w:cs="Arial"/>
          <w:sz w:val="28"/>
          <w:szCs w:val="28"/>
          <w:lang w:val="sv-SE"/>
        </w:rPr>
        <w:t>ostnader och sökt belopp</w:t>
      </w:r>
      <w:r w:rsidRPr="00B05E02">
        <w:rPr>
          <w:rFonts w:ascii="Arial" w:hAnsi="Arial" w:cs="Arial"/>
          <w:sz w:val="28"/>
          <w:szCs w:val="28"/>
          <w:lang w:val="sv-SE"/>
        </w:rPr>
        <w:t>.</w:t>
      </w:r>
    </w:p>
    <w:p w14:paraId="2646C83D" w14:textId="1C0593F7" w:rsidR="00B854B6" w:rsidRPr="00B854B6" w:rsidRDefault="00B854B6" w:rsidP="00085E8A">
      <w:pPr>
        <w:spacing w:after="0" w:line="240" w:lineRule="auto"/>
        <w:rPr>
          <w:rFonts w:ascii="Arial" w:hAnsi="Arial" w:cs="Arial"/>
          <w:sz w:val="28"/>
          <w:szCs w:val="28"/>
          <w:lang w:val="sv-SE"/>
        </w:rPr>
      </w:pPr>
      <w:r w:rsidRPr="00B854B6">
        <w:rPr>
          <w:rFonts w:ascii="Arial" w:hAnsi="Arial" w:cs="Arial"/>
          <w:sz w:val="28"/>
          <w:szCs w:val="28"/>
          <w:lang w:val="sv-SE"/>
        </w:rPr>
        <w:t>Innan du skickar in din ansökan, rekommenderar vi att du noggrant går igenom våra riktlinjer på hemsidan. Detta säkerställer att du lämnar in ett fullständigt och korrekt underlag från början.</w:t>
      </w:r>
      <w:r w:rsidR="00085E8A" w:rsidRPr="00085E8A">
        <w:rPr>
          <w:rFonts w:ascii="Arial" w:hAnsi="Arial" w:cs="Arial"/>
          <w:sz w:val="28"/>
          <w:szCs w:val="28"/>
          <w:lang w:val="sv-SE"/>
        </w:rPr>
        <w:t xml:space="preserve"> Resan ska inte bokas vid ansökningstillfället. Vänta på vårt beslut om din ansökan beviljas.</w:t>
      </w:r>
    </w:p>
    <w:p w14:paraId="0E8F2C06" w14:textId="77777777" w:rsidR="00085E8A" w:rsidRDefault="00085E8A" w:rsidP="00B05E02">
      <w:pPr>
        <w:spacing w:after="0" w:line="240" w:lineRule="auto"/>
        <w:rPr>
          <w:lang w:val="sv-SE"/>
        </w:rPr>
      </w:pPr>
      <w:bookmarkStart w:id="39" w:name="_Toc198883928"/>
    </w:p>
    <w:p w14:paraId="522CA137" w14:textId="77777777" w:rsidR="00132C57" w:rsidRDefault="00132C57" w:rsidP="00132C57">
      <w:pPr>
        <w:spacing w:after="0" w:line="240" w:lineRule="auto"/>
        <w:rPr>
          <w:rStyle w:val="Rubrik2Char"/>
          <w:rFonts w:ascii="Arial" w:hAnsi="Arial" w:cs="Arial"/>
          <w:sz w:val="28"/>
          <w:szCs w:val="28"/>
          <w:lang w:val="sv-SE"/>
        </w:rPr>
      </w:pPr>
      <w:bookmarkStart w:id="40" w:name="_Toc198883929"/>
      <w:r w:rsidRPr="00B05E02">
        <w:rPr>
          <w:rStyle w:val="Rubrik2Char"/>
          <w:rFonts w:ascii="Arial" w:hAnsi="Arial" w:cs="Arial"/>
          <w:sz w:val="28"/>
          <w:szCs w:val="28"/>
          <w:lang w:val="sv-SE"/>
        </w:rPr>
        <w:t>Utbetalning och villkor</w:t>
      </w:r>
      <w:bookmarkEnd w:id="40"/>
      <w:r>
        <w:rPr>
          <w:rStyle w:val="Rubrik2Char"/>
          <w:rFonts w:ascii="Arial" w:hAnsi="Arial" w:cs="Arial"/>
          <w:sz w:val="28"/>
          <w:szCs w:val="28"/>
          <w:lang w:val="sv-SE"/>
        </w:rPr>
        <w:t xml:space="preserve"> </w:t>
      </w:r>
    </w:p>
    <w:p w14:paraId="1531A276" w14:textId="77777777" w:rsidR="00132C57" w:rsidRDefault="00132C57" w:rsidP="00132C57">
      <w:pPr>
        <w:spacing w:after="0" w:line="240" w:lineRule="auto"/>
        <w:rPr>
          <w:rFonts w:ascii="Arial" w:hAnsi="Arial" w:cs="Arial"/>
          <w:sz w:val="28"/>
          <w:szCs w:val="28"/>
          <w:lang w:val="sv-SE"/>
        </w:rPr>
      </w:pPr>
      <w:r w:rsidRPr="00085E8A">
        <w:rPr>
          <w:rFonts w:ascii="Arial" w:hAnsi="Arial" w:cs="Arial"/>
          <w:sz w:val="28"/>
          <w:szCs w:val="28"/>
          <w:lang w:val="sv-SE"/>
        </w:rPr>
        <w:t>Pengarna betalas ut när bokning</w:t>
      </w:r>
      <w:r>
        <w:rPr>
          <w:rFonts w:ascii="Arial" w:hAnsi="Arial" w:cs="Arial"/>
          <w:sz w:val="28"/>
          <w:szCs w:val="28"/>
          <w:lang w:val="sv-SE"/>
        </w:rPr>
        <w:t>/</w:t>
      </w:r>
      <w:r w:rsidRPr="00085E8A">
        <w:rPr>
          <w:rFonts w:ascii="Arial" w:hAnsi="Arial" w:cs="Arial"/>
          <w:sz w:val="28"/>
          <w:szCs w:val="28"/>
          <w:lang w:val="sv-SE"/>
        </w:rPr>
        <w:t>kvitto på att resan är betald har skickats in. Stipendiet kan användas inom ett år efter beslut. Efter genomförd resa ska en rapport lämnas in inom två månader.</w:t>
      </w:r>
    </w:p>
    <w:p w14:paraId="1D5EB7DC" w14:textId="77777777" w:rsidR="00132C57" w:rsidRPr="00B05E02" w:rsidRDefault="00132C57" w:rsidP="00132C57">
      <w:pPr>
        <w:spacing w:after="0" w:line="240" w:lineRule="auto"/>
        <w:rPr>
          <w:rFonts w:ascii="Arial" w:hAnsi="Arial" w:cs="Arial"/>
          <w:sz w:val="28"/>
          <w:szCs w:val="28"/>
          <w:lang w:val="sv-SE"/>
        </w:rPr>
      </w:pPr>
    </w:p>
    <w:p w14:paraId="17EC8FC5" w14:textId="1A7ED3C7" w:rsidR="00D440EE" w:rsidRPr="00B05E02" w:rsidRDefault="006D2535" w:rsidP="00B05E02">
      <w:pPr>
        <w:spacing w:after="0" w:line="240" w:lineRule="auto"/>
        <w:rPr>
          <w:rStyle w:val="Rubrik3Char"/>
          <w:rFonts w:ascii="Arial" w:hAnsi="Arial" w:cs="Arial"/>
          <w:sz w:val="28"/>
          <w:szCs w:val="28"/>
          <w:lang w:val="sv-SE"/>
        </w:rPr>
      </w:pPr>
      <w:r w:rsidRPr="00B05E02">
        <w:rPr>
          <w:rStyle w:val="Rubrik3Char"/>
          <w:rFonts w:ascii="Arial" w:hAnsi="Arial" w:cs="Arial"/>
          <w:sz w:val="28"/>
          <w:szCs w:val="28"/>
          <w:lang w:val="sv-SE"/>
        </w:rPr>
        <w:t>Deadline</w:t>
      </w:r>
      <w:r w:rsidR="002A39A7" w:rsidRPr="00B05E02">
        <w:rPr>
          <w:rStyle w:val="Rubrik3Char"/>
          <w:rFonts w:ascii="Arial" w:hAnsi="Arial" w:cs="Arial"/>
          <w:sz w:val="28"/>
          <w:szCs w:val="28"/>
          <w:lang w:val="sv-SE"/>
        </w:rPr>
        <w:t xml:space="preserve"> för ansökan</w:t>
      </w:r>
      <w:bookmarkEnd w:id="39"/>
    </w:p>
    <w:p w14:paraId="10926FF7" w14:textId="77777777" w:rsidR="00B854B6" w:rsidRPr="00B854B6" w:rsidRDefault="00B854B6" w:rsidP="00B05E02">
      <w:pPr>
        <w:pStyle w:val="Normalwebb"/>
        <w:shd w:val="clear" w:color="auto" w:fill="FFFFFF"/>
        <w:spacing w:before="0" w:beforeAutospacing="0" w:after="0" w:afterAutospacing="0"/>
        <w:textAlignment w:val="baseline"/>
        <w:rPr>
          <w:rFonts w:ascii="Arial" w:hAnsi="Arial" w:cs="Arial"/>
          <w:sz w:val="28"/>
          <w:szCs w:val="28"/>
        </w:rPr>
      </w:pPr>
      <w:r w:rsidRPr="00B854B6">
        <w:rPr>
          <w:rFonts w:ascii="Arial" w:hAnsi="Arial" w:cs="Arial"/>
          <w:sz w:val="28"/>
          <w:szCs w:val="28"/>
        </w:rPr>
        <w:t>Sista ansökningsdatum är den 15 april för resor som äger rum mellan juli innevarande år och juni nästkommande år, samt den 15 oktober för resor som genomförs under året därpå, januari–december.</w:t>
      </w:r>
    </w:p>
    <w:p w14:paraId="0E1D350B" w14:textId="656FE433" w:rsidR="00D440EE" w:rsidRPr="00B05E02" w:rsidRDefault="00D440EE" w:rsidP="00B05E02">
      <w:pPr>
        <w:pStyle w:val="Normalwebb"/>
        <w:shd w:val="clear" w:color="auto" w:fill="FFFFFF"/>
        <w:spacing w:before="0" w:beforeAutospacing="0" w:after="0" w:afterAutospacing="0"/>
        <w:textAlignment w:val="baseline"/>
        <w:rPr>
          <w:rFonts w:ascii="Arial" w:hAnsi="Arial" w:cs="Arial"/>
          <w:sz w:val="28"/>
          <w:szCs w:val="28"/>
        </w:rPr>
      </w:pPr>
      <w:r w:rsidRPr="00B05E02">
        <w:rPr>
          <w:rFonts w:ascii="Arial" w:hAnsi="Arial" w:cs="Arial"/>
          <w:sz w:val="28"/>
          <w:szCs w:val="28"/>
        </w:rPr>
        <w:t xml:space="preserve"> </w:t>
      </w:r>
    </w:p>
    <w:p w14:paraId="2CB6003D" w14:textId="77777777" w:rsidR="005512D1" w:rsidRDefault="005512D1" w:rsidP="000C58DF">
      <w:pPr>
        <w:rPr>
          <w:lang w:val="sv-SE"/>
        </w:rPr>
      </w:pPr>
      <w:bookmarkStart w:id="41" w:name="_Toc132890636"/>
      <w:bookmarkStart w:id="42" w:name="_Toc150507763"/>
    </w:p>
    <w:p w14:paraId="05816621" w14:textId="77777777" w:rsidR="005512D1" w:rsidRDefault="005512D1" w:rsidP="000C58DF">
      <w:pPr>
        <w:rPr>
          <w:lang w:val="sv-SE"/>
        </w:rPr>
      </w:pPr>
    </w:p>
    <w:p w14:paraId="3C3AB4C8" w14:textId="77777777" w:rsidR="003E2C5F" w:rsidRDefault="003E2C5F" w:rsidP="000C58DF">
      <w:pPr>
        <w:rPr>
          <w:lang w:val="sv-SE"/>
        </w:rPr>
      </w:pPr>
    </w:p>
    <w:p w14:paraId="566395CB" w14:textId="77777777" w:rsidR="003E2C5F" w:rsidRDefault="003E2C5F" w:rsidP="000C58DF">
      <w:pPr>
        <w:rPr>
          <w:lang w:val="sv-SE"/>
        </w:rPr>
      </w:pPr>
    </w:p>
    <w:p w14:paraId="4714AE08" w14:textId="77777777" w:rsidR="003E2C5F" w:rsidRDefault="003E2C5F" w:rsidP="000C58DF">
      <w:pPr>
        <w:rPr>
          <w:lang w:val="sv-SE"/>
        </w:rPr>
      </w:pPr>
    </w:p>
    <w:p w14:paraId="490A11EB" w14:textId="77777777" w:rsidR="003E2C5F" w:rsidRDefault="003E2C5F" w:rsidP="000C58DF">
      <w:pPr>
        <w:rPr>
          <w:lang w:val="sv-SE"/>
        </w:rPr>
      </w:pPr>
    </w:p>
    <w:p w14:paraId="443A4F54" w14:textId="77777777" w:rsidR="003E2C5F" w:rsidRDefault="003E2C5F" w:rsidP="000C58DF">
      <w:pPr>
        <w:rPr>
          <w:lang w:val="sv-SE"/>
        </w:rPr>
      </w:pPr>
    </w:p>
    <w:p w14:paraId="2A0B1813" w14:textId="77777777" w:rsidR="003E2C5F" w:rsidRDefault="003E2C5F" w:rsidP="000C58DF">
      <w:pPr>
        <w:rPr>
          <w:lang w:val="sv-SE"/>
        </w:rPr>
      </w:pPr>
    </w:p>
    <w:p w14:paraId="76E75E8A" w14:textId="77777777" w:rsidR="003E2C5F" w:rsidRDefault="003E2C5F" w:rsidP="000C58DF">
      <w:pPr>
        <w:rPr>
          <w:lang w:val="sv-SE"/>
        </w:rPr>
      </w:pPr>
    </w:p>
    <w:p w14:paraId="06960AC9" w14:textId="77777777" w:rsidR="003E2C5F" w:rsidRDefault="003E2C5F" w:rsidP="000C58DF">
      <w:pPr>
        <w:rPr>
          <w:lang w:val="sv-SE"/>
        </w:rPr>
      </w:pPr>
    </w:p>
    <w:p w14:paraId="39FCE48B" w14:textId="77777777" w:rsidR="003E2C5F" w:rsidRDefault="003E2C5F" w:rsidP="000C58DF">
      <w:pPr>
        <w:rPr>
          <w:lang w:val="sv-SE"/>
        </w:rPr>
      </w:pPr>
    </w:p>
    <w:p w14:paraId="6BD229CA" w14:textId="77777777" w:rsidR="003E2C5F" w:rsidRDefault="003E2C5F" w:rsidP="000C58DF">
      <w:pPr>
        <w:rPr>
          <w:lang w:val="sv-SE"/>
        </w:rPr>
      </w:pPr>
    </w:p>
    <w:p w14:paraId="32343243" w14:textId="77777777" w:rsidR="003E2C5F" w:rsidRDefault="003E2C5F" w:rsidP="000C58DF">
      <w:pPr>
        <w:rPr>
          <w:lang w:val="sv-SE"/>
        </w:rPr>
      </w:pPr>
    </w:p>
    <w:p w14:paraId="2D0B0CCB" w14:textId="77777777" w:rsidR="003E2C5F" w:rsidRDefault="003E2C5F" w:rsidP="000C58DF">
      <w:pPr>
        <w:rPr>
          <w:lang w:val="sv-SE"/>
        </w:rPr>
      </w:pPr>
    </w:p>
    <w:p w14:paraId="087BA352" w14:textId="77777777" w:rsidR="003E2C5F" w:rsidRDefault="003E2C5F" w:rsidP="000C58DF">
      <w:pPr>
        <w:rPr>
          <w:lang w:val="sv-SE"/>
        </w:rPr>
      </w:pPr>
    </w:p>
    <w:p w14:paraId="55348216" w14:textId="77777777" w:rsidR="003E2C5F" w:rsidRDefault="003E2C5F" w:rsidP="000C58DF">
      <w:pPr>
        <w:rPr>
          <w:lang w:val="sv-SE"/>
        </w:rPr>
      </w:pPr>
    </w:p>
    <w:p w14:paraId="4872773A" w14:textId="77777777" w:rsidR="003E2C5F" w:rsidRDefault="003E2C5F" w:rsidP="000C58DF">
      <w:pPr>
        <w:rPr>
          <w:lang w:val="sv-SE"/>
        </w:rPr>
      </w:pPr>
    </w:p>
    <w:p w14:paraId="70DDC095" w14:textId="77777777" w:rsidR="003E2C5F" w:rsidRDefault="003E2C5F" w:rsidP="000C58DF">
      <w:pPr>
        <w:rPr>
          <w:lang w:val="sv-SE"/>
        </w:rPr>
      </w:pPr>
    </w:p>
    <w:p w14:paraId="63C6FA35" w14:textId="77777777" w:rsidR="003E2C5F" w:rsidRDefault="003E2C5F" w:rsidP="000C58DF">
      <w:pPr>
        <w:rPr>
          <w:lang w:val="sv-SE"/>
        </w:rPr>
      </w:pPr>
    </w:p>
    <w:p w14:paraId="27A7D1F1" w14:textId="77777777" w:rsidR="003E2C5F" w:rsidRDefault="003E2C5F" w:rsidP="000C58DF">
      <w:pPr>
        <w:rPr>
          <w:lang w:val="sv-SE"/>
        </w:rPr>
      </w:pPr>
    </w:p>
    <w:p w14:paraId="25C8CC54" w14:textId="77777777" w:rsidR="003E2C5F" w:rsidRDefault="003E2C5F" w:rsidP="000C58DF">
      <w:pPr>
        <w:rPr>
          <w:lang w:val="sv-SE"/>
        </w:rPr>
      </w:pPr>
    </w:p>
    <w:p w14:paraId="6CE5D6AA" w14:textId="77777777" w:rsidR="003E2C5F" w:rsidRDefault="003E2C5F" w:rsidP="000C58DF">
      <w:pPr>
        <w:rPr>
          <w:lang w:val="sv-SE"/>
        </w:rPr>
      </w:pPr>
    </w:p>
    <w:p w14:paraId="36F53C8A" w14:textId="77777777" w:rsidR="003E2C5F" w:rsidRDefault="003E2C5F" w:rsidP="000C58DF">
      <w:pPr>
        <w:rPr>
          <w:lang w:val="sv-SE"/>
        </w:rPr>
      </w:pPr>
    </w:p>
    <w:p w14:paraId="2207CB06" w14:textId="77777777" w:rsidR="003E2C5F" w:rsidRDefault="003E2C5F" w:rsidP="000C58DF">
      <w:pPr>
        <w:rPr>
          <w:lang w:val="sv-SE"/>
        </w:rPr>
      </w:pPr>
    </w:p>
    <w:p w14:paraId="14CDFA9B" w14:textId="77777777" w:rsidR="00F503D5" w:rsidRDefault="00F503D5" w:rsidP="00F503D5">
      <w:pPr>
        <w:rPr>
          <w:rFonts w:ascii="Arial" w:hAnsi="Arial" w:cs="Arial"/>
          <w:sz w:val="28"/>
          <w:szCs w:val="28"/>
          <w:lang w:val="sv-SE" w:eastAsia="sv-SE"/>
        </w:rPr>
      </w:pPr>
      <w:r w:rsidRPr="00D906E4">
        <w:rPr>
          <w:rFonts w:ascii="Arial" w:hAnsi="Arial" w:cs="Arial"/>
          <w:noProof/>
          <w:sz w:val="28"/>
          <w:szCs w:val="28"/>
          <w:lang w:eastAsia="sv-SE"/>
        </w:rPr>
        <mc:AlternateContent>
          <mc:Choice Requires="aink">
            <w:drawing>
              <wp:anchor distT="0" distB="0" distL="114300" distR="114300" simplePos="0" relativeHeight="251664384" behindDoc="0" locked="0" layoutInCell="1" allowOverlap="1" wp14:anchorId="3BD93ADD" wp14:editId="17B3F1B3">
                <wp:simplePos x="0" y="0"/>
                <wp:positionH relativeFrom="column">
                  <wp:posOffset>2384219</wp:posOffset>
                </wp:positionH>
                <wp:positionV relativeFrom="paragraph">
                  <wp:posOffset>254589</wp:posOffset>
                </wp:positionV>
                <wp:extent cx="11880" cy="9360"/>
                <wp:effectExtent l="38100" t="57150" r="45720" b="48260"/>
                <wp:wrapNone/>
                <wp:docPr id="53" name="Pennanteckning 53"/>
                <wp:cNvGraphicFramePr/>
                <a:graphic xmlns:a="http://schemas.openxmlformats.org/drawingml/2006/main">
                  <a:graphicData uri="http://schemas.microsoft.com/office/word/2010/wordprocessingInk">
                    <w14:contentPart bwMode="auto" r:id="rId14">
                      <w14:nvContentPartPr>
                        <w14:cNvContentPartPr/>
                      </w14:nvContentPartPr>
                      <w14:xfrm>
                        <a:off x="0" y="0"/>
                        <a:ext cx="11880" cy="9360"/>
                      </w14:xfrm>
                    </w14:contentPart>
                  </a:graphicData>
                </a:graphic>
              </wp:anchor>
            </w:drawing>
          </mc:Choice>
          <mc:Fallback>
            <w:drawing>
              <wp:anchor distT="0" distB="0" distL="114300" distR="114300" simplePos="0" relativeHeight="251664384" behindDoc="0" locked="0" layoutInCell="1" allowOverlap="1" wp14:anchorId="3BD93ADD" wp14:editId="17B3F1B3">
                <wp:simplePos x="0" y="0"/>
                <wp:positionH relativeFrom="column">
                  <wp:posOffset>2384219</wp:posOffset>
                </wp:positionH>
                <wp:positionV relativeFrom="paragraph">
                  <wp:posOffset>254589</wp:posOffset>
                </wp:positionV>
                <wp:extent cx="11880" cy="9360"/>
                <wp:effectExtent l="38100" t="57150" r="45720" b="48260"/>
                <wp:wrapNone/>
                <wp:docPr id="53" name="Pennanteckning 53"/>
                <wp:cNvGraphicFramePr/>
                <a:graphic xmlns:a="http://schemas.openxmlformats.org/drawingml/2006/main">
                  <a:graphicData uri="http://schemas.openxmlformats.org/drawingml/2006/picture">
                    <pic:pic xmlns:pic="http://schemas.openxmlformats.org/drawingml/2006/picture">
                      <pic:nvPicPr>
                        <pic:cNvPr id="53" name="Pennanteckning 53"/>
                        <pic:cNvPicPr/>
                      </pic:nvPicPr>
                      <pic:blipFill>
                        <a:blip r:embed="rId16"/>
                        <a:stretch>
                          <a:fillRect/>
                        </a:stretch>
                      </pic:blipFill>
                      <pic:spPr>
                        <a:xfrm>
                          <a:off x="0" y="0"/>
                          <a:ext cx="46472" cy="225000"/>
                        </a:xfrm>
                        <a:prstGeom prst="rect">
                          <a:avLst/>
                        </a:prstGeom>
                      </pic:spPr>
                    </pic:pic>
                  </a:graphicData>
                </a:graphic>
              </wp:anchor>
            </w:drawing>
          </mc:Fallback>
        </mc:AlternateContent>
      </w:r>
      <w:r w:rsidRPr="00D906E4">
        <w:rPr>
          <w:rFonts w:ascii="Arial" w:hAnsi="Arial" w:cs="Arial"/>
          <w:noProof/>
          <w:sz w:val="28"/>
          <w:szCs w:val="28"/>
          <w:lang w:eastAsia="sv-SE"/>
        </w:rPr>
        <mc:AlternateContent>
          <mc:Choice Requires="aink">
            <w:drawing>
              <wp:anchor distT="0" distB="0" distL="114300" distR="114300" simplePos="0" relativeHeight="251663360" behindDoc="0" locked="0" layoutInCell="1" allowOverlap="1" wp14:anchorId="6D4C2974" wp14:editId="1DDF47A5">
                <wp:simplePos x="0" y="0"/>
                <wp:positionH relativeFrom="column">
                  <wp:posOffset>2587259</wp:posOffset>
                </wp:positionH>
                <wp:positionV relativeFrom="paragraph">
                  <wp:posOffset>558789</wp:posOffset>
                </wp:positionV>
                <wp:extent cx="360" cy="360"/>
                <wp:effectExtent l="57150" t="38100" r="38100" b="57150"/>
                <wp:wrapNone/>
                <wp:docPr id="52" name="Pennanteckning 52"/>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drawing>
              <wp:anchor distT="0" distB="0" distL="114300" distR="114300" simplePos="0" relativeHeight="251663360" behindDoc="0" locked="0" layoutInCell="1" allowOverlap="1" wp14:anchorId="6D4C2974" wp14:editId="1DDF47A5">
                <wp:simplePos x="0" y="0"/>
                <wp:positionH relativeFrom="column">
                  <wp:posOffset>2587259</wp:posOffset>
                </wp:positionH>
                <wp:positionV relativeFrom="paragraph">
                  <wp:posOffset>558789</wp:posOffset>
                </wp:positionV>
                <wp:extent cx="360" cy="360"/>
                <wp:effectExtent l="57150" t="38100" r="38100" b="57150"/>
                <wp:wrapNone/>
                <wp:docPr id="52" name="Pennanteckning 52"/>
                <wp:cNvGraphicFramePr/>
                <a:graphic xmlns:a="http://schemas.openxmlformats.org/drawingml/2006/main">
                  <a:graphicData uri="http://schemas.openxmlformats.org/drawingml/2006/picture">
                    <pic:pic xmlns:pic="http://schemas.openxmlformats.org/drawingml/2006/picture">
                      <pic:nvPicPr>
                        <pic:cNvPr id="52" name="Pennanteckning 52"/>
                        <pic:cNvPicPr/>
                      </pic:nvPicPr>
                      <pic:blipFill>
                        <a:blip r:embed="rId18"/>
                        <a:stretch>
                          <a:fillRect/>
                        </a:stretch>
                      </pic:blipFill>
                      <pic:spPr>
                        <a:xfrm>
                          <a:off x="0" y="0"/>
                          <a:ext cx="36000" cy="216000"/>
                        </a:xfrm>
                        <a:prstGeom prst="rect">
                          <a:avLst/>
                        </a:prstGeom>
                      </pic:spPr>
                    </pic:pic>
                  </a:graphicData>
                </a:graphic>
              </wp:anchor>
            </w:drawing>
          </mc:Fallback>
        </mc:AlternateContent>
      </w:r>
      <w:r w:rsidRPr="00D906E4">
        <w:rPr>
          <w:rFonts w:ascii="Arial" w:hAnsi="Arial" w:cs="Arial"/>
          <w:sz w:val="28"/>
          <w:szCs w:val="28"/>
          <w:lang w:val="sv-SE" w:eastAsia="sv-SE"/>
        </w:rPr>
        <w:t xml:space="preserve">Katalogen finns i fyra olika format: svartskrift, punktskrift, </w:t>
      </w:r>
      <w:proofErr w:type="spellStart"/>
      <w:r w:rsidRPr="00D906E4">
        <w:rPr>
          <w:rFonts w:ascii="Arial" w:hAnsi="Arial" w:cs="Arial"/>
          <w:sz w:val="28"/>
          <w:szCs w:val="28"/>
          <w:lang w:val="sv-SE" w:eastAsia="sv-SE"/>
        </w:rPr>
        <w:t>daisy</w:t>
      </w:r>
      <w:proofErr w:type="spellEnd"/>
      <w:r w:rsidRPr="00D906E4">
        <w:rPr>
          <w:rFonts w:ascii="Arial" w:hAnsi="Arial" w:cs="Arial"/>
          <w:sz w:val="28"/>
          <w:szCs w:val="28"/>
          <w:lang w:val="sv-SE" w:eastAsia="sv-SE"/>
        </w:rPr>
        <w:t xml:space="preserve"> och </w:t>
      </w:r>
      <w:r w:rsidRPr="00D906E4">
        <w:rPr>
          <w:rFonts w:ascii="Arial" w:hAnsi="Arial" w:cs="Arial"/>
          <w:sz w:val="28"/>
          <w:szCs w:val="28"/>
          <w:lang w:val="sv-SE" w:eastAsia="sv-SE"/>
        </w:rPr>
        <w:br/>
        <w:t xml:space="preserve">mejl. Du kan även gå in på SRF:s hemsida </w:t>
      </w:r>
      <w:hyperlink r:id="rId19" w:history="1">
        <w:r w:rsidRPr="00D906E4">
          <w:rPr>
            <w:rStyle w:val="Hyperlnk"/>
            <w:rFonts w:ascii="Arial" w:hAnsi="Arial" w:cs="Arial"/>
            <w:sz w:val="28"/>
            <w:szCs w:val="28"/>
            <w:lang w:val="sv-SE" w:eastAsia="sv-SE"/>
          </w:rPr>
          <w:t>srf.nu</w:t>
        </w:r>
      </w:hyperlink>
      <w:r w:rsidRPr="00D906E4">
        <w:rPr>
          <w:rFonts w:ascii="Arial" w:hAnsi="Arial" w:cs="Arial"/>
          <w:sz w:val="28"/>
          <w:szCs w:val="28"/>
          <w:lang w:val="sv-SE" w:eastAsia="sv-SE"/>
        </w:rPr>
        <w:t xml:space="preserve"> och läsa katalogen digitalt.</w:t>
      </w:r>
    </w:p>
    <w:p w14:paraId="4B9E55E4" w14:textId="61C487D4" w:rsidR="003E2C5F" w:rsidRPr="00465040" w:rsidRDefault="00465040" w:rsidP="000C58DF">
      <w:pPr>
        <w:rPr>
          <w:lang w:val="sv-SE"/>
        </w:rPr>
      </w:pPr>
      <w:r w:rsidRPr="00465040">
        <w:rPr>
          <w:rStyle w:val="Betoning"/>
          <w:rFonts w:ascii="Arial" w:hAnsi="Arial" w:cs="Arial"/>
          <w:i w:val="0"/>
          <w:iCs w:val="0"/>
          <w:sz w:val="28"/>
          <w:szCs w:val="28"/>
          <w:shd w:val="clear" w:color="auto" w:fill="FFFFFF"/>
          <w:lang w:val="sv-SE"/>
        </w:rPr>
        <w:t>Vi reserverar oss</w:t>
      </w:r>
      <w:r w:rsidRPr="00465040">
        <w:rPr>
          <w:rFonts w:ascii="Arial" w:hAnsi="Arial" w:cs="Arial"/>
          <w:sz w:val="28"/>
          <w:szCs w:val="28"/>
          <w:shd w:val="clear" w:color="auto" w:fill="FFFFFF"/>
          <w:lang w:val="sv-SE"/>
        </w:rPr>
        <w:t xml:space="preserve"> för </w:t>
      </w:r>
      <w:r w:rsidRPr="00465040">
        <w:rPr>
          <w:rStyle w:val="Betoning"/>
          <w:rFonts w:ascii="Arial" w:hAnsi="Arial" w:cs="Arial"/>
          <w:i w:val="0"/>
          <w:iCs w:val="0"/>
          <w:sz w:val="28"/>
          <w:szCs w:val="28"/>
          <w:shd w:val="clear" w:color="auto" w:fill="FFFFFF"/>
          <w:lang w:val="sv-SE"/>
        </w:rPr>
        <w:t>eventuella tryckfel</w:t>
      </w:r>
      <w:r w:rsidRPr="00465040">
        <w:rPr>
          <w:rFonts w:ascii="Arial" w:hAnsi="Arial" w:cs="Arial"/>
          <w:sz w:val="28"/>
          <w:szCs w:val="28"/>
          <w:shd w:val="clear" w:color="auto" w:fill="FFFFFF"/>
          <w:lang w:val="sv-SE"/>
        </w:rPr>
        <w:t> och </w:t>
      </w:r>
      <w:r w:rsidRPr="00465040">
        <w:rPr>
          <w:rStyle w:val="Betoning"/>
          <w:rFonts w:ascii="Arial" w:hAnsi="Arial" w:cs="Arial"/>
          <w:i w:val="0"/>
          <w:iCs w:val="0"/>
          <w:sz w:val="28"/>
          <w:szCs w:val="28"/>
          <w:shd w:val="clear" w:color="auto" w:fill="FFFFFF"/>
          <w:lang w:val="sv-SE"/>
        </w:rPr>
        <w:t>förbehåller oss rätten</w:t>
      </w:r>
      <w:r w:rsidRPr="00465040">
        <w:rPr>
          <w:rFonts w:ascii="Arial" w:hAnsi="Arial" w:cs="Arial"/>
          <w:sz w:val="28"/>
          <w:szCs w:val="28"/>
          <w:shd w:val="clear" w:color="auto" w:fill="FFFFFF"/>
          <w:lang w:val="sv-SE"/>
        </w:rPr>
        <w:t> till ändring av priser</w:t>
      </w:r>
      <w:r>
        <w:rPr>
          <w:lang w:val="sv-SE"/>
        </w:rPr>
        <w:t>.</w:t>
      </w:r>
      <w:r w:rsidRPr="00465040">
        <w:rPr>
          <w:lang w:val="sv-SE"/>
        </w:rPr>
        <w:t> </w:t>
      </w:r>
    </w:p>
    <w:p w14:paraId="22BFB171" w14:textId="77777777" w:rsidR="003E2C5F" w:rsidRDefault="003E2C5F" w:rsidP="000C58DF">
      <w:pPr>
        <w:rPr>
          <w:lang w:val="sv-SE"/>
        </w:rPr>
      </w:pPr>
    </w:p>
    <w:p w14:paraId="62817E9A" w14:textId="77777777" w:rsidR="003E2C5F" w:rsidRDefault="003E2C5F" w:rsidP="000C58DF">
      <w:pPr>
        <w:rPr>
          <w:lang w:val="sv-SE"/>
        </w:rPr>
      </w:pPr>
    </w:p>
    <w:p w14:paraId="6F5CB9B6" w14:textId="77777777" w:rsidR="003E2C5F" w:rsidRDefault="003E2C5F" w:rsidP="000C58DF">
      <w:pPr>
        <w:rPr>
          <w:lang w:val="sv-SE"/>
        </w:rPr>
      </w:pPr>
    </w:p>
    <w:p w14:paraId="27FFDAF0" w14:textId="370D4E16" w:rsidR="00664818" w:rsidRPr="000C58DF" w:rsidRDefault="00664818" w:rsidP="00D440EE">
      <w:pPr>
        <w:pStyle w:val="Rubrik1"/>
        <w:rPr>
          <w:rFonts w:ascii="Arial" w:hAnsi="Arial" w:cs="Arial"/>
          <w:b w:val="0"/>
          <w:bCs w:val="0"/>
          <w:color w:val="4F81BD" w:themeColor="accent1"/>
          <w:sz w:val="32"/>
          <w:szCs w:val="32"/>
          <w:lang w:val="sv-SE"/>
        </w:rPr>
      </w:pPr>
      <w:bookmarkStart w:id="43" w:name="_Toc198883931"/>
      <w:r w:rsidRPr="000C58DF">
        <w:rPr>
          <w:rStyle w:val="Rubrik1Char"/>
          <w:rFonts w:ascii="Arial" w:eastAsia="Calibri" w:hAnsi="Arial" w:cs="Arial"/>
          <w:b/>
          <w:bCs/>
          <w:color w:val="4F81BD" w:themeColor="accent1"/>
          <w:sz w:val="32"/>
          <w:szCs w:val="32"/>
          <w:lang w:val="sv-SE"/>
        </w:rPr>
        <w:lastRenderedPageBreak/>
        <w:t>Anmälningsblankett gruppresa</w:t>
      </w:r>
      <w:bookmarkEnd w:id="41"/>
      <w:bookmarkEnd w:id="42"/>
      <w:bookmarkEnd w:id="43"/>
    </w:p>
    <w:p w14:paraId="1D7F008E" w14:textId="428690CC" w:rsidR="00664818" w:rsidRPr="00EC0BEA" w:rsidRDefault="00664818" w:rsidP="00EC0BEA">
      <w:pPr>
        <w:spacing w:before="206"/>
        <w:rPr>
          <w:rFonts w:ascii="Arial" w:hAnsi="Arial" w:cs="Arial"/>
          <w:b/>
          <w:color w:val="000000" w:themeColor="text1"/>
          <w:sz w:val="28"/>
          <w:szCs w:val="28"/>
          <w:lang w:val="sv-SE"/>
        </w:rPr>
      </w:pPr>
      <w:bookmarkStart w:id="44" w:name="Sista_anmälningsdatum_17_januari_2023."/>
      <w:bookmarkEnd w:id="44"/>
      <w:r w:rsidRPr="00EC0BEA">
        <w:rPr>
          <w:rFonts w:ascii="Arial" w:hAnsi="Arial" w:cs="Arial"/>
          <w:b/>
          <w:color w:val="000000" w:themeColor="text1"/>
          <w:sz w:val="28"/>
          <w:szCs w:val="28"/>
          <w:lang w:val="sv-SE"/>
        </w:rPr>
        <w:t>Sista</w:t>
      </w:r>
      <w:r w:rsidRPr="00EC0BEA">
        <w:rPr>
          <w:rFonts w:ascii="Arial" w:hAnsi="Arial" w:cs="Arial"/>
          <w:b/>
          <w:color w:val="000000" w:themeColor="text1"/>
          <w:spacing w:val="-7"/>
          <w:sz w:val="28"/>
          <w:szCs w:val="28"/>
          <w:lang w:val="sv-SE"/>
        </w:rPr>
        <w:t xml:space="preserve"> </w:t>
      </w:r>
      <w:r w:rsidRPr="00EC0BEA">
        <w:rPr>
          <w:rFonts w:ascii="Arial" w:hAnsi="Arial" w:cs="Arial"/>
          <w:b/>
          <w:color w:val="000000" w:themeColor="text1"/>
          <w:sz w:val="28"/>
          <w:szCs w:val="28"/>
          <w:lang w:val="sv-SE"/>
        </w:rPr>
        <w:t>anmälningsdatum</w:t>
      </w:r>
      <w:r w:rsidRPr="00EC0BEA">
        <w:rPr>
          <w:rFonts w:ascii="Arial" w:hAnsi="Arial" w:cs="Arial"/>
          <w:b/>
          <w:color w:val="000000" w:themeColor="text1"/>
          <w:spacing w:val="-7"/>
          <w:sz w:val="28"/>
          <w:szCs w:val="28"/>
          <w:lang w:val="sv-SE"/>
        </w:rPr>
        <w:t xml:space="preserve"> den </w:t>
      </w:r>
      <w:r w:rsidRPr="00EC0BEA">
        <w:rPr>
          <w:rFonts w:ascii="Arial" w:hAnsi="Arial" w:cs="Arial"/>
          <w:b/>
          <w:color w:val="000000" w:themeColor="text1"/>
          <w:sz w:val="28"/>
          <w:szCs w:val="28"/>
          <w:lang w:val="sv-SE"/>
        </w:rPr>
        <w:t>25 juni</w:t>
      </w:r>
      <w:r w:rsidRPr="00EC0BEA">
        <w:rPr>
          <w:rFonts w:ascii="Arial" w:hAnsi="Arial" w:cs="Arial"/>
          <w:b/>
          <w:color w:val="000000" w:themeColor="text1"/>
          <w:spacing w:val="-5"/>
          <w:sz w:val="28"/>
          <w:szCs w:val="28"/>
          <w:lang w:val="sv-SE"/>
        </w:rPr>
        <w:t xml:space="preserve"> </w:t>
      </w:r>
      <w:r w:rsidRPr="00EC0BEA">
        <w:rPr>
          <w:rFonts w:ascii="Arial" w:hAnsi="Arial" w:cs="Arial"/>
          <w:b/>
          <w:color w:val="000000" w:themeColor="text1"/>
          <w:spacing w:val="-2"/>
          <w:sz w:val="28"/>
          <w:szCs w:val="28"/>
          <w:lang w:val="sv-SE"/>
        </w:rPr>
        <w:t>2025</w:t>
      </w:r>
    </w:p>
    <w:p w14:paraId="564368AC" w14:textId="77777777" w:rsidR="00FD07A7" w:rsidRDefault="00664818" w:rsidP="00FD07A7">
      <w:pPr>
        <w:pStyle w:val="Brdtext"/>
        <w:spacing w:before="120" w:line="360" w:lineRule="auto"/>
        <w:ind w:right="108"/>
        <w:rPr>
          <w:rFonts w:ascii="Arial" w:hAnsi="Arial" w:cs="Arial"/>
          <w:color w:val="000000" w:themeColor="text1"/>
          <w:sz w:val="28"/>
          <w:szCs w:val="28"/>
          <w:lang w:val="sv-SE"/>
        </w:rPr>
      </w:pPr>
      <w:r w:rsidRPr="00EC0BEA">
        <w:rPr>
          <w:rFonts w:ascii="Arial" w:hAnsi="Arial" w:cs="Arial"/>
          <w:color w:val="000000" w:themeColor="text1"/>
          <w:sz w:val="28"/>
          <w:szCs w:val="28"/>
          <w:lang w:val="sv-SE"/>
        </w:rPr>
        <w:t>Paris……………………………………</w:t>
      </w:r>
      <w:r w:rsidR="00EC0BEA">
        <w:rPr>
          <w:rFonts w:ascii="Arial" w:hAnsi="Arial" w:cs="Arial"/>
          <w:color w:val="000000" w:themeColor="text1"/>
          <w:sz w:val="28"/>
          <w:szCs w:val="28"/>
          <w:lang w:val="sv-SE"/>
        </w:rPr>
        <w:t>.</w:t>
      </w:r>
    </w:p>
    <w:p w14:paraId="689CC1EC" w14:textId="40569FF6" w:rsidR="00664818" w:rsidRPr="00EC0BEA" w:rsidRDefault="00664818" w:rsidP="00FD07A7">
      <w:pPr>
        <w:pStyle w:val="Brdtext"/>
        <w:spacing w:before="120" w:line="360" w:lineRule="auto"/>
        <w:ind w:right="108"/>
        <w:rPr>
          <w:rFonts w:ascii="Arial" w:hAnsi="Arial" w:cs="Arial"/>
          <w:color w:val="000000" w:themeColor="text1"/>
          <w:sz w:val="28"/>
          <w:szCs w:val="28"/>
          <w:lang w:val="sv-SE"/>
        </w:rPr>
      </w:pPr>
      <w:proofErr w:type="spellStart"/>
      <w:r w:rsidRPr="00EC0BEA">
        <w:rPr>
          <w:rFonts w:ascii="Arial" w:hAnsi="Arial" w:cs="Arial"/>
          <w:color w:val="000000" w:themeColor="text1"/>
          <w:sz w:val="28"/>
          <w:szCs w:val="28"/>
          <w:lang w:val="sv-SE"/>
        </w:rPr>
        <w:t>Aegina</w:t>
      </w:r>
      <w:proofErr w:type="spellEnd"/>
      <w:r w:rsidRPr="00EC0BEA">
        <w:rPr>
          <w:rFonts w:ascii="Arial" w:hAnsi="Arial" w:cs="Arial"/>
          <w:color w:val="000000" w:themeColor="text1"/>
          <w:sz w:val="28"/>
          <w:szCs w:val="28"/>
          <w:lang w:val="sv-SE"/>
        </w:rPr>
        <w:t>…………………………………</w:t>
      </w:r>
    </w:p>
    <w:p w14:paraId="0AAA39F6" w14:textId="258C0CFB" w:rsidR="00664818" w:rsidRPr="00EC0BEA" w:rsidRDefault="00664818" w:rsidP="00FD07A7">
      <w:pPr>
        <w:pStyle w:val="Brdtext"/>
        <w:spacing w:before="120" w:line="360" w:lineRule="auto"/>
        <w:ind w:right="108"/>
        <w:rPr>
          <w:rFonts w:ascii="Arial" w:hAnsi="Arial" w:cs="Arial"/>
          <w:color w:val="000000" w:themeColor="text1"/>
          <w:sz w:val="28"/>
          <w:szCs w:val="28"/>
          <w:lang w:val="sv-SE"/>
        </w:rPr>
      </w:pPr>
      <w:proofErr w:type="gramStart"/>
      <w:r w:rsidRPr="00EC0BEA">
        <w:rPr>
          <w:rFonts w:ascii="Arial" w:hAnsi="Arial" w:cs="Arial"/>
          <w:color w:val="000000" w:themeColor="text1"/>
          <w:sz w:val="28"/>
          <w:szCs w:val="28"/>
          <w:lang w:val="sv-SE"/>
        </w:rPr>
        <w:t>Teneriffa.……..</w:t>
      </w:r>
      <w:proofErr w:type="gramEnd"/>
      <w:r w:rsidRPr="00EC0BEA">
        <w:rPr>
          <w:rFonts w:ascii="Arial" w:hAnsi="Arial" w:cs="Arial"/>
          <w:color w:val="000000" w:themeColor="text1"/>
          <w:sz w:val="28"/>
          <w:szCs w:val="28"/>
          <w:lang w:val="sv-SE"/>
        </w:rPr>
        <w:t xml:space="preserve">………………………… </w:t>
      </w:r>
    </w:p>
    <w:p w14:paraId="2C45197C" w14:textId="3D6C7254" w:rsidR="00664818" w:rsidRPr="00EC0BEA" w:rsidRDefault="00664818" w:rsidP="00FD07A7">
      <w:pPr>
        <w:pStyle w:val="Brdtext"/>
        <w:spacing w:before="120" w:line="360" w:lineRule="auto"/>
        <w:ind w:right="108"/>
        <w:rPr>
          <w:rFonts w:ascii="Arial" w:hAnsi="Arial" w:cs="Arial"/>
          <w:color w:val="000000" w:themeColor="text1"/>
          <w:sz w:val="28"/>
          <w:szCs w:val="28"/>
          <w:lang w:val="sv-SE"/>
        </w:rPr>
      </w:pPr>
      <w:r w:rsidRPr="00EC0BEA">
        <w:rPr>
          <w:rFonts w:ascii="Arial" w:hAnsi="Arial" w:cs="Arial"/>
          <w:color w:val="000000" w:themeColor="text1"/>
          <w:sz w:val="28"/>
          <w:szCs w:val="28"/>
          <w:lang w:val="sv-SE"/>
        </w:rPr>
        <w:t xml:space="preserve">Helsingfors……………………………… </w:t>
      </w:r>
    </w:p>
    <w:p w14:paraId="4D3A03A0" w14:textId="77777777" w:rsidR="006D21D7" w:rsidRPr="00EC0BEA" w:rsidRDefault="00664818" w:rsidP="00EC0BEA">
      <w:pPr>
        <w:rPr>
          <w:rFonts w:ascii="Arial" w:hAnsi="Arial" w:cs="Arial"/>
          <w:color w:val="000000" w:themeColor="text1"/>
          <w:sz w:val="28"/>
          <w:szCs w:val="28"/>
          <w:lang w:val="sv-SE"/>
        </w:rPr>
      </w:pPr>
      <w:r w:rsidRPr="00EC0BEA">
        <w:rPr>
          <w:rFonts w:ascii="Arial" w:hAnsi="Arial" w:cs="Arial"/>
          <w:b/>
          <w:color w:val="000000" w:themeColor="text1"/>
          <w:sz w:val="28"/>
          <w:szCs w:val="28"/>
          <w:lang w:val="sv-SE"/>
        </w:rPr>
        <w:t>Personuppgifter</w:t>
      </w:r>
      <w:r w:rsidRPr="00EC0BEA">
        <w:rPr>
          <w:rFonts w:ascii="Arial" w:hAnsi="Arial" w:cs="Arial"/>
          <w:color w:val="000000" w:themeColor="text1"/>
          <w:sz w:val="28"/>
          <w:szCs w:val="28"/>
          <w:lang w:val="sv-SE"/>
        </w:rPr>
        <w:t xml:space="preserve">: </w:t>
      </w:r>
    </w:p>
    <w:p w14:paraId="71EF71FA" w14:textId="0916DE46" w:rsidR="00664818" w:rsidRPr="00EC0BEA" w:rsidRDefault="00664818" w:rsidP="00EC0BEA">
      <w:pPr>
        <w:rPr>
          <w:rFonts w:ascii="Arial" w:hAnsi="Arial" w:cs="Arial"/>
          <w:color w:val="000000" w:themeColor="text1"/>
          <w:sz w:val="28"/>
          <w:szCs w:val="28"/>
          <w:lang w:val="sv-SE"/>
        </w:rPr>
      </w:pPr>
      <w:r w:rsidRPr="00EC0BEA">
        <w:rPr>
          <w:rFonts w:ascii="Arial" w:hAnsi="Arial" w:cs="Arial"/>
          <w:color w:val="000000" w:themeColor="text1"/>
          <w:sz w:val="28"/>
          <w:szCs w:val="28"/>
          <w:lang w:val="sv-SE"/>
        </w:rPr>
        <w:t>Namn….......................................................................................................</w:t>
      </w:r>
    </w:p>
    <w:p w14:paraId="47C8A657" w14:textId="77777777" w:rsidR="006D21D7" w:rsidRPr="00EC0BEA" w:rsidRDefault="006D21D7" w:rsidP="00EC0BEA">
      <w:pPr>
        <w:rPr>
          <w:rFonts w:ascii="Arial" w:hAnsi="Arial" w:cs="Arial"/>
          <w:color w:val="000000" w:themeColor="text1"/>
          <w:sz w:val="28"/>
          <w:szCs w:val="28"/>
          <w:lang w:val="sv-SE"/>
        </w:rPr>
      </w:pPr>
      <w:r w:rsidRPr="00EC0BEA">
        <w:rPr>
          <w:rFonts w:ascii="Arial" w:hAnsi="Arial" w:cs="Arial"/>
          <w:color w:val="000000" w:themeColor="text1"/>
          <w:spacing w:val="-2"/>
          <w:sz w:val="28"/>
          <w:szCs w:val="28"/>
          <w:lang w:val="sv-SE"/>
        </w:rPr>
        <w:t>Personnummer…...........................................................................................</w:t>
      </w:r>
    </w:p>
    <w:p w14:paraId="00E1D551" w14:textId="77777777" w:rsidR="00664818" w:rsidRPr="00EC0BEA" w:rsidRDefault="00664818" w:rsidP="00EC0BEA">
      <w:pPr>
        <w:pStyle w:val="Brdtext"/>
        <w:rPr>
          <w:rFonts w:ascii="Arial" w:hAnsi="Arial" w:cs="Arial"/>
          <w:color w:val="000000" w:themeColor="text1"/>
          <w:sz w:val="28"/>
          <w:szCs w:val="28"/>
          <w:lang w:val="sv-SE"/>
        </w:rPr>
      </w:pPr>
      <w:r w:rsidRPr="00EC0BEA">
        <w:rPr>
          <w:rFonts w:ascii="Arial" w:hAnsi="Arial" w:cs="Arial"/>
          <w:color w:val="000000" w:themeColor="text1"/>
          <w:spacing w:val="-2"/>
          <w:sz w:val="28"/>
          <w:szCs w:val="28"/>
          <w:lang w:val="sv-SE"/>
        </w:rPr>
        <w:t>Adress............................................................................................................</w:t>
      </w:r>
    </w:p>
    <w:p w14:paraId="72C12671" w14:textId="77777777" w:rsidR="00664818" w:rsidRPr="00EC0BEA" w:rsidRDefault="00664818" w:rsidP="00EC0BEA">
      <w:pPr>
        <w:pStyle w:val="Brdtext"/>
        <w:spacing w:before="163"/>
        <w:rPr>
          <w:rFonts w:ascii="Arial" w:hAnsi="Arial" w:cs="Arial"/>
          <w:color w:val="000000" w:themeColor="text1"/>
          <w:sz w:val="28"/>
          <w:szCs w:val="28"/>
          <w:lang w:val="sv-SE"/>
        </w:rPr>
      </w:pPr>
      <w:r w:rsidRPr="00EC0BEA">
        <w:rPr>
          <w:rFonts w:ascii="Arial" w:hAnsi="Arial" w:cs="Arial"/>
          <w:color w:val="000000" w:themeColor="text1"/>
          <w:spacing w:val="-2"/>
          <w:sz w:val="28"/>
          <w:szCs w:val="28"/>
          <w:lang w:val="sv-SE"/>
        </w:rPr>
        <w:t>Telefon...........................................................................................................</w:t>
      </w:r>
    </w:p>
    <w:p w14:paraId="76ECA8B9" w14:textId="77777777" w:rsidR="00664818" w:rsidRPr="00EC0BEA" w:rsidRDefault="00664818" w:rsidP="00EC0BEA">
      <w:pPr>
        <w:pStyle w:val="Brdtext"/>
        <w:spacing w:before="160"/>
        <w:rPr>
          <w:rFonts w:ascii="Arial" w:hAnsi="Arial" w:cs="Arial"/>
          <w:color w:val="000000" w:themeColor="text1"/>
          <w:sz w:val="28"/>
          <w:szCs w:val="28"/>
          <w:lang w:val="sv-SE"/>
        </w:rPr>
      </w:pPr>
      <w:r w:rsidRPr="00EC0BEA">
        <w:rPr>
          <w:rFonts w:ascii="Arial" w:hAnsi="Arial" w:cs="Arial"/>
          <w:color w:val="000000" w:themeColor="text1"/>
          <w:spacing w:val="-2"/>
          <w:sz w:val="28"/>
          <w:szCs w:val="28"/>
          <w:lang w:val="sv-SE"/>
        </w:rPr>
        <w:t>Mejl.................................................................................................................</w:t>
      </w:r>
    </w:p>
    <w:p w14:paraId="554AE911" w14:textId="3D23AFC4" w:rsidR="00664818" w:rsidRPr="00EC0BEA" w:rsidRDefault="00664818" w:rsidP="00EC0BEA">
      <w:pPr>
        <w:pStyle w:val="Brdtext"/>
        <w:spacing w:before="161"/>
        <w:rPr>
          <w:rFonts w:ascii="Arial" w:hAnsi="Arial" w:cs="Arial"/>
          <w:color w:val="000000" w:themeColor="text1"/>
          <w:sz w:val="28"/>
          <w:szCs w:val="28"/>
          <w:lang w:val="sv-SE"/>
        </w:rPr>
      </w:pPr>
      <w:r w:rsidRPr="00EC0BEA">
        <w:rPr>
          <w:rFonts w:ascii="Arial" w:hAnsi="Arial" w:cs="Arial"/>
          <w:color w:val="000000" w:themeColor="text1"/>
          <w:sz w:val="28"/>
          <w:szCs w:val="28"/>
          <w:lang w:val="sv-SE"/>
        </w:rPr>
        <w:t>Har</w:t>
      </w:r>
      <w:r w:rsidRPr="00EC0BEA">
        <w:rPr>
          <w:rFonts w:ascii="Arial" w:hAnsi="Arial" w:cs="Arial"/>
          <w:color w:val="000000" w:themeColor="text1"/>
          <w:spacing w:val="-5"/>
          <w:sz w:val="28"/>
          <w:szCs w:val="28"/>
          <w:lang w:val="sv-SE"/>
        </w:rPr>
        <w:t xml:space="preserve"> </w:t>
      </w:r>
      <w:r w:rsidRPr="00EC0BEA">
        <w:rPr>
          <w:rFonts w:ascii="Arial" w:hAnsi="Arial" w:cs="Arial"/>
          <w:color w:val="000000" w:themeColor="text1"/>
          <w:sz w:val="28"/>
          <w:szCs w:val="28"/>
          <w:lang w:val="sv-SE"/>
        </w:rPr>
        <w:t>du</w:t>
      </w:r>
      <w:r w:rsidRPr="00EC0BEA">
        <w:rPr>
          <w:rFonts w:ascii="Arial" w:hAnsi="Arial" w:cs="Arial"/>
          <w:color w:val="000000" w:themeColor="text1"/>
          <w:spacing w:val="-6"/>
          <w:sz w:val="28"/>
          <w:szCs w:val="28"/>
          <w:lang w:val="sv-SE"/>
        </w:rPr>
        <w:t xml:space="preserve"> </w:t>
      </w:r>
      <w:r w:rsidRPr="00EC0BEA">
        <w:rPr>
          <w:rFonts w:ascii="Arial" w:hAnsi="Arial" w:cs="Arial"/>
          <w:color w:val="000000" w:themeColor="text1"/>
          <w:sz w:val="28"/>
          <w:szCs w:val="28"/>
          <w:lang w:val="sv-SE"/>
        </w:rPr>
        <w:t>tidigare</w:t>
      </w:r>
      <w:r w:rsidRPr="00EC0BEA">
        <w:rPr>
          <w:rFonts w:ascii="Arial" w:hAnsi="Arial" w:cs="Arial"/>
          <w:color w:val="000000" w:themeColor="text1"/>
          <w:spacing w:val="-3"/>
          <w:sz w:val="28"/>
          <w:szCs w:val="28"/>
          <w:lang w:val="sv-SE"/>
        </w:rPr>
        <w:t xml:space="preserve"> </w:t>
      </w:r>
      <w:r w:rsidRPr="00EC0BEA">
        <w:rPr>
          <w:rFonts w:ascii="Arial" w:hAnsi="Arial" w:cs="Arial"/>
          <w:color w:val="000000" w:themeColor="text1"/>
          <w:sz w:val="28"/>
          <w:szCs w:val="28"/>
          <w:lang w:val="sv-SE"/>
        </w:rPr>
        <w:t>rest</w:t>
      </w:r>
      <w:r w:rsidRPr="00EC0BEA">
        <w:rPr>
          <w:rFonts w:ascii="Arial" w:hAnsi="Arial" w:cs="Arial"/>
          <w:color w:val="000000" w:themeColor="text1"/>
          <w:spacing w:val="-4"/>
          <w:sz w:val="28"/>
          <w:szCs w:val="28"/>
          <w:lang w:val="sv-SE"/>
        </w:rPr>
        <w:t xml:space="preserve"> </w:t>
      </w:r>
      <w:r w:rsidRPr="00EC0BEA">
        <w:rPr>
          <w:rFonts w:ascii="Arial" w:hAnsi="Arial" w:cs="Arial"/>
          <w:color w:val="000000" w:themeColor="text1"/>
          <w:sz w:val="28"/>
          <w:szCs w:val="28"/>
          <w:lang w:val="sv-SE"/>
        </w:rPr>
        <w:t>med</w:t>
      </w:r>
      <w:r w:rsidRPr="00EC0BEA">
        <w:rPr>
          <w:rFonts w:ascii="Arial" w:hAnsi="Arial" w:cs="Arial"/>
          <w:color w:val="000000" w:themeColor="text1"/>
          <w:spacing w:val="-3"/>
          <w:sz w:val="28"/>
          <w:szCs w:val="28"/>
          <w:lang w:val="sv-SE"/>
        </w:rPr>
        <w:t xml:space="preserve"> </w:t>
      </w:r>
      <w:r w:rsidRPr="00EC0BEA">
        <w:rPr>
          <w:rFonts w:ascii="Arial" w:hAnsi="Arial" w:cs="Arial"/>
          <w:color w:val="000000" w:themeColor="text1"/>
          <w:sz w:val="28"/>
          <w:szCs w:val="28"/>
          <w:lang w:val="sv-SE"/>
        </w:rPr>
        <w:t>SRF</w:t>
      </w:r>
      <w:r w:rsidRPr="00EC0BEA">
        <w:rPr>
          <w:rFonts w:ascii="Arial" w:hAnsi="Arial" w:cs="Arial"/>
          <w:color w:val="000000" w:themeColor="text1"/>
          <w:spacing w:val="-4"/>
          <w:sz w:val="28"/>
          <w:szCs w:val="28"/>
          <w:lang w:val="sv-SE"/>
        </w:rPr>
        <w:t xml:space="preserve"> </w:t>
      </w:r>
      <w:r w:rsidRPr="00EC0BEA">
        <w:rPr>
          <w:rFonts w:ascii="Arial" w:hAnsi="Arial" w:cs="Arial"/>
          <w:color w:val="000000" w:themeColor="text1"/>
          <w:sz w:val="28"/>
          <w:szCs w:val="28"/>
          <w:lang w:val="sv-SE"/>
        </w:rPr>
        <w:t>Go</w:t>
      </w:r>
      <w:r w:rsidRPr="00EC0BEA">
        <w:rPr>
          <w:rFonts w:ascii="Arial" w:hAnsi="Arial" w:cs="Arial"/>
          <w:color w:val="000000" w:themeColor="text1"/>
          <w:spacing w:val="-3"/>
          <w:sz w:val="28"/>
          <w:szCs w:val="28"/>
          <w:lang w:val="sv-SE"/>
        </w:rPr>
        <w:t xml:space="preserve"> </w:t>
      </w:r>
      <w:r w:rsidRPr="00EC0BEA">
        <w:rPr>
          <w:rFonts w:ascii="Arial" w:hAnsi="Arial" w:cs="Arial"/>
          <w:color w:val="000000" w:themeColor="text1"/>
          <w:sz w:val="28"/>
          <w:szCs w:val="28"/>
          <w:lang w:val="sv-SE"/>
        </w:rPr>
        <w:t>eller</w:t>
      </w:r>
      <w:r w:rsidRPr="00EC0BEA">
        <w:rPr>
          <w:rFonts w:ascii="Arial" w:hAnsi="Arial" w:cs="Arial"/>
          <w:color w:val="000000" w:themeColor="text1"/>
          <w:spacing w:val="-5"/>
          <w:sz w:val="28"/>
          <w:szCs w:val="28"/>
          <w:lang w:val="sv-SE"/>
        </w:rPr>
        <w:t xml:space="preserve"> </w:t>
      </w:r>
      <w:r w:rsidRPr="00EC0BEA">
        <w:rPr>
          <w:rFonts w:ascii="Arial" w:hAnsi="Arial" w:cs="Arial"/>
          <w:color w:val="000000" w:themeColor="text1"/>
          <w:sz w:val="28"/>
          <w:szCs w:val="28"/>
          <w:lang w:val="sv-SE"/>
        </w:rPr>
        <w:t>SRF</w:t>
      </w:r>
      <w:r w:rsidRPr="00EC0BEA">
        <w:rPr>
          <w:rFonts w:ascii="Arial" w:hAnsi="Arial" w:cs="Arial"/>
          <w:color w:val="000000" w:themeColor="text1"/>
          <w:spacing w:val="-4"/>
          <w:sz w:val="28"/>
          <w:szCs w:val="28"/>
          <w:lang w:val="sv-SE"/>
        </w:rPr>
        <w:t xml:space="preserve"> </w:t>
      </w:r>
      <w:r w:rsidRPr="00EC0BEA">
        <w:rPr>
          <w:rFonts w:ascii="Arial" w:hAnsi="Arial" w:cs="Arial"/>
          <w:color w:val="000000" w:themeColor="text1"/>
          <w:sz w:val="28"/>
          <w:szCs w:val="28"/>
          <w:lang w:val="sv-SE"/>
        </w:rPr>
        <w:t>Fritid?</w:t>
      </w:r>
      <w:r w:rsidR="006D21D7" w:rsidRPr="00EC0BEA">
        <w:rPr>
          <w:rFonts w:ascii="Arial" w:hAnsi="Arial" w:cs="Arial"/>
          <w:color w:val="000000" w:themeColor="text1"/>
          <w:sz w:val="28"/>
          <w:szCs w:val="28"/>
          <w:lang w:val="sv-SE"/>
        </w:rPr>
        <w:t xml:space="preserve"> Om ja, när?</w:t>
      </w:r>
      <w:r w:rsidRPr="00EC0BEA">
        <w:rPr>
          <w:rFonts w:ascii="Arial" w:hAnsi="Arial" w:cs="Arial"/>
          <w:color w:val="000000" w:themeColor="text1"/>
          <w:sz w:val="28"/>
          <w:szCs w:val="28"/>
          <w:lang w:val="sv-SE"/>
        </w:rPr>
        <w:t xml:space="preserve">..................................... </w:t>
      </w:r>
    </w:p>
    <w:p w14:paraId="7011A755" w14:textId="62DD0D0F" w:rsidR="00664818" w:rsidRPr="00EC0BEA" w:rsidRDefault="00664818" w:rsidP="00EC0BEA">
      <w:pPr>
        <w:pStyle w:val="Brdtext"/>
        <w:spacing w:before="161"/>
        <w:rPr>
          <w:rFonts w:ascii="Arial" w:hAnsi="Arial" w:cs="Arial"/>
          <w:color w:val="000000" w:themeColor="text1"/>
          <w:sz w:val="28"/>
          <w:szCs w:val="28"/>
          <w:lang w:val="sv-SE"/>
        </w:rPr>
      </w:pPr>
      <w:r w:rsidRPr="00EC0BEA">
        <w:rPr>
          <w:rFonts w:ascii="Arial" w:hAnsi="Arial" w:cs="Arial"/>
          <w:color w:val="000000" w:themeColor="text1"/>
          <w:sz w:val="28"/>
          <w:szCs w:val="28"/>
          <w:lang w:val="sv-SE"/>
        </w:rPr>
        <w:t>Önskar</w:t>
      </w:r>
      <w:r w:rsidRPr="00EC0BEA">
        <w:rPr>
          <w:rFonts w:ascii="Arial" w:hAnsi="Arial" w:cs="Arial"/>
          <w:color w:val="000000" w:themeColor="text1"/>
          <w:spacing w:val="-5"/>
          <w:sz w:val="28"/>
          <w:szCs w:val="28"/>
          <w:lang w:val="sv-SE"/>
        </w:rPr>
        <w:t xml:space="preserve"> </w:t>
      </w:r>
      <w:r w:rsidRPr="00EC0BEA">
        <w:rPr>
          <w:rFonts w:ascii="Arial" w:hAnsi="Arial" w:cs="Arial"/>
          <w:color w:val="000000" w:themeColor="text1"/>
          <w:sz w:val="28"/>
          <w:szCs w:val="28"/>
          <w:lang w:val="sv-SE"/>
        </w:rPr>
        <w:t>du</w:t>
      </w:r>
      <w:r w:rsidRPr="00EC0BEA">
        <w:rPr>
          <w:rFonts w:ascii="Arial" w:hAnsi="Arial" w:cs="Arial"/>
          <w:color w:val="000000" w:themeColor="text1"/>
          <w:spacing w:val="-1"/>
          <w:sz w:val="28"/>
          <w:szCs w:val="28"/>
          <w:lang w:val="sv-SE"/>
        </w:rPr>
        <w:t xml:space="preserve"> </w:t>
      </w:r>
      <w:r w:rsidRPr="00EC0BEA">
        <w:rPr>
          <w:rFonts w:ascii="Arial" w:hAnsi="Arial" w:cs="Arial"/>
          <w:color w:val="000000" w:themeColor="text1"/>
          <w:spacing w:val="-2"/>
          <w:sz w:val="28"/>
          <w:szCs w:val="28"/>
          <w:lang w:val="sv-SE"/>
        </w:rPr>
        <w:t>enkelrum?........................</w:t>
      </w:r>
    </w:p>
    <w:p w14:paraId="2DB74DED" w14:textId="77777777" w:rsidR="00664818" w:rsidRPr="00EC0BEA" w:rsidRDefault="00664818" w:rsidP="00EC0BEA">
      <w:pPr>
        <w:pStyle w:val="Brdtext"/>
        <w:rPr>
          <w:rFonts w:ascii="Arial" w:hAnsi="Arial" w:cs="Arial"/>
          <w:color w:val="000000" w:themeColor="text1"/>
          <w:spacing w:val="-2"/>
          <w:sz w:val="28"/>
          <w:szCs w:val="28"/>
          <w:lang w:val="sv-SE"/>
        </w:rPr>
      </w:pPr>
      <w:r w:rsidRPr="00EC0BEA">
        <w:rPr>
          <w:rFonts w:ascii="Arial" w:hAnsi="Arial" w:cs="Arial"/>
          <w:color w:val="000000" w:themeColor="text1"/>
          <w:spacing w:val="-2"/>
          <w:sz w:val="28"/>
          <w:szCs w:val="28"/>
          <w:lang w:val="sv-SE"/>
        </w:rPr>
        <w:t>Synstatus (synsvag/gravt synskadad/blind) ………………………………….</w:t>
      </w:r>
    </w:p>
    <w:p w14:paraId="6C3549F9" w14:textId="6CC9353C" w:rsidR="00664818" w:rsidRPr="00EC0BEA" w:rsidRDefault="00664818" w:rsidP="00EC0BEA">
      <w:pPr>
        <w:pStyle w:val="Brdtext"/>
        <w:rPr>
          <w:rFonts w:ascii="Arial" w:hAnsi="Arial" w:cs="Arial"/>
          <w:color w:val="000000" w:themeColor="text1"/>
          <w:sz w:val="28"/>
          <w:szCs w:val="28"/>
          <w:lang w:val="sv-SE"/>
        </w:rPr>
      </w:pPr>
      <w:r w:rsidRPr="00EC0BEA">
        <w:rPr>
          <w:rFonts w:ascii="Arial" w:hAnsi="Arial" w:cs="Arial"/>
          <w:color w:val="000000" w:themeColor="text1"/>
          <w:sz w:val="28"/>
          <w:szCs w:val="28"/>
          <w:lang w:val="sv-SE"/>
        </w:rPr>
        <w:t>Har</w:t>
      </w:r>
      <w:r w:rsidRPr="00EC0BEA">
        <w:rPr>
          <w:rFonts w:ascii="Arial" w:hAnsi="Arial" w:cs="Arial"/>
          <w:color w:val="000000" w:themeColor="text1"/>
          <w:spacing w:val="-5"/>
          <w:sz w:val="28"/>
          <w:szCs w:val="28"/>
          <w:lang w:val="sv-SE"/>
        </w:rPr>
        <w:t xml:space="preserve"> </w:t>
      </w:r>
      <w:r w:rsidRPr="00EC0BEA">
        <w:rPr>
          <w:rFonts w:ascii="Arial" w:hAnsi="Arial" w:cs="Arial"/>
          <w:color w:val="000000" w:themeColor="text1"/>
          <w:sz w:val="28"/>
          <w:szCs w:val="28"/>
          <w:lang w:val="sv-SE"/>
        </w:rPr>
        <w:t>du</w:t>
      </w:r>
      <w:r w:rsidRPr="00EC0BEA">
        <w:rPr>
          <w:rFonts w:ascii="Arial" w:hAnsi="Arial" w:cs="Arial"/>
          <w:color w:val="000000" w:themeColor="text1"/>
          <w:spacing w:val="-4"/>
          <w:sz w:val="28"/>
          <w:szCs w:val="28"/>
          <w:lang w:val="sv-SE"/>
        </w:rPr>
        <w:t xml:space="preserve"> </w:t>
      </w:r>
      <w:r w:rsidRPr="00EC0BEA">
        <w:rPr>
          <w:rFonts w:ascii="Arial" w:hAnsi="Arial" w:cs="Arial"/>
          <w:color w:val="000000" w:themeColor="text1"/>
          <w:sz w:val="28"/>
          <w:szCs w:val="28"/>
          <w:lang w:val="sv-SE"/>
        </w:rPr>
        <w:t>svårt att</w:t>
      </w:r>
      <w:r w:rsidRPr="00EC0BEA">
        <w:rPr>
          <w:rFonts w:ascii="Arial" w:hAnsi="Arial" w:cs="Arial"/>
          <w:color w:val="000000" w:themeColor="text1"/>
          <w:spacing w:val="-2"/>
          <w:sz w:val="28"/>
          <w:szCs w:val="28"/>
          <w:lang w:val="sv-SE"/>
        </w:rPr>
        <w:t xml:space="preserve"> </w:t>
      </w:r>
      <w:proofErr w:type="gramStart"/>
      <w:r w:rsidRPr="00EC0BEA">
        <w:rPr>
          <w:rFonts w:ascii="Arial" w:hAnsi="Arial" w:cs="Arial"/>
          <w:color w:val="000000" w:themeColor="text1"/>
          <w:spacing w:val="-2"/>
          <w:sz w:val="28"/>
          <w:szCs w:val="28"/>
          <w:lang w:val="sv-SE"/>
        </w:rPr>
        <w:t>gå?...</w:t>
      </w:r>
      <w:proofErr w:type="gramEnd"/>
      <w:r w:rsidRPr="00EC0BEA">
        <w:rPr>
          <w:rFonts w:ascii="Arial" w:hAnsi="Arial" w:cs="Arial"/>
          <w:color w:val="000000" w:themeColor="text1"/>
          <w:spacing w:val="-2"/>
          <w:sz w:val="28"/>
          <w:szCs w:val="28"/>
          <w:lang w:val="sv-SE"/>
        </w:rPr>
        <w:t>……………………………………………</w:t>
      </w:r>
    </w:p>
    <w:p w14:paraId="5363BD3B" w14:textId="5DD4D9A9" w:rsidR="00664818" w:rsidRPr="00EC0BEA" w:rsidRDefault="00664818" w:rsidP="00EC0BEA">
      <w:pPr>
        <w:pStyle w:val="Brdtext"/>
        <w:ind w:right="-142"/>
        <w:rPr>
          <w:rFonts w:ascii="Arial" w:hAnsi="Arial" w:cs="Arial"/>
          <w:color w:val="000000" w:themeColor="text1"/>
          <w:sz w:val="28"/>
          <w:szCs w:val="28"/>
          <w:lang w:val="sv-SE"/>
        </w:rPr>
      </w:pPr>
      <w:r w:rsidRPr="00EC0BEA">
        <w:rPr>
          <w:rFonts w:ascii="Arial" w:hAnsi="Arial" w:cs="Arial"/>
          <w:color w:val="000000" w:themeColor="text1"/>
          <w:sz w:val="28"/>
          <w:szCs w:val="28"/>
          <w:lang w:val="sv-SE"/>
        </w:rPr>
        <w:t>Har du en ytterligare funktionsnedsättning förutom synnedsättning? Om ja,</w:t>
      </w:r>
      <w:r w:rsidR="00EC0BEA" w:rsidRPr="00EC0BEA">
        <w:rPr>
          <w:rFonts w:ascii="Arial" w:hAnsi="Arial" w:cs="Arial"/>
          <w:color w:val="000000" w:themeColor="text1"/>
          <w:sz w:val="28"/>
          <w:szCs w:val="28"/>
          <w:lang w:val="sv-SE"/>
        </w:rPr>
        <w:t xml:space="preserve"> </w:t>
      </w:r>
      <w:proofErr w:type="gramStart"/>
      <w:r w:rsidRPr="00EC0BEA">
        <w:rPr>
          <w:rFonts w:ascii="Arial" w:hAnsi="Arial" w:cs="Arial"/>
          <w:color w:val="000000" w:themeColor="text1"/>
          <w:sz w:val="28"/>
          <w:szCs w:val="28"/>
          <w:lang w:val="sv-SE"/>
        </w:rPr>
        <w:t>vilken?…</w:t>
      </w:r>
      <w:proofErr w:type="gramEnd"/>
      <w:r w:rsidRPr="00EC0BEA">
        <w:rPr>
          <w:rFonts w:ascii="Arial" w:hAnsi="Arial" w:cs="Arial"/>
          <w:color w:val="000000" w:themeColor="text1"/>
          <w:sz w:val="28"/>
          <w:szCs w:val="28"/>
          <w:lang w:val="sv-SE"/>
        </w:rPr>
        <w:t xml:space="preserve">…………………………………………………...………… </w:t>
      </w:r>
    </w:p>
    <w:p w14:paraId="2ED070D2" w14:textId="77777777" w:rsidR="006D21D7" w:rsidRPr="00EC0BEA" w:rsidRDefault="00664818" w:rsidP="00EC0BEA">
      <w:pPr>
        <w:pStyle w:val="Brdtext"/>
        <w:ind w:right="-142"/>
        <w:rPr>
          <w:rFonts w:ascii="Arial" w:hAnsi="Arial" w:cs="Arial"/>
          <w:color w:val="000000" w:themeColor="text1"/>
          <w:sz w:val="28"/>
          <w:szCs w:val="28"/>
          <w:lang w:val="sv-SE"/>
        </w:rPr>
      </w:pPr>
      <w:r w:rsidRPr="00EC0BEA">
        <w:rPr>
          <w:rFonts w:ascii="Arial" w:hAnsi="Arial" w:cs="Arial"/>
          <w:color w:val="000000" w:themeColor="text1"/>
          <w:sz w:val="28"/>
          <w:szCs w:val="28"/>
          <w:lang w:val="sv-SE"/>
        </w:rPr>
        <w:t xml:space="preserve">Hör du </w:t>
      </w:r>
      <w:proofErr w:type="gramStart"/>
      <w:r w:rsidRPr="00EC0BEA">
        <w:rPr>
          <w:rFonts w:ascii="Arial" w:hAnsi="Arial" w:cs="Arial"/>
          <w:color w:val="000000" w:themeColor="text1"/>
          <w:sz w:val="28"/>
          <w:szCs w:val="28"/>
          <w:lang w:val="sv-SE"/>
        </w:rPr>
        <w:t>dåligt?…</w:t>
      </w:r>
      <w:proofErr w:type="gramEnd"/>
      <w:r w:rsidRPr="00EC0BEA">
        <w:rPr>
          <w:rFonts w:ascii="Arial" w:hAnsi="Arial" w:cs="Arial"/>
          <w:color w:val="000000" w:themeColor="text1"/>
          <w:sz w:val="28"/>
          <w:szCs w:val="28"/>
          <w:lang w:val="sv-SE"/>
        </w:rPr>
        <w:t>……………………</w:t>
      </w:r>
      <w:r w:rsidRPr="00EC0BEA">
        <w:rPr>
          <w:rFonts w:ascii="Arial" w:hAnsi="Arial" w:cs="Arial"/>
          <w:color w:val="000000" w:themeColor="text1"/>
          <w:spacing w:val="-20"/>
          <w:sz w:val="28"/>
          <w:szCs w:val="28"/>
          <w:lang w:val="sv-SE"/>
        </w:rPr>
        <w:t xml:space="preserve"> </w:t>
      </w:r>
    </w:p>
    <w:p w14:paraId="443C9527" w14:textId="17E11BAF" w:rsidR="006D21D7" w:rsidRPr="00EC0BEA" w:rsidRDefault="006D21D7" w:rsidP="00EC0BEA">
      <w:pPr>
        <w:pStyle w:val="Brdtext"/>
        <w:ind w:right="-142"/>
        <w:rPr>
          <w:rFonts w:ascii="Arial" w:hAnsi="Arial" w:cs="Arial"/>
          <w:color w:val="000000" w:themeColor="text1"/>
          <w:sz w:val="28"/>
          <w:szCs w:val="28"/>
          <w:lang w:val="sv-SE"/>
        </w:rPr>
      </w:pPr>
      <w:r w:rsidRPr="00EC0BEA">
        <w:rPr>
          <w:rFonts w:ascii="Arial" w:hAnsi="Arial" w:cs="Arial"/>
          <w:color w:val="000000" w:themeColor="text1"/>
          <w:sz w:val="28"/>
          <w:szCs w:val="28"/>
          <w:lang w:val="sv-SE"/>
        </w:rPr>
        <w:t>Har du a</w:t>
      </w:r>
      <w:r w:rsidR="00664818" w:rsidRPr="00EC0BEA">
        <w:rPr>
          <w:rFonts w:ascii="Arial" w:hAnsi="Arial" w:cs="Arial"/>
          <w:color w:val="000000" w:themeColor="text1"/>
          <w:sz w:val="28"/>
          <w:szCs w:val="28"/>
          <w:lang w:val="sv-SE"/>
        </w:rPr>
        <w:t>stma</w:t>
      </w:r>
      <w:r w:rsidRPr="00EC0BEA">
        <w:rPr>
          <w:rFonts w:ascii="Arial" w:hAnsi="Arial" w:cs="Arial"/>
          <w:color w:val="000000" w:themeColor="text1"/>
          <w:sz w:val="28"/>
          <w:szCs w:val="28"/>
          <w:lang w:val="sv-SE"/>
        </w:rPr>
        <w:t xml:space="preserve"> och/eller </w:t>
      </w:r>
      <w:proofErr w:type="gramStart"/>
      <w:r w:rsidRPr="00EC0BEA">
        <w:rPr>
          <w:rFonts w:ascii="Arial" w:hAnsi="Arial" w:cs="Arial"/>
          <w:color w:val="000000" w:themeColor="text1"/>
          <w:sz w:val="28"/>
          <w:szCs w:val="28"/>
          <w:lang w:val="sv-SE"/>
        </w:rPr>
        <w:t>a</w:t>
      </w:r>
      <w:r w:rsidR="00664818" w:rsidRPr="00EC0BEA">
        <w:rPr>
          <w:rFonts w:ascii="Arial" w:hAnsi="Arial" w:cs="Arial"/>
          <w:color w:val="000000" w:themeColor="text1"/>
          <w:sz w:val="28"/>
          <w:szCs w:val="28"/>
          <w:lang w:val="sv-SE"/>
        </w:rPr>
        <w:t>llergi?…</w:t>
      </w:r>
      <w:proofErr w:type="gramEnd"/>
      <w:r w:rsidR="00664818" w:rsidRPr="00EC0BEA">
        <w:rPr>
          <w:rFonts w:ascii="Arial" w:hAnsi="Arial" w:cs="Arial"/>
          <w:color w:val="000000" w:themeColor="text1"/>
          <w:sz w:val="28"/>
          <w:szCs w:val="28"/>
          <w:lang w:val="sv-SE"/>
        </w:rPr>
        <w:t>……………</w:t>
      </w:r>
      <w:proofErr w:type="gramStart"/>
      <w:r w:rsidR="00664818" w:rsidRPr="00EC0BEA">
        <w:rPr>
          <w:rFonts w:ascii="Arial" w:hAnsi="Arial" w:cs="Arial"/>
          <w:color w:val="000000" w:themeColor="text1"/>
          <w:sz w:val="28"/>
          <w:szCs w:val="28"/>
          <w:lang w:val="sv-SE"/>
        </w:rPr>
        <w:t>...….</w:t>
      </w:r>
      <w:proofErr w:type="gramEnd"/>
      <w:r w:rsidR="00664818" w:rsidRPr="00EC0BEA">
        <w:rPr>
          <w:rFonts w:ascii="Arial" w:hAnsi="Arial" w:cs="Arial"/>
          <w:color w:val="000000" w:themeColor="text1"/>
          <w:sz w:val="28"/>
          <w:szCs w:val="28"/>
          <w:lang w:val="sv-SE"/>
        </w:rPr>
        <w:t xml:space="preserve">.…… </w:t>
      </w:r>
    </w:p>
    <w:p w14:paraId="40B9B065" w14:textId="6FD47FC3" w:rsidR="006D21D7" w:rsidRPr="00EC0BEA" w:rsidRDefault="006D21D7" w:rsidP="00EC0BEA">
      <w:pPr>
        <w:rPr>
          <w:rFonts w:ascii="Arial" w:hAnsi="Arial" w:cs="Arial"/>
          <w:color w:val="000000" w:themeColor="text1"/>
          <w:sz w:val="28"/>
          <w:szCs w:val="28"/>
          <w:lang w:val="sv-SE"/>
        </w:rPr>
      </w:pPr>
      <w:r w:rsidRPr="00EC0BEA">
        <w:rPr>
          <w:rFonts w:ascii="Arial" w:hAnsi="Arial" w:cs="Arial"/>
          <w:color w:val="000000" w:themeColor="text1"/>
          <w:sz w:val="28"/>
          <w:szCs w:val="28"/>
          <w:lang w:val="sv-SE"/>
        </w:rPr>
        <w:t>Eventuell medresenär</w:t>
      </w:r>
      <w:r w:rsidRPr="00EC0BEA">
        <w:rPr>
          <w:rFonts w:ascii="Arial" w:hAnsi="Arial" w:cs="Arial"/>
          <w:color w:val="000000" w:themeColor="text1"/>
          <w:spacing w:val="-9"/>
          <w:sz w:val="28"/>
          <w:szCs w:val="28"/>
          <w:lang w:val="sv-SE"/>
        </w:rPr>
        <w:t xml:space="preserve"> </w:t>
      </w:r>
      <w:r w:rsidRPr="00EC0BEA">
        <w:rPr>
          <w:rFonts w:ascii="Arial" w:hAnsi="Arial" w:cs="Arial"/>
          <w:color w:val="000000" w:themeColor="text1"/>
          <w:sz w:val="28"/>
          <w:szCs w:val="28"/>
          <w:lang w:val="sv-SE"/>
        </w:rPr>
        <w:t>(synskadad) och medresenärs personnummer</w:t>
      </w:r>
      <w:proofErr w:type="gramStart"/>
      <w:r w:rsidRPr="00EC0BEA">
        <w:rPr>
          <w:rFonts w:ascii="Arial" w:hAnsi="Arial" w:cs="Arial"/>
          <w:color w:val="000000" w:themeColor="text1"/>
          <w:spacing w:val="-9"/>
          <w:sz w:val="28"/>
          <w:szCs w:val="28"/>
          <w:lang w:val="sv-SE"/>
        </w:rPr>
        <w:t xml:space="preserve"> </w:t>
      </w:r>
      <w:r w:rsidRPr="00EC0BEA">
        <w:rPr>
          <w:rFonts w:ascii="Arial" w:hAnsi="Arial" w:cs="Arial"/>
          <w:color w:val="000000" w:themeColor="text1"/>
          <w:sz w:val="28"/>
          <w:szCs w:val="28"/>
          <w:lang w:val="sv-SE"/>
        </w:rPr>
        <w:t>.…</w:t>
      </w:r>
      <w:proofErr w:type="gramEnd"/>
      <w:r w:rsidRPr="00EC0BEA">
        <w:rPr>
          <w:rFonts w:ascii="Arial" w:hAnsi="Arial" w:cs="Arial"/>
          <w:color w:val="000000" w:themeColor="text1"/>
          <w:sz w:val="28"/>
          <w:szCs w:val="28"/>
          <w:lang w:val="sv-SE"/>
        </w:rPr>
        <w:t>………………………</w:t>
      </w:r>
    </w:p>
    <w:p w14:paraId="47BABBAA" w14:textId="77777777" w:rsidR="006D21D7" w:rsidRPr="00EC0BEA" w:rsidRDefault="006D21D7" w:rsidP="00EC0BEA">
      <w:pPr>
        <w:pStyle w:val="Brdtext"/>
        <w:tabs>
          <w:tab w:val="left" w:pos="1634"/>
          <w:tab w:val="left" w:pos="3791"/>
          <w:tab w:val="left" w:pos="5954"/>
        </w:tabs>
        <w:spacing w:before="1"/>
        <w:ind w:right="2835" w:firstLine="3"/>
        <w:rPr>
          <w:rFonts w:ascii="Arial" w:hAnsi="Arial" w:cs="Arial"/>
          <w:color w:val="000000" w:themeColor="text1"/>
          <w:sz w:val="28"/>
          <w:szCs w:val="28"/>
          <w:lang w:val="sv-SE"/>
        </w:rPr>
      </w:pPr>
      <w:r w:rsidRPr="00EC0BEA">
        <w:rPr>
          <w:rFonts w:ascii="Arial" w:hAnsi="Arial" w:cs="Arial"/>
          <w:color w:val="000000" w:themeColor="text1"/>
          <w:sz w:val="28"/>
          <w:szCs w:val="28"/>
          <w:lang w:val="sv-SE"/>
        </w:rPr>
        <w:t xml:space="preserve">På vilket sätt önskar du få information från oss? </w:t>
      </w:r>
    </w:p>
    <w:p w14:paraId="61BE540E" w14:textId="77777777" w:rsidR="006D21D7" w:rsidRPr="00EC0BEA" w:rsidRDefault="006D21D7" w:rsidP="00EC0BEA">
      <w:pPr>
        <w:pStyle w:val="Brdtext"/>
        <w:tabs>
          <w:tab w:val="left" w:pos="2410"/>
        </w:tabs>
        <w:rPr>
          <w:rFonts w:ascii="Arial" w:hAnsi="Arial" w:cs="Arial"/>
          <w:color w:val="000000" w:themeColor="text1"/>
          <w:spacing w:val="-2"/>
          <w:sz w:val="28"/>
          <w:szCs w:val="28"/>
          <w:lang w:val="sv-SE"/>
        </w:rPr>
      </w:pPr>
      <w:r w:rsidRPr="00EC0BEA">
        <w:rPr>
          <w:rFonts w:ascii="Arial" w:hAnsi="Arial" w:cs="Arial"/>
          <w:color w:val="000000" w:themeColor="text1"/>
          <w:spacing w:val="-2"/>
          <w:sz w:val="28"/>
          <w:szCs w:val="28"/>
          <w:lang w:val="sv-SE"/>
        </w:rPr>
        <w:t>Svartskrift……</w:t>
      </w:r>
      <w:r w:rsidRPr="00EC0BEA">
        <w:rPr>
          <w:rFonts w:ascii="Arial" w:hAnsi="Arial" w:cs="Arial"/>
          <w:color w:val="000000" w:themeColor="text1"/>
          <w:spacing w:val="-2"/>
          <w:sz w:val="28"/>
          <w:szCs w:val="28"/>
          <w:lang w:val="sv-SE"/>
        </w:rPr>
        <w:tab/>
        <w:t>Punktskrift…</w:t>
      </w:r>
      <w:proofErr w:type="gramStart"/>
      <w:r w:rsidRPr="00EC0BEA">
        <w:rPr>
          <w:rFonts w:ascii="Arial" w:hAnsi="Arial" w:cs="Arial"/>
          <w:color w:val="000000" w:themeColor="text1"/>
          <w:spacing w:val="-2"/>
          <w:sz w:val="28"/>
          <w:szCs w:val="28"/>
          <w:lang w:val="sv-SE"/>
        </w:rPr>
        <w:t>…….</w:t>
      </w:r>
      <w:proofErr w:type="gramEnd"/>
      <w:r w:rsidRPr="00EC0BEA">
        <w:rPr>
          <w:rFonts w:ascii="Arial" w:hAnsi="Arial" w:cs="Arial"/>
          <w:color w:val="000000" w:themeColor="text1"/>
          <w:spacing w:val="-2"/>
          <w:sz w:val="28"/>
          <w:szCs w:val="28"/>
          <w:lang w:val="sv-SE"/>
        </w:rPr>
        <w:t>.</w:t>
      </w:r>
      <w:r w:rsidRPr="00EC0BEA">
        <w:rPr>
          <w:rFonts w:ascii="Arial" w:hAnsi="Arial" w:cs="Arial"/>
          <w:color w:val="000000" w:themeColor="text1"/>
          <w:spacing w:val="-2"/>
          <w:sz w:val="28"/>
          <w:szCs w:val="28"/>
          <w:lang w:val="sv-SE"/>
        </w:rPr>
        <w:tab/>
        <w:t>Mejl……….        Daisy………....</w:t>
      </w:r>
    </w:p>
    <w:p w14:paraId="3BD72532" w14:textId="31F68F3B" w:rsidR="006D21D7" w:rsidRPr="00EC0BEA" w:rsidRDefault="006D21D7" w:rsidP="00EC0BEA">
      <w:pPr>
        <w:pStyle w:val="Brdtext"/>
        <w:ind w:right="-142"/>
        <w:rPr>
          <w:rFonts w:ascii="Arial" w:hAnsi="Arial" w:cs="Arial"/>
          <w:color w:val="000000" w:themeColor="text1"/>
          <w:sz w:val="28"/>
          <w:szCs w:val="28"/>
          <w:lang w:val="sv-SE"/>
        </w:rPr>
      </w:pPr>
      <w:r w:rsidRPr="00EC0BEA">
        <w:rPr>
          <w:rFonts w:ascii="Arial" w:hAnsi="Arial" w:cs="Arial"/>
          <w:color w:val="000000" w:themeColor="text1"/>
          <w:sz w:val="28"/>
          <w:szCs w:val="28"/>
          <w:lang w:val="sv-SE"/>
        </w:rPr>
        <w:t xml:space="preserve">Övrigt av </w:t>
      </w:r>
      <w:proofErr w:type="gramStart"/>
      <w:r w:rsidRPr="00EC0BEA">
        <w:rPr>
          <w:rFonts w:ascii="Arial" w:hAnsi="Arial" w:cs="Arial"/>
          <w:color w:val="000000" w:themeColor="text1"/>
          <w:sz w:val="28"/>
          <w:szCs w:val="28"/>
          <w:lang w:val="sv-SE"/>
        </w:rPr>
        <w:t>betydelse:…</w:t>
      </w:r>
      <w:proofErr w:type="gramEnd"/>
      <w:r w:rsidRPr="00EC0BEA">
        <w:rPr>
          <w:rFonts w:ascii="Arial" w:hAnsi="Arial" w:cs="Arial"/>
          <w:color w:val="000000" w:themeColor="text1"/>
          <w:sz w:val="28"/>
          <w:szCs w:val="28"/>
          <w:lang w:val="sv-SE"/>
        </w:rPr>
        <w:t>…………………………………………………………</w:t>
      </w:r>
    </w:p>
    <w:p w14:paraId="55DEC8A6" w14:textId="71976849" w:rsidR="00AA0E2F" w:rsidRPr="003E2C5F" w:rsidRDefault="00664818" w:rsidP="00EC0BEA">
      <w:pPr>
        <w:spacing w:before="249"/>
        <w:rPr>
          <w:rFonts w:ascii="Arial" w:hAnsi="Arial" w:cs="Arial"/>
          <w:b/>
          <w:color w:val="000000" w:themeColor="text1"/>
          <w:sz w:val="28"/>
          <w:szCs w:val="28"/>
          <w:lang w:val="sv-SE"/>
        </w:rPr>
        <w:sectPr w:rsidR="00AA0E2F" w:rsidRPr="003E2C5F" w:rsidSect="009D13E5">
          <w:headerReference w:type="even" r:id="rId20"/>
          <w:headerReference w:type="default" r:id="rId21"/>
          <w:footerReference w:type="even" r:id="rId22"/>
          <w:footerReference w:type="default" r:id="rId23"/>
          <w:headerReference w:type="first" r:id="rId24"/>
          <w:footerReference w:type="first" r:id="rId25"/>
          <w:pgSz w:w="11906" w:h="16838"/>
          <w:pgMar w:top="1021" w:right="1418" w:bottom="1134" w:left="1418" w:header="964" w:footer="567" w:gutter="0"/>
          <w:pgNumType w:start="0"/>
          <w:cols w:space="720"/>
        </w:sectPr>
      </w:pPr>
      <w:r w:rsidRPr="00EC0BEA">
        <w:rPr>
          <w:rFonts w:ascii="Arial" w:hAnsi="Arial" w:cs="Arial"/>
          <w:b/>
          <w:color w:val="000000" w:themeColor="text1"/>
          <w:sz w:val="28"/>
          <w:szCs w:val="28"/>
          <w:lang w:val="sv-SE"/>
        </w:rPr>
        <w:t>Mejla</w:t>
      </w:r>
      <w:r w:rsidRPr="00EC0BEA">
        <w:rPr>
          <w:rFonts w:ascii="Arial" w:hAnsi="Arial" w:cs="Arial"/>
          <w:b/>
          <w:color w:val="000000" w:themeColor="text1"/>
          <w:spacing w:val="-11"/>
          <w:sz w:val="28"/>
          <w:szCs w:val="28"/>
          <w:lang w:val="sv-SE"/>
        </w:rPr>
        <w:t xml:space="preserve"> </w:t>
      </w:r>
      <w:r w:rsidRPr="00EC0BEA">
        <w:rPr>
          <w:rFonts w:ascii="Arial" w:hAnsi="Arial" w:cs="Arial"/>
          <w:b/>
          <w:color w:val="000000" w:themeColor="text1"/>
          <w:sz w:val="28"/>
          <w:szCs w:val="28"/>
          <w:lang w:val="sv-SE"/>
        </w:rPr>
        <w:t>ifylld</w:t>
      </w:r>
      <w:r w:rsidRPr="00EC0BEA">
        <w:rPr>
          <w:rFonts w:ascii="Arial" w:hAnsi="Arial" w:cs="Arial"/>
          <w:b/>
          <w:color w:val="000000" w:themeColor="text1"/>
          <w:spacing w:val="-10"/>
          <w:sz w:val="28"/>
          <w:szCs w:val="28"/>
          <w:lang w:val="sv-SE"/>
        </w:rPr>
        <w:t xml:space="preserve"> </w:t>
      </w:r>
      <w:r w:rsidRPr="00EC0BEA">
        <w:rPr>
          <w:rFonts w:ascii="Arial" w:hAnsi="Arial" w:cs="Arial"/>
          <w:b/>
          <w:color w:val="000000" w:themeColor="text1"/>
          <w:sz w:val="28"/>
          <w:szCs w:val="28"/>
          <w:lang w:val="sv-SE"/>
        </w:rPr>
        <w:t>blankett</w:t>
      </w:r>
      <w:r w:rsidRPr="00EC0BEA">
        <w:rPr>
          <w:rFonts w:ascii="Arial" w:hAnsi="Arial" w:cs="Arial"/>
          <w:b/>
          <w:color w:val="000000" w:themeColor="text1"/>
          <w:spacing w:val="-10"/>
          <w:sz w:val="28"/>
          <w:szCs w:val="28"/>
          <w:lang w:val="sv-SE"/>
        </w:rPr>
        <w:t xml:space="preserve"> </w:t>
      </w:r>
      <w:r w:rsidRPr="00EC0BEA">
        <w:rPr>
          <w:rFonts w:ascii="Arial" w:hAnsi="Arial" w:cs="Arial"/>
          <w:b/>
          <w:color w:val="000000" w:themeColor="text1"/>
          <w:sz w:val="28"/>
          <w:szCs w:val="28"/>
          <w:lang w:val="sv-SE"/>
        </w:rPr>
        <w:t xml:space="preserve">till </w:t>
      </w:r>
      <w:hyperlink r:id="rId26" w:history="1">
        <w:r w:rsidRPr="00EC0BEA">
          <w:rPr>
            <w:rStyle w:val="Hyperlnk"/>
            <w:rFonts w:ascii="Arial" w:hAnsi="Arial" w:cs="Arial"/>
            <w:color w:val="000000" w:themeColor="text1"/>
            <w:sz w:val="28"/>
            <w:szCs w:val="28"/>
            <w:lang w:val="sv-SE"/>
          </w:rPr>
          <w:t>go@srf.nu</w:t>
        </w:r>
      </w:hyperlink>
      <w:r w:rsidRPr="00EC0BEA">
        <w:rPr>
          <w:rFonts w:ascii="Arial" w:hAnsi="Arial" w:cs="Arial"/>
          <w:b/>
          <w:color w:val="000000" w:themeColor="text1"/>
          <w:sz w:val="28"/>
          <w:szCs w:val="28"/>
          <w:lang w:val="sv-SE"/>
        </w:rPr>
        <w:t xml:space="preserve"> eller posta till SRF Go, Box 90277, 120 24 Stockhol</w:t>
      </w:r>
      <w:r w:rsidR="00FD07A7">
        <w:rPr>
          <w:rFonts w:ascii="Arial" w:hAnsi="Arial" w:cs="Arial"/>
          <w:b/>
          <w:color w:val="000000" w:themeColor="text1"/>
          <w:sz w:val="28"/>
          <w:szCs w:val="28"/>
          <w:lang w:val="sv-SE"/>
        </w:rPr>
        <w:t>m</w:t>
      </w:r>
    </w:p>
    <w:p w14:paraId="5854541E" w14:textId="77777777" w:rsidR="00D906E4" w:rsidRPr="00D906E4" w:rsidRDefault="00D906E4" w:rsidP="00D906E4">
      <w:pPr>
        <w:rPr>
          <w:lang w:val="sv-SE"/>
        </w:rPr>
      </w:pPr>
    </w:p>
    <w:p w14:paraId="362BF4DE" w14:textId="77777777" w:rsidR="00D906E4" w:rsidRDefault="00D906E4" w:rsidP="00D906E4">
      <w:pPr>
        <w:rPr>
          <w:b/>
        </w:rPr>
      </w:pPr>
      <w:r>
        <w:rPr>
          <w:b/>
          <w:noProof/>
        </w:rPr>
        <w:drawing>
          <wp:inline distT="0" distB="0" distL="0" distR="0" wp14:anchorId="7234B56F" wp14:editId="6B2153CA">
            <wp:extent cx="9415166" cy="110853"/>
            <wp:effectExtent l="0" t="0" r="0" b="3810"/>
            <wp:docPr id="1" name="Bildobjekt 1"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ckad linje flerfär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53720" cy="150161"/>
                    </a:xfrm>
                    <a:prstGeom prst="rect">
                      <a:avLst/>
                    </a:prstGeom>
                    <a:noFill/>
                    <a:ln>
                      <a:noFill/>
                    </a:ln>
                  </pic:spPr>
                </pic:pic>
              </a:graphicData>
            </a:graphic>
          </wp:inline>
        </w:drawing>
      </w:r>
    </w:p>
    <w:p w14:paraId="4F5DA6B0" w14:textId="77777777" w:rsidR="00D906E4" w:rsidRDefault="00D906E4" w:rsidP="00D906E4">
      <w:pPr>
        <w:rPr>
          <w:b/>
        </w:rPr>
      </w:pPr>
    </w:p>
    <w:p w14:paraId="78A609AC" w14:textId="77777777" w:rsidR="00F503D5" w:rsidRDefault="00F503D5" w:rsidP="00D906E4">
      <w:pPr>
        <w:rPr>
          <w:b/>
        </w:rPr>
      </w:pPr>
    </w:p>
    <w:p w14:paraId="56D09710" w14:textId="4AD8416D" w:rsidR="00D906E4" w:rsidRPr="00E40465" w:rsidRDefault="00D906E4" w:rsidP="00D906E4">
      <w:pPr>
        <w:pStyle w:val="faktatextbakF"/>
        <w:rPr>
          <w:rFonts w:ascii="Arial" w:hAnsi="Arial" w:cs="Arial"/>
          <w:sz w:val="28"/>
          <w:szCs w:val="28"/>
        </w:rPr>
      </w:pPr>
      <w:r w:rsidRPr="00E40465">
        <w:rPr>
          <w:rFonts w:ascii="Arial" w:hAnsi="Arial" w:cs="Arial"/>
          <w:sz w:val="28"/>
          <w:szCs w:val="28"/>
        </w:rPr>
        <w:t>Synskadades Riksförbund är landets företrädare för personer med synnedsättning.</w:t>
      </w:r>
    </w:p>
    <w:p w14:paraId="1B401496" w14:textId="77777777" w:rsidR="00D906E4" w:rsidRDefault="00D906E4" w:rsidP="00D906E4">
      <w:pPr>
        <w:pStyle w:val="faktatextbakF"/>
        <w:rPr>
          <w:rFonts w:ascii="Arial" w:hAnsi="Arial" w:cs="Arial"/>
          <w:sz w:val="28"/>
          <w:szCs w:val="28"/>
        </w:rPr>
      </w:pPr>
    </w:p>
    <w:p w14:paraId="046274D2" w14:textId="397277EB" w:rsidR="00D906E4" w:rsidRDefault="00D906E4" w:rsidP="00D906E4">
      <w:pPr>
        <w:pStyle w:val="faktatextbakF"/>
        <w:rPr>
          <w:rFonts w:ascii="Arial" w:hAnsi="Arial" w:cs="Arial"/>
          <w:caps/>
          <w:sz w:val="28"/>
          <w:szCs w:val="28"/>
        </w:rPr>
      </w:pPr>
      <w:r w:rsidRPr="00E40465">
        <w:rPr>
          <w:rFonts w:ascii="Arial" w:hAnsi="Arial" w:cs="Arial"/>
          <w:sz w:val="28"/>
          <w:szCs w:val="28"/>
        </w:rPr>
        <w:t xml:space="preserve">Synskadades Riksförbund </w:t>
      </w:r>
    </w:p>
    <w:p w14:paraId="31035787" w14:textId="564896C5" w:rsidR="006A0347" w:rsidRPr="002F5AF6" w:rsidRDefault="006A0347" w:rsidP="00D906E4">
      <w:pPr>
        <w:pStyle w:val="faktatextbakF"/>
        <w:rPr>
          <w:rFonts w:ascii="Arial" w:hAnsi="Arial" w:cs="Arial"/>
          <w:caps/>
          <w:sz w:val="28"/>
          <w:szCs w:val="28"/>
        </w:rPr>
      </w:pPr>
      <w:r w:rsidRPr="002F5AF6">
        <w:rPr>
          <w:rFonts w:ascii="Arial" w:hAnsi="Arial" w:cs="Arial"/>
          <w:sz w:val="28"/>
          <w:szCs w:val="28"/>
        </w:rPr>
        <w:t>Box</w:t>
      </w:r>
      <w:r w:rsidRPr="002F5AF6">
        <w:rPr>
          <w:rFonts w:ascii="Arial" w:hAnsi="Arial" w:cs="Arial"/>
          <w:caps/>
          <w:sz w:val="28"/>
          <w:szCs w:val="28"/>
        </w:rPr>
        <w:t xml:space="preserve"> 90277</w:t>
      </w:r>
    </w:p>
    <w:p w14:paraId="09A1572D" w14:textId="7F1F719B" w:rsidR="006A0347" w:rsidRPr="002F5AF6" w:rsidRDefault="006A0347" w:rsidP="00D906E4">
      <w:pPr>
        <w:pStyle w:val="faktatextbakF"/>
        <w:rPr>
          <w:rFonts w:ascii="Arial" w:hAnsi="Arial" w:cs="Arial"/>
          <w:sz w:val="28"/>
          <w:szCs w:val="28"/>
        </w:rPr>
      </w:pPr>
      <w:r w:rsidRPr="002F5AF6">
        <w:rPr>
          <w:rFonts w:ascii="Arial" w:hAnsi="Arial" w:cs="Arial"/>
          <w:caps/>
          <w:sz w:val="28"/>
          <w:szCs w:val="28"/>
        </w:rPr>
        <w:t xml:space="preserve">120 24 </w:t>
      </w:r>
      <w:r w:rsidRPr="002F5AF6">
        <w:rPr>
          <w:rFonts w:ascii="Arial" w:hAnsi="Arial" w:cs="Arial"/>
          <w:sz w:val="28"/>
          <w:szCs w:val="28"/>
        </w:rPr>
        <w:t>Stockholm</w:t>
      </w:r>
    </w:p>
    <w:p w14:paraId="3FE3AC9B" w14:textId="77777777" w:rsidR="006A0347" w:rsidRPr="002F5AF6" w:rsidRDefault="00D906E4" w:rsidP="00D906E4">
      <w:pPr>
        <w:pStyle w:val="faktatextbakF"/>
        <w:rPr>
          <w:rFonts w:ascii="Arial" w:hAnsi="Arial" w:cs="Arial"/>
          <w:caps/>
          <w:sz w:val="28"/>
          <w:szCs w:val="28"/>
        </w:rPr>
      </w:pPr>
      <w:proofErr w:type="spellStart"/>
      <w:r w:rsidRPr="002F5AF6">
        <w:rPr>
          <w:rFonts w:ascii="Arial" w:hAnsi="Arial" w:cs="Arial"/>
          <w:sz w:val="28"/>
          <w:szCs w:val="28"/>
        </w:rPr>
        <w:t>tel</w:t>
      </w:r>
      <w:proofErr w:type="spellEnd"/>
      <w:r w:rsidRPr="002F5AF6">
        <w:rPr>
          <w:rFonts w:ascii="Arial" w:hAnsi="Arial" w:cs="Arial"/>
          <w:sz w:val="28"/>
          <w:szCs w:val="28"/>
        </w:rPr>
        <w:t xml:space="preserve">: 08-39 90 00 </w:t>
      </w:r>
    </w:p>
    <w:p w14:paraId="6ADBF5E7" w14:textId="77777777" w:rsidR="006A0347" w:rsidRPr="002F5AF6" w:rsidRDefault="006A0347" w:rsidP="00D906E4">
      <w:pPr>
        <w:pStyle w:val="faktatextbakF"/>
        <w:rPr>
          <w:rFonts w:ascii="Arial" w:hAnsi="Arial" w:cs="Arial"/>
          <w:caps/>
          <w:sz w:val="28"/>
          <w:szCs w:val="28"/>
        </w:rPr>
      </w:pPr>
      <w:hyperlink r:id="rId28" w:history="1">
        <w:r w:rsidRPr="002F5AF6">
          <w:rPr>
            <w:rStyle w:val="Hyperlnk"/>
            <w:rFonts w:ascii="Arial" w:hAnsi="Arial" w:cs="Arial"/>
            <w:sz w:val="28"/>
            <w:szCs w:val="28"/>
          </w:rPr>
          <w:t>info@srf.nu</w:t>
        </w:r>
      </w:hyperlink>
      <w:r w:rsidR="00D906E4" w:rsidRPr="002F5AF6">
        <w:rPr>
          <w:rFonts w:ascii="Arial" w:hAnsi="Arial" w:cs="Arial"/>
          <w:sz w:val="28"/>
          <w:szCs w:val="28"/>
        </w:rPr>
        <w:t xml:space="preserve"> </w:t>
      </w:r>
    </w:p>
    <w:p w14:paraId="502843DA" w14:textId="5BBC88E1" w:rsidR="00D906E4" w:rsidRPr="002F5AF6" w:rsidRDefault="00D906E4" w:rsidP="00D906E4">
      <w:pPr>
        <w:pStyle w:val="faktatextbakF"/>
        <w:rPr>
          <w:rFonts w:ascii="Arial" w:hAnsi="Arial" w:cs="Arial"/>
          <w:caps/>
          <w:sz w:val="28"/>
          <w:szCs w:val="28"/>
        </w:rPr>
      </w:pPr>
      <w:hyperlink r:id="rId29" w:history="1">
        <w:r w:rsidRPr="002F5AF6">
          <w:rPr>
            <w:rStyle w:val="Hyperlnk"/>
            <w:rFonts w:ascii="Arial" w:hAnsi="Arial" w:cs="Arial"/>
            <w:sz w:val="28"/>
            <w:szCs w:val="28"/>
          </w:rPr>
          <w:t>srf.nu</w:t>
        </w:r>
      </w:hyperlink>
    </w:p>
    <w:p w14:paraId="33BFD870" w14:textId="77777777" w:rsidR="00D906E4" w:rsidRPr="002F5AF6" w:rsidRDefault="00D906E4" w:rsidP="00D906E4">
      <w:pPr>
        <w:rPr>
          <w:lang w:val="sv-SE"/>
        </w:rPr>
      </w:pPr>
    </w:p>
    <w:p w14:paraId="61DF1D26" w14:textId="3DEA2FD0" w:rsidR="00D906E4" w:rsidRPr="00E40465" w:rsidRDefault="00D906E4" w:rsidP="00D906E4">
      <w:pPr>
        <w:pStyle w:val="faktatextbakF"/>
        <w:rPr>
          <w:rFonts w:ascii="Arial" w:hAnsi="Arial" w:cs="Arial"/>
          <w:sz w:val="28"/>
          <w:szCs w:val="28"/>
        </w:rPr>
      </w:pPr>
      <w:r w:rsidRPr="00E40465">
        <w:rPr>
          <w:rFonts w:ascii="Arial" w:hAnsi="Arial" w:cs="Arial"/>
          <w:sz w:val="28"/>
          <w:szCs w:val="28"/>
        </w:rPr>
        <w:t xml:space="preserve">Stöd gärna vårt arbete </w:t>
      </w:r>
      <w:r>
        <w:rPr>
          <w:rFonts w:ascii="Arial" w:hAnsi="Arial" w:cs="Arial"/>
          <w:sz w:val="28"/>
          <w:szCs w:val="28"/>
        </w:rPr>
        <w:tab/>
        <w:t xml:space="preserve">     </w:t>
      </w:r>
    </w:p>
    <w:p w14:paraId="476E1A30" w14:textId="77777777" w:rsidR="00D906E4" w:rsidRPr="00A26675" w:rsidRDefault="00D906E4" w:rsidP="00D906E4">
      <w:pPr>
        <w:rPr>
          <w:rFonts w:ascii="Arial" w:hAnsi="Arial" w:cs="Arial"/>
          <w:sz w:val="28"/>
          <w:szCs w:val="28"/>
          <w:lang w:val="sv-SE"/>
        </w:rPr>
      </w:pPr>
      <w:r w:rsidRPr="00A26675">
        <w:rPr>
          <w:rFonts w:ascii="Arial" w:hAnsi="Arial" w:cs="Arial"/>
          <w:sz w:val="28"/>
          <w:szCs w:val="28"/>
          <w:lang w:val="sv-SE"/>
        </w:rPr>
        <w:t>Pg 90 00 90-2</w:t>
      </w:r>
    </w:p>
    <w:p w14:paraId="65EF860B" w14:textId="77777777" w:rsidR="00D906E4" w:rsidRPr="00D906E4" w:rsidRDefault="00D906E4" w:rsidP="00D906E4">
      <w:pPr>
        <w:rPr>
          <w:color w:val="1F497D"/>
          <w:lang w:val="sv-SE"/>
        </w:rPr>
      </w:pPr>
    </w:p>
    <w:p w14:paraId="30F62F56" w14:textId="626C8111" w:rsidR="00D906E4" w:rsidRPr="00D906E4" w:rsidRDefault="00A26675" w:rsidP="00D906E4">
      <w:pPr>
        <w:rPr>
          <w:color w:val="1F497D"/>
          <w:lang w:val="sv-SE"/>
        </w:rPr>
      </w:pPr>
      <w:r w:rsidRPr="00F66599">
        <w:rPr>
          <w:color w:val="1F497D"/>
        </w:rPr>
        <w:fldChar w:fldCharType="begin"/>
      </w:r>
      <w:r w:rsidRPr="00F66599">
        <w:rPr>
          <w:color w:val="1F497D"/>
        </w:rPr>
        <w:instrText xml:space="preserve"> INCLUDEPICTURE  "cid:image001.png@01D5C6EB.E7415390" \* MERGEFORMATINET </w:instrText>
      </w:r>
      <w:r w:rsidRPr="00F66599">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sidR="00C535D9">
        <w:rPr>
          <w:color w:val="1F497D"/>
        </w:rPr>
        <w:fldChar w:fldCharType="begin"/>
      </w:r>
      <w:r w:rsidR="00C535D9">
        <w:rPr>
          <w:color w:val="1F497D"/>
        </w:rPr>
        <w:instrText xml:space="preserve"> INCLUDEPICTURE  "cid:image001.png@01D5C6EB.E7415390" \* MERGEFORMATINET </w:instrText>
      </w:r>
      <w:r w:rsidR="00C535D9">
        <w:rPr>
          <w:color w:val="1F497D"/>
        </w:rPr>
        <w:fldChar w:fldCharType="separate"/>
      </w:r>
      <w:r w:rsidR="00BD0A88">
        <w:rPr>
          <w:color w:val="1F497D"/>
        </w:rPr>
        <w:fldChar w:fldCharType="begin"/>
      </w:r>
      <w:r w:rsidR="00BD0A88">
        <w:rPr>
          <w:color w:val="1F497D"/>
        </w:rPr>
        <w:instrText xml:space="preserve"> INCLUDEPICTURE  "cid:image001.png@01D5C6EB.E7415390" \* MERGEFORMATINET </w:instrText>
      </w:r>
      <w:r w:rsidR="00BD0A88">
        <w:rPr>
          <w:color w:val="1F497D"/>
        </w:rPr>
        <w:fldChar w:fldCharType="separate"/>
      </w:r>
      <w:r w:rsidR="00085E8A">
        <w:rPr>
          <w:color w:val="1F497D"/>
        </w:rPr>
        <w:fldChar w:fldCharType="begin"/>
      </w:r>
      <w:r w:rsidR="00085E8A">
        <w:rPr>
          <w:color w:val="1F497D"/>
        </w:rPr>
        <w:instrText xml:space="preserve"> INCLUDEPICTURE  "cid:image001.png@01D5C6EB.E7415390" \* MERGEFORMATINET </w:instrText>
      </w:r>
      <w:r w:rsidR="00085E8A">
        <w:rPr>
          <w:color w:val="1F497D"/>
        </w:rPr>
        <w:fldChar w:fldCharType="separate"/>
      </w:r>
      <w:r w:rsidR="00243F6B">
        <w:rPr>
          <w:color w:val="1F497D"/>
        </w:rPr>
        <w:fldChar w:fldCharType="begin"/>
      </w:r>
      <w:r w:rsidR="00243F6B">
        <w:rPr>
          <w:color w:val="1F497D"/>
        </w:rPr>
        <w:instrText xml:space="preserve"> INCLUDEPICTURE  "cid:image001.png@01D5C6EB.E7415390" \* MERGEFORMATINET </w:instrText>
      </w:r>
      <w:r w:rsidR="00243F6B">
        <w:rPr>
          <w:color w:val="1F497D"/>
        </w:rPr>
        <w:fldChar w:fldCharType="separate"/>
      </w:r>
      <w:r w:rsidR="004635FA">
        <w:rPr>
          <w:color w:val="1F497D"/>
        </w:rPr>
        <w:fldChar w:fldCharType="begin"/>
      </w:r>
      <w:r w:rsidR="004635FA">
        <w:rPr>
          <w:color w:val="1F497D"/>
        </w:rPr>
        <w:instrText xml:space="preserve"> INCLUDEPICTURE  "cid:image001.png@01D5C6EB.E7415390" \* MERGEFORMATINET </w:instrText>
      </w:r>
      <w:r w:rsidR="004635FA">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4C3A7B">
        <w:rPr>
          <w:color w:val="1F497D"/>
        </w:rPr>
        <w:fldChar w:fldCharType="begin"/>
      </w:r>
      <w:r w:rsidR="004C3A7B">
        <w:rPr>
          <w:color w:val="1F497D"/>
        </w:rPr>
        <w:instrText xml:space="preserve"> INCLUDEPICTURE  "cid:image001.png@01D5C6EB.E7415390" \* MERGEFORMATINET </w:instrText>
      </w:r>
      <w:r w:rsidR="004C3A7B">
        <w:rPr>
          <w:color w:val="1F497D"/>
        </w:rPr>
        <w:fldChar w:fldCharType="separate"/>
      </w:r>
      <w:r w:rsidR="00741083">
        <w:rPr>
          <w:color w:val="1F497D"/>
        </w:rPr>
        <w:fldChar w:fldCharType="begin"/>
      </w:r>
      <w:r w:rsidR="00741083">
        <w:rPr>
          <w:color w:val="1F497D"/>
        </w:rPr>
        <w:instrText xml:space="preserve"> INCLUDEPICTURE  "cid:image001.png@01D5C6EB.E7415390" \* MERGEFORMATINET </w:instrText>
      </w:r>
      <w:r w:rsidR="00741083">
        <w:rPr>
          <w:color w:val="1F497D"/>
        </w:rPr>
        <w:fldChar w:fldCharType="separate"/>
      </w:r>
      <w:r w:rsidR="00061AF8">
        <w:rPr>
          <w:color w:val="1F497D"/>
        </w:rPr>
        <w:fldChar w:fldCharType="begin"/>
      </w:r>
      <w:r w:rsidR="00061AF8">
        <w:rPr>
          <w:color w:val="1F497D"/>
        </w:rPr>
        <w:instrText xml:space="preserve"> INCLUDEPICTURE  "cid:image001.png@01D5C6EB.E7415390" \* MERGEFORMATINET </w:instrText>
      </w:r>
      <w:r w:rsidR="00061AF8">
        <w:rPr>
          <w:color w:val="1F497D"/>
        </w:rPr>
        <w:fldChar w:fldCharType="separate"/>
      </w:r>
      <w:r w:rsidR="00FC6CBD">
        <w:rPr>
          <w:color w:val="1F497D"/>
        </w:rPr>
        <w:fldChar w:fldCharType="begin"/>
      </w:r>
      <w:r w:rsidR="00FC6CBD">
        <w:rPr>
          <w:color w:val="1F497D"/>
        </w:rPr>
        <w:instrText xml:space="preserve"> INCLUDEPICTURE  "cid:image001.png@01D5C6EB.E7415390" \* MERGEFORMATINET </w:instrText>
      </w:r>
      <w:r w:rsidR="00FC6CBD">
        <w:rPr>
          <w:color w:val="1F497D"/>
        </w:rPr>
        <w:fldChar w:fldCharType="separate"/>
      </w:r>
      <w:r w:rsidR="00FD07A7">
        <w:rPr>
          <w:color w:val="1F497D"/>
        </w:rPr>
        <w:fldChar w:fldCharType="begin"/>
      </w:r>
      <w:r w:rsidR="00FD07A7">
        <w:rPr>
          <w:color w:val="1F497D"/>
        </w:rPr>
        <w:instrText xml:space="preserve"> INCLUDEPICTURE  "cid:image001.png@01D5C6EB.E7415390" \* MERGEFORMATINET </w:instrText>
      </w:r>
      <w:r w:rsidR="00FD07A7">
        <w:rPr>
          <w:color w:val="1F497D"/>
        </w:rPr>
        <w:fldChar w:fldCharType="separate"/>
      </w:r>
      <w:r w:rsidR="00465040">
        <w:rPr>
          <w:color w:val="1F497D"/>
        </w:rPr>
        <w:fldChar w:fldCharType="begin"/>
      </w:r>
      <w:r w:rsidR="00465040">
        <w:rPr>
          <w:color w:val="1F497D"/>
        </w:rPr>
        <w:instrText xml:space="preserve"> INCLUDEPICTURE  "cid:image001.png@01D5C6EB.E7415390" \* MERGEFORMATINET </w:instrText>
      </w:r>
      <w:r w:rsidR="00465040">
        <w:rPr>
          <w:color w:val="1F497D"/>
        </w:rPr>
        <w:fldChar w:fldCharType="separate"/>
      </w:r>
      <w:r w:rsidR="00000000">
        <w:rPr>
          <w:color w:val="1F497D"/>
        </w:rPr>
        <w:fldChar w:fldCharType="begin"/>
      </w:r>
      <w:r w:rsidR="00000000">
        <w:rPr>
          <w:color w:val="1F497D"/>
        </w:rPr>
        <w:instrText xml:space="preserve"> INCLUDEPICTURE  "cid:image001.png@01D5C6EB.E7415390" \* MERGEFORMATINET </w:instrText>
      </w:r>
      <w:r w:rsidR="00000000">
        <w:rPr>
          <w:color w:val="1F497D"/>
        </w:rPr>
        <w:fldChar w:fldCharType="separate"/>
      </w:r>
      <w:r w:rsidR="00000000">
        <w:rPr>
          <w:color w:val="1F497D"/>
        </w:rPr>
        <w:pict w14:anchorId="67708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RF_Go_logo_blå_med_tagline_mellan_webb" style="width:107.3pt;height:33.95pt">
            <v:imagedata r:id="rId30" r:href="rId31"/>
          </v:shape>
        </w:pict>
      </w:r>
      <w:r w:rsidR="00000000">
        <w:rPr>
          <w:color w:val="1F497D"/>
        </w:rPr>
        <w:fldChar w:fldCharType="end"/>
      </w:r>
      <w:r w:rsidR="00465040">
        <w:rPr>
          <w:color w:val="1F497D"/>
        </w:rPr>
        <w:fldChar w:fldCharType="end"/>
      </w:r>
      <w:r w:rsidR="00FD07A7">
        <w:rPr>
          <w:color w:val="1F497D"/>
        </w:rPr>
        <w:fldChar w:fldCharType="end"/>
      </w:r>
      <w:r w:rsidR="00FC6CBD">
        <w:rPr>
          <w:color w:val="1F497D"/>
        </w:rPr>
        <w:fldChar w:fldCharType="end"/>
      </w:r>
      <w:r w:rsidR="00061AF8">
        <w:rPr>
          <w:color w:val="1F497D"/>
        </w:rPr>
        <w:fldChar w:fldCharType="end"/>
      </w:r>
      <w:r w:rsidR="00741083">
        <w:rPr>
          <w:color w:val="1F497D"/>
        </w:rPr>
        <w:fldChar w:fldCharType="end"/>
      </w:r>
      <w:r w:rsidR="004C3A7B">
        <w:rPr>
          <w:color w:val="1F497D"/>
        </w:rPr>
        <w:fldChar w:fldCharType="end"/>
      </w:r>
      <w:r w:rsidR="00AE3CBB">
        <w:rPr>
          <w:color w:val="1F497D"/>
        </w:rPr>
        <w:fldChar w:fldCharType="end"/>
      </w:r>
      <w:r w:rsidR="00AE3CBB">
        <w:rPr>
          <w:color w:val="1F497D"/>
        </w:rPr>
        <w:fldChar w:fldCharType="end"/>
      </w:r>
      <w:r w:rsidR="004635FA">
        <w:rPr>
          <w:color w:val="1F497D"/>
        </w:rPr>
        <w:fldChar w:fldCharType="end"/>
      </w:r>
      <w:r w:rsidR="00243F6B">
        <w:rPr>
          <w:color w:val="1F497D"/>
        </w:rPr>
        <w:fldChar w:fldCharType="end"/>
      </w:r>
      <w:r w:rsidR="00085E8A">
        <w:rPr>
          <w:color w:val="1F497D"/>
        </w:rPr>
        <w:fldChar w:fldCharType="end"/>
      </w:r>
      <w:r w:rsidR="00BD0A88">
        <w:rPr>
          <w:color w:val="1F497D"/>
        </w:rPr>
        <w:fldChar w:fldCharType="end"/>
      </w:r>
      <w:r w:rsidR="00C535D9">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sidRPr="00F66599">
        <w:rPr>
          <w:color w:val="1F497D"/>
        </w:rPr>
        <w:fldChar w:fldCharType="end"/>
      </w:r>
    </w:p>
    <w:p w14:paraId="6F82B9D3" w14:textId="084C0535" w:rsidR="00D906E4" w:rsidRDefault="00D906E4" w:rsidP="00D906E4">
      <w:r w:rsidRPr="00F66599">
        <w:rPr>
          <w:color w:val="1F497D"/>
        </w:rPr>
        <w:fldChar w:fldCharType="begin"/>
      </w:r>
      <w:r w:rsidRPr="00F66599">
        <w:rPr>
          <w:color w:val="1F497D"/>
        </w:rPr>
        <w:instrText xml:space="preserve"> INCLUDEPICTURE  "cid:image001.png@01D5C6EB.E7415390" \* MERGEFORMATINET </w:instrText>
      </w:r>
      <w:r w:rsidRPr="00F66599">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Pr>
          <w:color w:val="1F497D"/>
        </w:rPr>
        <w:fldChar w:fldCharType="begin"/>
      </w:r>
      <w:r>
        <w:rPr>
          <w:color w:val="1F497D"/>
        </w:rPr>
        <w:instrText xml:space="preserve"> INCLUDEPICTURE  "cid:image001.png@01D5C6EB.E7415390" \* MERGEFORMATINET </w:instrText>
      </w:r>
      <w:r>
        <w:rPr>
          <w:color w:val="1F497D"/>
        </w:rPr>
        <w:fldChar w:fldCharType="separate"/>
      </w:r>
      <w:r w:rsidR="00C535D9">
        <w:rPr>
          <w:color w:val="1F497D"/>
        </w:rPr>
        <w:fldChar w:fldCharType="begin"/>
      </w:r>
      <w:r w:rsidR="00C535D9">
        <w:rPr>
          <w:color w:val="1F497D"/>
        </w:rPr>
        <w:instrText xml:space="preserve"> INCLUDEPICTURE  "cid:image001.png@01D5C6EB.E7415390" \* MERGEFORMATINET </w:instrText>
      </w:r>
      <w:r w:rsidR="00C535D9">
        <w:rPr>
          <w:color w:val="1F497D"/>
        </w:rPr>
        <w:fldChar w:fldCharType="separate"/>
      </w:r>
      <w:r w:rsidR="00BD0A88">
        <w:rPr>
          <w:color w:val="1F497D"/>
        </w:rPr>
        <w:fldChar w:fldCharType="begin"/>
      </w:r>
      <w:r w:rsidR="00BD0A88">
        <w:rPr>
          <w:color w:val="1F497D"/>
        </w:rPr>
        <w:instrText xml:space="preserve"> INCLUDEPICTURE  "cid:image001.png@01D5C6EB.E7415390" \* MERGEFORMATINET </w:instrText>
      </w:r>
      <w:r w:rsidR="00BD0A88">
        <w:rPr>
          <w:color w:val="1F497D"/>
        </w:rPr>
        <w:fldChar w:fldCharType="separate"/>
      </w:r>
      <w:r w:rsidR="00085E8A">
        <w:rPr>
          <w:color w:val="1F497D"/>
        </w:rPr>
        <w:fldChar w:fldCharType="begin"/>
      </w:r>
      <w:r w:rsidR="00085E8A">
        <w:rPr>
          <w:color w:val="1F497D"/>
        </w:rPr>
        <w:instrText xml:space="preserve"> INCLUDEPICTURE  "cid:image001.png@01D5C6EB.E7415390" \* MERGEFORMATINET </w:instrText>
      </w:r>
      <w:r w:rsidR="00085E8A">
        <w:rPr>
          <w:color w:val="1F497D"/>
        </w:rPr>
        <w:fldChar w:fldCharType="separate"/>
      </w:r>
      <w:r w:rsidR="00243F6B">
        <w:rPr>
          <w:color w:val="1F497D"/>
        </w:rPr>
        <w:fldChar w:fldCharType="begin"/>
      </w:r>
      <w:r w:rsidR="00243F6B">
        <w:rPr>
          <w:color w:val="1F497D"/>
        </w:rPr>
        <w:instrText xml:space="preserve"> INCLUDEPICTURE  "cid:image001.png@01D5C6EB.E7415390" \* MERGEFORMATINET </w:instrText>
      </w:r>
      <w:r w:rsidR="00243F6B">
        <w:rPr>
          <w:color w:val="1F497D"/>
        </w:rPr>
        <w:fldChar w:fldCharType="separate"/>
      </w:r>
      <w:r w:rsidR="004635FA">
        <w:rPr>
          <w:color w:val="1F497D"/>
        </w:rPr>
        <w:fldChar w:fldCharType="begin"/>
      </w:r>
      <w:r w:rsidR="004635FA">
        <w:rPr>
          <w:color w:val="1F497D"/>
        </w:rPr>
        <w:instrText xml:space="preserve"> INCLUDEPICTURE  "cid:image001.png@01D5C6EB.E7415390" \* MERGEFORMATINET </w:instrText>
      </w:r>
      <w:r w:rsidR="004635FA">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AE3CBB">
        <w:rPr>
          <w:color w:val="1F497D"/>
        </w:rPr>
        <w:fldChar w:fldCharType="begin"/>
      </w:r>
      <w:r w:rsidR="00AE3CBB">
        <w:rPr>
          <w:color w:val="1F497D"/>
        </w:rPr>
        <w:instrText xml:space="preserve"> INCLUDEPICTURE  "cid:image001.png@01D5C6EB.E7415390" \* MERGEFORMATINET </w:instrText>
      </w:r>
      <w:r w:rsidR="00AE3CBB">
        <w:rPr>
          <w:color w:val="1F497D"/>
        </w:rPr>
        <w:fldChar w:fldCharType="separate"/>
      </w:r>
      <w:r w:rsidR="004C3A7B">
        <w:rPr>
          <w:color w:val="1F497D"/>
        </w:rPr>
        <w:fldChar w:fldCharType="begin"/>
      </w:r>
      <w:r w:rsidR="004C3A7B">
        <w:rPr>
          <w:color w:val="1F497D"/>
        </w:rPr>
        <w:instrText xml:space="preserve"> INCLUDEPICTURE  "cid:image001.png@01D5C6EB.E7415390" \* MERGEFORMATINET </w:instrText>
      </w:r>
      <w:r w:rsidR="004C3A7B">
        <w:rPr>
          <w:color w:val="1F497D"/>
        </w:rPr>
        <w:fldChar w:fldCharType="separate"/>
      </w:r>
      <w:r w:rsidR="00741083">
        <w:rPr>
          <w:color w:val="1F497D"/>
        </w:rPr>
        <w:fldChar w:fldCharType="begin"/>
      </w:r>
      <w:r w:rsidR="00741083">
        <w:rPr>
          <w:color w:val="1F497D"/>
        </w:rPr>
        <w:instrText xml:space="preserve"> INCLUDEPICTURE  "cid:image001.png@01D5C6EB.E7415390" \* MERGEFORMATINET </w:instrText>
      </w:r>
      <w:r w:rsidR="00741083">
        <w:rPr>
          <w:color w:val="1F497D"/>
        </w:rPr>
        <w:fldChar w:fldCharType="separate"/>
      </w:r>
      <w:r w:rsidR="00061AF8">
        <w:rPr>
          <w:color w:val="1F497D"/>
        </w:rPr>
        <w:fldChar w:fldCharType="begin"/>
      </w:r>
      <w:r w:rsidR="00061AF8">
        <w:rPr>
          <w:color w:val="1F497D"/>
        </w:rPr>
        <w:instrText xml:space="preserve"> INCLUDEPICTURE  "cid:image001.png@01D5C6EB.E7415390" \* MERGEFORMATINET </w:instrText>
      </w:r>
      <w:r w:rsidR="00061AF8">
        <w:rPr>
          <w:color w:val="1F497D"/>
        </w:rPr>
        <w:fldChar w:fldCharType="separate"/>
      </w:r>
      <w:r w:rsidR="00FC6CBD">
        <w:rPr>
          <w:color w:val="1F497D"/>
        </w:rPr>
        <w:fldChar w:fldCharType="begin"/>
      </w:r>
      <w:r w:rsidR="00FC6CBD">
        <w:rPr>
          <w:color w:val="1F497D"/>
        </w:rPr>
        <w:instrText xml:space="preserve"> INCLUDEPICTURE  "cid:image001.png@01D5C6EB.E7415390" \* MERGEFORMATINET </w:instrText>
      </w:r>
      <w:r w:rsidR="00FC6CBD">
        <w:rPr>
          <w:color w:val="1F497D"/>
        </w:rPr>
        <w:fldChar w:fldCharType="separate"/>
      </w:r>
      <w:r w:rsidR="00FD07A7">
        <w:rPr>
          <w:color w:val="1F497D"/>
        </w:rPr>
        <w:fldChar w:fldCharType="begin"/>
      </w:r>
      <w:r w:rsidR="00FD07A7">
        <w:rPr>
          <w:color w:val="1F497D"/>
        </w:rPr>
        <w:instrText xml:space="preserve"> INCLUDEPICTURE  "cid:image001.png@01D5C6EB.E7415390" \* MERGEFORMATINET </w:instrText>
      </w:r>
      <w:r w:rsidR="00FD07A7">
        <w:rPr>
          <w:color w:val="1F497D"/>
        </w:rPr>
        <w:fldChar w:fldCharType="separate"/>
      </w:r>
      <w:r w:rsidR="00465040">
        <w:rPr>
          <w:color w:val="1F497D"/>
        </w:rPr>
        <w:fldChar w:fldCharType="begin"/>
      </w:r>
      <w:r w:rsidR="00465040">
        <w:rPr>
          <w:color w:val="1F497D"/>
        </w:rPr>
        <w:instrText xml:space="preserve"> INCLUDEPICTURE  "cid:image001.png@01D5C6EB.E7415390" \* MERGEFORMATINET </w:instrText>
      </w:r>
      <w:r w:rsidR="00465040">
        <w:rPr>
          <w:color w:val="1F497D"/>
        </w:rPr>
        <w:fldChar w:fldCharType="separate"/>
      </w:r>
      <w:r w:rsidR="00000000">
        <w:rPr>
          <w:color w:val="1F497D"/>
        </w:rPr>
        <w:fldChar w:fldCharType="begin"/>
      </w:r>
      <w:r w:rsidR="00000000">
        <w:rPr>
          <w:color w:val="1F497D"/>
        </w:rPr>
        <w:instrText xml:space="preserve"> INCLUDEPICTURE  "cid:image001.png@01D5C6EB.E7415390" \* MERGEFORMATINET </w:instrText>
      </w:r>
      <w:r w:rsidR="00000000">
        <w:rPr>
          <w:color w:val="1F497D"/>
        </w:rPr>
        <w:fldChar w:fldCharType="separate"/>
      </w:r>
      <w:r w:rsidR="00000000">
        <w:rPr>
          <w:color w:val="1F497D"/>
        </w:rPr>
        <w:pict w14:anchorId="7CFFF8EE">
          <v:shape id="_x0000_i1026" type="#_x0000_t75" alt="SRF_Go_logo_blå_med_tagline_mellan_webb" style="width:107.3pt;height:33.95pt">
            <v:imagedata r:id="rId32" r:href="rId33"/>
          </v:shape>
        </w:pict>
      </w:r>
      <w:r w:rsidR="00000000">
        <w:rPr>
          <w:color w:val="1F497D"/>
        </w:rPr>
        <w:fldChar w:fldCharType="end"/>
      </w:r>
      <w:r w:rsidR="00465040">
        <w:rPr>
          <w:color w:val="1F497D"/>
        </w:rPr>
        <w:fldChar w:fldCharType="end"/>
      </w:r>
      <w:r w:rsidR="00FD07A7">
        <w:rPr>
          <w:color w:val="1F497D"/>
        </w:rPr>
        <w:fldChar w:fldCharType="end"/>
      </w:r>
      <w:r w:rsidR="00FC6CBD">
        <w:rPr>
          <w:color w:val="1F497D"/>
        </w:rPr>
        <w:fldChar w:fldCharType="end"/>
      </w:r>
      <w:r w:rsidR="00061AF8">
        <w:rPr>
          <w:color w:val="1F497D"/>
        </w:rPr>
        <w:fldChar w:fldCharType="end"/>
      </w:r>
      <w:r w:rsidR="00741083">
        <w:rPr>
          <w:color w:val="1F497D"/>
        </w:rPr>
        <w:fldChar w:fldCharType="end"/>
      </w:r>
      <w:r w:rsidR="004C3A7B">
        <w:rPr>
          <w:color w:val="1F497D"/>
        </w:rPr>
        <w:fldChar w:fldCharType="end"/>
      </w:r>
      <w:r w:rsidR="00AE3CBB">
        <w:rPr>
          <w:color w:val="1F497D"/>
        </w:rPr>
        <w:fldChar w:fldCharType="end"/>
      </w:r>
      <w:r w:rsidR="00AE3CBB">
        <w:rPr>
          <w:color w:val="1F497D"/>
        </w:rPr>
        <w:fldChar w:fldCharType="end"/>
      </w:r>
      <w:r w:rsidR="004635FA">
        <w:rPr>
          <w:color w:val="1F497D"/>
        </w:rPr>
        <w:fldChar w:fldCharType="end"/>
      </w:r>
      <w:r w:rsidR="00243F6B">
        <w:rPr>
          <w:color w:val="1F497D"/>
        </w:rPr>
        <w:fldChar w:fldCharType="end"/>
      </w:r>
      <w:r w:rsidR="00085E8A">
        <w:rPr>
          <w:color w:val="1F497D"/>
        </w:rPr>
        <w:fldChar w:fldCharType="end"/>
      </w:r>
      <w:r w:rsidR="00BD0A88">
        <w:rPr>
          <w:color w:val="1F497D"/>
        </w:rPr>
        <w:fldChar w:fldCharType="end"/>
      </w:r>
      <w:r w:rsidR="00C535D9">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Pr>
          <w:color w:val="1F497D"/>
        </w:rPr>
        <w:fldChar w:fldCharType="end"/>
      </w:r>
      <w:r w:rsidRPr="00F66599">
        <w:rPr>
          <w:color w:val="1F497D"/>
        </w:rPr>
        <w:fldChar w:fldCharType="end"/>
      </w:r>
    </w:p>
    <w:p w14:paraId="6DC09998" w14:textId="08A63D18" w:rsidR="00755EB3" w:rsidRPr="00843F59" w:rsidRDefault="00A26675" w:rsidP="00ED2E8B">
      <w:pPr>
        <w:rPr>
          <w:rFonts w:ascii="Sofia Sans" w:hAnsi="Sofia Sans"/>
          <w:lang w:val="sv-SE"/>
        </w:rPr>
      </w:pPr>
      <w:r>
        <w:rPr>
          <w:noProof/>
        </w:rPr>
        <w:drawing>
          <wp:inline distT="0" distB="0" distL="0" distR="0" wp14:anchorId="6C826515" wp14:editId="616CCCA4">
            <wp:extent cx="1122739" cy="353060"/>
            <wp:effectExtent l="0" t="0" r="1270" b="8890"/>
            <wp:docPr id="4" name="Bildobjekt 4" descr="Svensk insamlingskontroll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_Konto_Logo_RGB_Box.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39655" cy="358379"/>
                    </a:xfrm>
                    <a:prstGeom prst="rect">
                      <a:avLst/>
                    </a:prstGeom>
                  </pic:spPr>
                </pic:pic>
              </a:graphicData>
            </a:graphic>
          </wp:inline>
        </w:drawing>
      </w:r>
      <w:r>
        <w:rPr>
          <w:noProof/>
        </w:rPr>
        <w:drawing>
          <wp:anchor distT="0" distB="0" distL="114300" distR="114300" simplePos="0" relativeHeight="251661312" behindDoc="1" locked="0" layoutInCell="1" allowOverlap="1" wp14:anchorId="198A247F" wp14:editId="60595483">
            <wp:simplePos x="0" y="0"/>
            <wp:positionH relativeFrom="margin">
              <wp:align>left</wp:align>
            </wp:positionH>
            <wp:positionV relativeFrom="paragraph">
              <wp:posOffset>1210310</wp:posOffset>
            </wp:positionV>
            <wp:extent cx="3184525" cy="800100"/>
            <wp:effectExtent l="0" t="0" r="0" b="0"/>
            <wp:wrapSquare wrapText="bothSides"/>
            <wp:docPr id="2" name="Bildobjekt 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10;&#10;Automatiskt genererad beskrivn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452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55EB3" w:rsidRPr="00843F59" w:rsidSect="00D906E4">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E51D9" w14:textId="77777777" w:rsidR="0069328B" w:rsidRDefault="0069328B" w:rsidP="00C535D9">
      <w:pPr>
        <w:spacing w:after="0" w:line="240" w:lineRule="auto"/>
      </w:pPr>
      <w:r>
        <w:separator/>
      </w:r>
    </w:p>
  </w:endnote>
  <w:endnote w:type="continuationSeparator" w:id="0">
    <w:p w14:paraId="74AA6180" w14:textId="77777777" w:rsidR="0069328B" w:rsidRDefault="0069328B" w:rsidP="00C53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55">
    <w:altName w:val="Calibri"/>
    <w:panose1 w:val="00000000000000000000"/>
    <w:charset w:val="00"/>
    <w:family w:val="swiss"/>
    <w:notTrueType/>
    <w:pitch w:val="variable"/>
    <w:sig w:usb0="00000003" w:usb1="00000000" w:usb2="00000000" w:usb3="00000000" w:csb0="00000001" w:csb1="00000000"/>
  </w:font>
  <w:font w:name="Sofia Sans">
    <w:altName w:val="Calibri"/>
    <w:panose1 w:val="00000000000000000000"/>
    <w:charset w:val="00"/>
    <w:family w:val="auto"/>
    <w:pitch w:val="variable"/>
    <w:sig w:usb0="A00002EF" w:usb1="4000A4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6FC1C" w14:textId="77777777" w:rsidR="00C535D9" w:rsidRDefault="00C535D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5971419"/>
      <w:docPartObj>
        <w:docPartGallery w:val="Page Numbers (Bottom of Page)"/>
        <w:docPartUnique/>
      </w:docPartObj>
    </w:sdtPr>
    <w:sdtContent>
      <w:p w14:paraId="532F7585" w14:textId="4B6D0F38" w:rsidR="00C535D9" w:rsidRDefault="00C535D9">
        <w:pPr>
          <w:pStyle w:val="Sidfot"/>
        </w:pPr>
        <w:r>
          <w:rPr>
            <w:noProof/>
          </w:rPr>
          <mc:AlternateContent>
            <mc:Choice Requires="wps">
              <w:drawing>
                <wp:anchor distT="0" distB="0" distL="114300" distR="114300" simplePos="0" relativeHeight="251659264" behindDoc="0" locked="0" layoutInCell="1" allowOverlap="1" wp14:anchorId="3143D03D" wp14:editId="6FC07F79">
                  <wp:simplePos x="0" y="0"/>
                  <wp:positionH relativeFrom="page">
                    <wp:align>right</wp:align>
                  </wp:positionH>
                  <wp:positionV relativeFrom="page">
                    <wp:align>bottom</wp:align>
                  </wp:positionV>
                  <wp:extent cx="2125980" cy="2054860"/>
                  <wp:effectExtent l="7620" t="0" r="0" b="2540"/>
                  <wp:wrapNone/>
                  <wp:docPr id="480493696" name="Likbent tri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87B32" w14:textId="77777777" w:rsidR="00C535D9" w:rsidRDefault="00C535D9">
                              <w:pPr>
                                <w:jc w:val="center"/>
                                <w:rPr>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color w:val="FFFFFF" w:themeColor="background1"/>
                                  <w:sz w:val="72"/>
                                  <w:szCs w:val="72"/>
                                  <w:lang w:val="sv-SE"/>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3D03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bent triangel 1"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" adj="21600" fillcolor="#d2eaf1" stroked="f">
                  <v:textbox>
                    <w:txbxContent>
                      <w:p w14:paraId="11987B32" w14:textId="77777777" w:rsidR="00C535D9" w:rsidRDefault="00C535D9">
                        <w:pPr>
                          <w:jc w:val="center"/>
                          <w:rPr>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color w:val="FFFFFF" w:themeColor="background1"/>
                            <w:sz w:val="72"/>
                            <w:szCs w:val="72"/>
                            <w:lang w:val="sv-SE"/>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D869E" w14:textId="77777777" w:rsidR="00C535D9" w:rsidRDefault="00C535D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0CE6C" w14:textId="77777777" w:rsidR="0069328B" w:rsidRDefault="0069328B" w:rsidP="00C535D9">
      <w:pPr>
        <w:spacing w:after="0" w:line="240" w:lineRule="auto"/>
      </w:pPr>
      <w:r>
        <w:separator/>
      </w:r>
    </w:p>
  </w:footnote>
  <w:footnote w:type="continuationSeparator" w:id="0">
    <w:p w14:paraId="1C481755" w14:textId="77777777" w:rsidR="0069328B" w:rsidRDefault="0069328B" w:rsidP="00C535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0738" w14:textId="77777777" w:rsidR="00C535D9" w:rsidRDefault="00C535D9">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3EE5A" w14:textId="77777777" w:rsidR="00C535D9" w:rsidRDefault="00C535D9">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71703" w14:textId="77777777" w:rsidR="00C535D9" w:rsidRDefault="00C535D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Numreradlista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Punktlista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Punktlista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Numreradlist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Punktlista"/>
      <w:lvlText w:val=""/>
      <w:lvlJc w:val="left"/>
      <w:pPr>
        <w:tabs>
          <w:tab w:val="num" w:pos="360"/>
        </w:tabs>
        <w:ind w:left="360" w:hanging="360"/>
      </w:pPr>
      <w:rPr>
        <w:rFonts w:ascii="Symbol" w:hAnsi="Symbol" w:hint="default"/>
      </w:rPr>
    </w:lvl>
  </w:abstractNum>
  <w:abstractNum w:abstractNumId="9" w15:restartNumberingAfterBreak="0">
    <w:nsid w:val="001553F9"/>
    <w:multiLevelType w:val="hybridMultilevel"/>
    <w:tmpl w:val="72129A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05F42423"/>
    <w:multiLevelType w:val="hybridMultilevel"/>
    <w:tmpl w:val="42EA91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9790A10"/>
    <w:multiLevelType w:val="multilevel"/>
    <w:tmpl w:val="BCAE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802C90"/>
    <w:multiLevelType w:val="multilevel"/>
    <w:tmpl w:val="92E8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7D32A1"/>
    <w:multiLevelType w:val="hybridMultilevel"/>
    <w:tmpl w:val="16B455D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30A2BA5"/>
    <w:multiLevelType w:val="multilevel"/>
    <w:tmpl w:val="39CE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BD5FF0"/>
    <w:multiLevelType w:val="multilevel"/>
    <w:tmpl w:val="75C6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B6410A"/>
    <w:multiLevelType w:val="multilevel"/>
    <w:tmpl w:val="CA00E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485DA1"/>
    <w:multiLevelType w:val="hybridMultilevel"/>
    <w:tmpl w:val="7E7244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1BD56F25"/>
    <w:multiLevelType w:val="hybridMultilevel"/>
    <w:tmpl w:val="57B650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2524F13"/>
    <w:multiLevelType w:val="hybridMultilevel"/>
    <w:tmpl w:val="AE742A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36A63B8"/>
    <w:multiLevelType w:val="multilevel"/>
    <w:tmpl w:val="D1C6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927031"/>
    <w:multiLevelType w:val="multilevel"/>
    <w:tmpl w:val="9406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2C5B79"/>
    <w:multiLevelType w:val="hybridMultilevel"/>
    <w:tmpl w:val="00262BC2"/>
    <w:lvl w:ilvl="0" w:tplc="53D2098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2DC63580"/>
    <w:multiLevelType w:val="multilevel"/>
    <w:tmpl w:val="5FE2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AE750A"/>
    <w:multiLevelType w:val="hybridMultilevel"/>
    <w:tmpl w:val="BCFC96E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379A3D99"/>
    <w:multiLevelType w:val="hybridMultilevel"/>
    <w:tmpl w:val="B470DED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1DF569E"/>
    <w:multiLevelType w:val="hybridMultilevel"/>
    <w:tmpl w:val="FF0AB2A0"/>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24803FE"/>
    <w:multiLevelType w:val="hybridMultilevel"/>
    <w:tmpl w:val="B818F41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41F0C31"/>
    <w:multiLevelType w:val="hybridMultilevel"/>
    <w:tmpl w:val="ECBC8D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4AF397E"/>
    <w:multiLevelType w:val="hybridMultilevel"/>
    <w:tmpl w:val="8C12118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6AE3651"/>
    <w:multiLevelType w:val="multilevel"/>
    <w:tmpl w:val="EEE80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DC7BAE"/>
    <w:multiLevelType w:val="hybridMultilevel"/>
    <w:tmpl w:val="451EF94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2" w15:restartNumberingAfterBreak="0">
    <w:nsid w:val="50382F5E"/>
    <w:multiLevelType w:val="multilevel"/>
    <w:tmpl w:val="E60E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95706B"/>
    <w:multiLevelType w:val="multilevel"/>
    <w:tmpl w:val="9DB6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5924C3"/>
    <w:multiLevelType w:val="hybridMultilevel"/>
    <w:tmpl w:val="251E41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568030B"/>
    <w:multiLevelType w:val="multilevel"/>
    <w:tmpl w:val="66AE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945F38"/>
    <w:multiLevelType w:val="hybridMultilevel"/>
    <w:tmpl w:val="445A7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7D15380"/>
    <w:multiLevelType w:val="hybridMultilevel"/>
    <w:tmpl w:val="5A4EFF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D5E45D6"/>
    <w:multiLevelType w:val="multilevel"/>
    <w:tmpl w:val="EEE80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29361418">
    <w:abstractNumId w:val="8"/>
  </w:num>
  <w:num w:numId="2" w16cid:durableId="103579522">
    <w:abstractNumId w:val="6"/>
  </w:num>
  <w:num w:numId="3" w16cid:durableId="1336225836">
    <w:abstractNumId w:val="5"/>
  </w:num>
  <w:num w:numId="4" w16cid:durableId="1156532289">
    <w:abstractNumId w:val="4"/>
  </w:num>
  <w:num w:numId="5" w16cid:durableId="1502239819">
    <w:abstractNumId w:val="7"/>
  </w:num>
  <w:num w:numId="6" w16cid:durableId="2069644638">
    <w:abstractNumId w:val="3"/>
  </w:num>
  <w:num w:numId="7" w16cid:durableId="1867406442">
    <w:abstractNumId w:val="2"/>
  </w:num>
  <w:num w:numId="8" w16cid:durableId="1620575265">
    <w:abstractNumId w:val="1"/>
  </w:num>
  <w:num w:numId="9" w16cid:durableId="131481141">
    <w:abstractNumId w:val="0"/>
  </w:num>
  <w:num w:numId="10" w16cid:durableId="1177575107">
    <w:abstractNumId w:val="20"/>
  </w:num>
  <w:num w:numId="11" w16cid:durableId="1089346299">
    <w:abstractNumId w:val="23"/>
  </w:num>
  <w:num w:numId="12" w16cid:durableId="1576015476">
    <w:abstractNumId w:val="32"/>
  </w:num>
  <w:num w:numId="13" w16cid:durableId="721368898">
    <w:abstractNumId w:val="16"/>
  </w:num>
  <w:num w:numId="14" w16cid:durableId="266423784">
    <w:abstractNumId w:val="15"/>
  </w:num>
  <w:num w:numId="15" w16cid:durableId="2116754127">
    <w:abstractNumId w:val="12"/>
  </w:num>
  <w:num w:numId="16" w16cid:durableId="183785266">
    <w:abstractNumId w:val="21"/>
  </w:num>
  <w:num w:numId="17" w16cid:durableId="2117214713">
    <w:abstractNumId w:val="10"/>
  </w:num>
  <w:num w:numId="18" w16cid:durableId="1143959969">
    <w:abstractNumId w:val="36"/>
  </w:num>
  <w:num w:numId="19" w16cid:durableId="1354575308">
    <w:abstractNumId w:val="25"/>
  </w:num>
  <w:num w:numId="20" w16cid:durableId="1146701665">
    <w:abstractNumId w:val="13"/>
  </w:num>
  <w:num w:numId="21" w16cid:durableId="266276492">
    <w:abstractNumId w:val="29"/>
  </w:num>
  <w:num w:numId="22" w16cid:durableId="42214837">
    <w:abstractNumId w:val="27"/>
  </w:num>
  <w:num w:numId="23" w16cid:durableId="975378451">
    <w:abstractNumId w:val="31"/>
  </w:num>
  <w:num w:numId="24" w16cid:durableId="1356924079">
    <w:abstractNumId w:val="34"/>
  </w:num>
  <w:num w:numId="25" w16cid:durableId="1828859850">
    <w:abstractNumId w:val="14"/>
  </w:num>
  <w:num w:numId="26" w16cid:durableId="297610949">
    <w:abstractNumId w:val="30"/>
  </w:num>
  <w:num w:numId="27" w16cid:durableId="882714319">
    <w:abstractNumId w:val="38"/>
  </w:num>
  <w:num w:numId="28" w16cid:durableId="803699809">
    <w:abstractNumId w:val="37"/>
  </w:num>
  <w:num w:numId="29" w16cid:durableId="1158763301">
    <w:abstractNumId w:val="9"/>
  </w:num>
  <w:num w:numId="30" w16cid:durableId="772169587">
    <w:abstractNumId w:val="18"/>
  </w:num>
  <w:num w:numId="31" w16cid:durableId="485322176">
    <w:abstractNumId w:val="19"/>
  </w:num>
  <w:num w:numId="32" w16cid:durableId="545676863">
    <w:abstractNumId w:val="26"/>
  </w:num>
  <w:num w:numId="33" w16cid:durableId="762066762">
    <w:abstractNumId w:val="28"/>
  </w:num>
  <w:num w:numId="34" w16cid:durableId="1182011888">
    <w:abstractNumId w:val="24"/>
  </w:num>
  <w:num w:numId="35" w16cid:durableId="1502356145">
    <w:abstractNumId w:val="22"/>
  </w:num>
  <w:num w:numId="36" w16cid:durableId="1713919620">
    <w:abstractNumId w:val="17"/>
  </w:num>
  <w:num w:numId="37" w16cid:durableId="2087453497">
    <w:abstractNumId w:val="33"/>
  </w:num>
  <w:num w:numId="38" w16cid:durableId="1793672484">
    <w:abstractNumId w:val="35"/>
  </w:num>
  <w:num w:numId="39" w16cid:durableId="12012373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988"/>
    <w:rsid w:val="00022F13"/>
    <w:rsid w:val="000329D5"/>
    <w:rsid w:val="0003334C"/>
    <w:rsid w:val="00034616"/>
    <w:rsid w:val="00045721"/>
    <w:rsid w:val="0005326A"/>
    <w:rsid w:val="0006063C"/>
    <w:rsid w:val="00061AF8"/>
    <w:rsid w:val="00085E8A"/>
    <w:rsid w:val="000904D2"/>
    <w:rsid w:val="000905EF"/>
    <w:rsid w:val="000A45E1"/>
    <w:rsid w:val="000B1140"/>
    <w:rsid w:val="000B4AE9"/>
    <w:rsid w:val="000B5F6A"/>
    <w:rsid w:val="000B6748"/>
    <w:rsid w:val="000C452D"/>
    <w:rsid w:val="000C58DF"/>
    <w:rsid w:val="000C59A9"/>
    <w:rsid w:val="000E26B8"/>
    <w:rsid w:val="000E2E60"/>
    <w:rsid w:val="000E44C4"/>
    <w:rsid w:val="000E4EE9"/>
    <w:rsid w:val="000F4CA1"/>
    <w:rsid w:val="000F524D"/>
    <w:rsid w:val="0010122C"/>
    <w:rsid w:val="00104933"/>
    <w:rsid w:val="00106C31"/>
    <w:rsid w:val="00113411"/>
    <w:rsid w:val="00120397"/>
    <w:rsid w:val="00124437"/>
    <w:rsid w:val="00132C57"/>
    <w:rsid w:val="00141D95"/>
    <w:rsid w:val="0014306A"/>
    <w:rsid w:val="001453EC"/>
    <w:rsid w:val="0015074B"/>
    <w:rsid w:val="00150ECD"/>
    <w:rsid w:val="00164BA3"/>
    <w:rsid w:val="00165D4E"/>
    <w:rsid w:val="001A173E"/>
    <w:rsid w:val="001A2470"/>
    <w:rsid w:val="001B7F2C"/>
    <w:rsid w:val="001E4761"/>
    <w:rsid w:val="001E6548"/>
    <w:rsid w:val="0020412F"/>
    <w:rsid w:val="00205E69"/>
    <w:rsid w:val="00222A40"/>
    <w:rsid w:val="002324E5"/>
    <w:rsid w:val="002333C3"/>
    <w:rsid w:val="0024328B"/>
    <w:rsid w:val="00243F6B"/>
    <w:rsid w:val="00250E84"/>
    <w:rsid w:val="00253F9A"/>
    <w:rsid w:val="00264048"/>
    <w:rsid w:val="0027385F"/>
    <w:rsid w:val="00275EE7"/>
    <w:rsid w:val="0029639D"/>
    <w:rsid w:val="002A39A7"/>
    <w:rsid w:val="002A3B31"/>
    <w:rsid w:val="002A7DAA"/>
    <w:rsid w:val="002B3F74"/>
    <w:rsid w:val="002C0302"/>
    <w:rsid w:val="002C2360"/>
    <w:rsid w:val="002C3664"/>
    <w:rsid w:val="002D3911"/>
    <w:rsid w:val="002E0179"/>
    <w:rsid w:val="002F5AF6"/>
    <w:rsid w:val="00304DAF"/>
    <w:rsid w:val="0031082E"/>
    <w:rsid w:val="00310D6F"/>
    <w:rsid w:val="00316920"/>
    <w:rsid w:val="0032025B"/>
    <w:rsid w:val="00326F90"/>
    <w:rsid w:val="00343DB0"/>
    <w:rsid w:val="0037425E"/>
    <w:rsid w:val="003804BD"/>
    <w:rsid w:val="003804D5"/>
    <w:rsid w:val="00390BF6"/>
    <w:rsid w:val="003A384F"/>
    <w:rsid w:val="003B77DF"/>
    <w:rsid w:val="003D3D9E"/>
    <w:rsid w:val="003D6287"/>
    <w:rsid w:val="003E187A"/>
    <w:rsid w:val="003E2C5F"/>
    <w:rsid w:val="003F5722"/>
    <w:rsid w:val="00412A93"/>
    <w:rsid w:val="00415B96"/>
    <w:rsid w:val="004361F1"/>
    <w:rsid w:val="00436FF0"/>
    <w:rsid w:val="00443FE3"/>
    <w:rsid w:val="0045402D"/>
    <w:rsid w:val="0045534F"/>
    <w:rsid w:val="00455712"/>
    <w:rsid w:val="0046202B"/>
    <w:rsid w:val="0046282C"/>
    <w:rsid w:val="004635FA"/>
    <w:rsid w:val="00463980"/>
    <w:rsid w:val="00465040"/>
    <w:rsid w:val="00481593"/>
    <w:rsid w:val="00490117"/>
    <w:rsid w:val="004906FC"/>
    <w:rsid w:val="00491F38"/>
    <w:rsid w:val="00494042"/>
    <w:rsid w:val="004C203E"/>
    <w:rsid w:val="004C32BB"/>
    <w:rsid w:val="004C3A7B"/>
    <w:rsid w:val="004D1570"/>
    <w:rsid w:val="004E0F02"/>
    <w:rsid w:val="004E66CE"/>
    <w:rsid w:val="004F33AE"/>
    <w:rsid w:val="004F42C6"/>
    <w:rsid w:val="00504694"/>
    <w:rsid w:val="00514669"/>
    <w:rsid w:val="00530D35"/>
    <w:rsid w:val="00543281"/>
    <w:rsid w:val="005512D1"/>
    <w:rsid w:val="0056106A"/>
    <w:rsid w:val="00562B69"/>
    <w:rsid w:val="00567C61"/>
    <w:rsid w:val="005834F5"/>
    <w:rsid w:val="00584E56"/>
    <w:rsid w:val="00593CED"/>
    <w:rsid w:val="00597343"/>
    <w:rsid w:val="005A6086"/>
    <w:rsid w:val="005B4E70"/>
    <w:rsid w:val="005B6AB1"/>
    <w:rsid w:val="005E3549"/>
    <w:rsid w:val="005F3D5C"/>
    <w:rsid w:val="005F529E"/>
    <w:rsid w:val="00605BBC"/>
    <w:rsid w:val="0060669D"/>
    <w:rsid w:val="00613E50"/>
    <w:rsid w:val="00634B21"/>
    <w:rsid w:val="00635BF7"/>
    <w:rsid w:val="0064106D"/>
    <w:rsid w:val="0064585B"/>
    <w:rsid w:val="006473C1"/>
    <w:rsid w:val="00663C65"/>
    <w:rsid w:val="00664818"/>
    <w:rsid w:val="00672E19"/>
    <w:rsid w:val="0069328B"/>
    <w:rsid w:val="00693BD4"/>
    <w:rsid w:val="0069420A"/>
    <w:rsid w:val="006A0347"/>
    <w:rsid w:val="006A0A57"/>
    <w:rsid w:val="006A3CEB"/>
    <w:rsid w:val="006A7471"/>
    <w:rsid w:val="006B4427"/>
    <w:rsid w:val="006C4C9A"/>
    <w:rsid w:val="006C71E8"/>
    <w:rsid w:val="006D21D7"/>
    <w:rsid w:val="006D2535"/>
    <w:rsid w:val="006D290B"/>
    <w:rsid w:val="006E457B"/>
    <w:rsid w:val="006F7C83"/>
    <w:rsid w:val="0070269C"/>
    <w:rsid w:val="00722B76"/>
    <w:rsid w:val="00725342"/>
    <w:rsid w:val="00725A10"/>
    <w:rsid w:val="00741083"/>
    <w:rsid w:val="00741DA1"/>
    <w:rsid w:val="007542D0"/>
    <w:rsid w:val="00755EB3"/>
    <w:rsid w:val="007966A1"/>
    <w:rsid w:val="007A6DAB"/>
    <w:rsid w:val="007B7B20"/>
    <w:rsid w:val="007E2204"/>
    <w:rsid w:val="007F2E63"/>
    <w:rsid w:val="00802E27"/>
    <w:rsid w:val="0080457E"/>
    <w:rsid w:val="00810EC2"/>
    <w:rsid w:val="008323E4"/>
    <w:rsid w:val="00835EE6"/>
    <w:rsid w:val="00837B80"/>
    <w:rsid w:val="00841BA9"/>
    <w:rsid w:val="00843F59"/>
    <w:rsid w:val="00862E37"/>
    <w:rsid w:val="00864CC1"/>
    <w:rsid w:val="00867EE5"/>
    <w:rsid w:val="00870651"/>
    <w:rsid w:val="008774F7"/>
    <w:rsid w:val="0088379B"/>
    <w:rsid w:val="00883816"/>
    <w:rsid w:val="008A0566"/>
    <w:rsid w:val="008A7FAF"/>
    <w:rsid w:val="008B419E"/>
    <w:rsid w:val="008B708A"/>
    <w:rsid w:val="008F4F14"/>
    <w:rsid w:val="00901AB5"/>
    <w:rsid w:val="009120DD"/>
    <w:rsid w:val="00912705"/>
    <w:rsid w:val="00912D46"/>
    <w:rsid w:val="00915499"/>
    <w:rsid w:val="00935DDB"/>
    <w:rsid w:val="00951C93"/>
    <w:rsid w:val="0096336E"/>
    <w:rsid w:val="00974017"/>
    <w:rsid w:val="009744B0"/>
    <w:rsid w:val="009A0D23"/>
    <w:rsid w:val="009A2465"/>
    <w:rsid w:val="009A7C97"/>
    <w:rsid w:val="009B0339"/>
    <w:rsid w:val="009B45A9"/>
    <w:rsid w:val="009B6017"/>
    <w:rsid w:val="009C15A4"/>
    <w:rsid w:val="009D13E5"/>
    <w:rsid w:val="00A07BED"/>
    <w:rsid w:val="00A13676"/>
    <w:rsid w:val="00A26675"/>
    <w:rsid w:val="00A36F55"/>
    <w:rsid w:val="00A40942"/>
    <w:rsid w:val="00A458B6"/>
    <w:rsid w:val="00A45A9C"/>
    <w:rsid w:val="00A47585"/>
    <w:rsid w:val="00A81426"/>
    <w:rsid w:val="00A8186F"/>
    <w:rsid w:val="00A9798C"/>
    <w:rsid w:val="00AA0E2F"/>
    <w:rsid w:val="00AA1D8D"/>
    <w:rsid w:val="00AA548A"/>
    <w:rsid w:val="00AC43C3"/>
    <w:rsid w:val="00AD6224"/>
    <w:rsid w:val="00AE02CE"/>
    <w:rsid w:val="00AE0E60"/>
    <w:rsid w:val="00AE2236"/>
    <w:rsid w:val="00AE3459"/>
    <w:rsid w:val="00AE3CBB"/>
    <w:rsid w:val="00AF592B"/>
    <w:rsid w:val="00B01A51"/>
    <w:rsid w:val="00B05057"/>
    <w:rsid w:val="00B05E02"/>
    <w:rsid w:val="00B13195"/>
    <w:rsid w:val="00B23170"/>
    <w:rsid w:val="00B25A11"/>
    <w:rsid w:val="00B27D8B"/>
    <w:rsid w:val="00B43A97"/>
    <w:rsid w:val="00B47730"/>
    <w:rsid w:val="00B53A2B"/>
    <w:rsid w:val="00B63E63"/>
    <w:rsid w:val="00B83886"/>
    <w:rsid w:val="00B84F3F"/>
    <w:rsid w:val="00B854B6"/>
    <w:rsid w:val="00B86FA6"/>
    <w:rsid w:val="00B91B5A"/>
    <w:rsid w:val="00BB1FA2"/>
    <w:rsid w:val="00BC0CC8"/>
    <w:rsid w:val="00BC21C7"/>
    <w:rsid w:val="00BC7DD6"/>
    <w:rsid w:val="00BD0A88"/>
    <w:rsid w:val="00BE3676"/>
    <w:rsid w:val="00BE4D17"/>
    <w:rsid w:val="00BF3B3A"/>
    <w:rsid w:val="00C10CDE"/>
    <w:rsid w:val="00C20C99"/>
    <w:rsid w:val="00C44D06"/>
    <w:rsid w:val="00C535D9"/>
    <w:rsid w:val="00C61B4D"/>
    <w:rsid w:val="00C65A32"/>
    <w:rsid w:val="00C70451"/>
    <w:rsid w:val="00C72BD8"/>
    <w:rsid w:val="00C73644"/>
    <w:rsid w:val="00C879FC"/>
    <w:rsid w:val="00C87A1C"/>
    <w:rsid w:val="00C96D8E"/>
    <w:rsid w:val="00CB0664"/>
    <w:rsid w:val="00CC2F2C"/>
    <w:rsid w:val="00CF103B"/>
    <w:rsid w:val="00CF32B1"/>
    <w:rsid w:val="00CF4919"/>
    <w:rsid w:val="00D03BEB"/>
    <w:rsid w:val="00D11FBA"/>
    <w:rsid w:val="00D12DA7"/>
    <w:rsid w:val="00D14BC1"/>
    <w:rsid w:val="00D15F40"/>
    <w:rsid w:val="00D20CF1"/>
    <w:rsid w:val="00D20F39"/>
    <w:rsid w:val="00D22370"/>
    <w:rsid w:val="00D26CEF"/>
    <w:rsid w:val="00D3122B"/>
    <w:rsid w:val="00D41E93"/>
    <w:rsid w:val="00D440EE"/>
    <w:rsid w:val="00D567CD"/>
    <w:rsid w:val="00D650F6"/>
    <w:rsid w:val="00D80BAE"/>
    <w:rsid w:val="00D83297"/>
    <w:rsid w:val="00D85B60"/>
    <w:rsid w:val="00D906E4"/>
    <w:rsid w:val="00D927F1"/>
    <w:rsid w:val="00D95849"/>
    <w:rsid w:val="00D971E6"/>
    <w:rsid w:val="00DA6C86"/>
    <w:rsid w:val="00DB5298"/>
    <w:rsid w:val="00DB7AB6"/>
    <w:rsid w:val="00DD2C09"/>
    <w:rsid w:val="00DD4DD3"/>
    <w:rsid w:val="00DE5747"/>
    <w:rsid w:val="00DF01F8"/>
    <w:rsid w:val="00DF25B5"/>
    <w:rsid w:val="00DF5399"/>
    <w:rsid w:val="00E04288"/>
    <w:rsid w:val="00E13A32"/>
    <w:rsid w:val="00E27694"/>
    <w:rsid w:val="00E301F9"/>
    <w:rsid w:val="00E4449B"/>
    <w:rsid w:val="00E5041A"/>
    <w:rsid w:val="00E646B8"/>
    <w:rsid w:val="00E70C58"/>
    <w:rsid w:val="00E72269"/>
    <w:rsid w:val="00E9313B"/>
    <w:rsid w:val="00E95472"/>
    <w:rsid w:val="00EA2917"/>
    <w:rsid w:val="00EA3A3A"/>
    <w:rsid w:val="00EB391F"/>
    <w:rsid w:val="00EC0BEA"/>
    <w:rsid w:val="00EC6866"/>
    <w:rsid w:val="00EC753F"/>
    <w:rsid w:val="00ED2E8B"/>
    <w:rsid w:val="00EE7AE0"/>
    <w:rsid w:val="00EF43FB"/>
    <w:rsid w:val="00F03714"/>
    <w:rsid w:val="00F15DCD"/>
    <w:rsid w:val="00F45AA2"/>
    <w:rsid w:val="00F47497"/>
    <w:rsid w:val="00F503D5"/>
    <w:rsid w:val="00F51854"/>
    <w:rsid w:val="00F54CF2"/>
    <w:rsid w:val="00F63D81"/>
    <w:rsid w:val="00F66ABD"/>
    <w:rsid w:val="00F84A58"/>
    <w:rsid w:val="00F91BBA"/>
    <w:rsid w:val="00F9217C"/>
    <w:rsid w:val="00F929C1"/>
    <w:rsid w:val="00F941C6"/>
    <w:rsid w:val="00F979D3"/>
    <w:rsid w:val="00FA0517"/>
    <w:rsid w:val="00FC5BE5"/>
    <w:rsid w:val="00FC693F"/>
    <w:rsid w:val="00FC6CBD"/>
    <w:rsid w:val="00FC6F57"/>
    <w:rsid w:val="00FD07A7"/>
    <w:rsid w:val="00FD1C6F"/>
    <w:rsid w:val="00FE4252"/>
    <w:rsid w:val="00FE5C0C"/>
    <w:rsid w:val="00FE6828"/>
    <w:rsid w:val="00FF69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12DCDD"/>
  <w14:defaultImageDpi w14:val="300"/>
  <w15:docId w15:val="{1B88A178-FB63-48F3-AA21-0935A8E0D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Rubrik1">
    <w:name w:val="heading 1"/>
    <w:basedOn w:val="Normal"/>
    <w:next w:val="Normal"/>
    <w:link w:val="Rubrik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Rubrik9">
    <w:name w:val="heading 9"/>
    <w:basedOn w:val="Normal"/>
    <w:next w:val="Normal"/>
    <w:link w:val="Rubri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618BF"/>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E618BF"/>
  </w:style>
  <w:style w:type="paragraph" w:styleId="Sidfot">
    <w:name w:val="footer"/>
    <w:basedOn w:val="Normal"/>
    <w:link w:val="SidfotChar"/>
    <w:uiPriority w:val="99"/>
    <w:unhideWhenUsed/>
    <w:rsid w:val="00E618BF"/>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E618BF"/>
  </w:style>
  <w:style w:type="paragraph" w:styleId="Ingetavstnd">
    <w:name w:val="No Spacing"/>
    <w:link w:val="IngetavstndChar"/>
    <w:uiPriority w:val="1"/>
    <w:qFormat/>
    <w:rsid w:val="00FC693F"/>
    <w:pPr>
      <w:spacing w:after="0" w:line="240" w:lineRule="auto"/>
    </w:pPr>
  </w:style>
  <w:style w:type="character" w:customStyle="1" w:styleId="Rubrik1Char">
    <w:name w:val="Rubrik 1 Char"/>
    <w:basedOn w:val="Standardstycketeckensnitt"/>
    <w:link w:val="Rubri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FC693F"/>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FC693F"/>
    <w:rPr>
      <w:rFonts w:asciiTheme="majorHAnsi" w:eastAsiaTheme="majorEastAsia" w:hAnsiTheme="majorHAnsi" w:cstheme="majorBidi"/>
      <w:b/>
      <w:bCs/>
      <w:color w:val="4F81BD" w:themeColor="accent1"/>
    </w:rPr>
  </w:style>
  <w:style w:type="paragraph" w:styleId="Rubrik">
    <w:name w:val="Title"/>
    <w:basedOn w:val="Normal"/>
    <w:next w:val="Normal"/>
    <w:link w:val="Rubrik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derrubrik">
    <w:name w:val="Subtitle"/>
    <w:basedOn w:val="Normal"/>
    <w:next w:val="Normal"/>
    <w:link w:val="Underrubrik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FC693F"/>
    <w:rPr>
      <w:rFonts w:asciiTheme="majorHAnsi" w:eastAsiaTheme="majorEastAsia" w:hAnsiTheme="majorHAnsi" w:cstheme="majorBidi"/>
      <w:i/>
      <w:iCs/>
      <w:color w:val="4F81BD" w:themeColor="accent1"/>
      <w:spacing w:val="15"/>
      <w:sz w:val="24"/>
      <w:szCs w:val="24"/>
    </w:rPr>
  </w:style>
  <w:style w:type="paragraph" w:styleId="Liststycke">
    <w:name w:val="List Paragraph"/>
    <w:basedOn w:val="Normal"/>
    <w:uiPriority w:val="34"/>
    <w:qFormat/>
    <w:rsid w:val="00FC693F"/>
    <w:pPr>
      <w:ind w:left="720"/>
      <w:contextualSpacing/>
    </w:pPr>
  </w:style>
  <w:style w:type="paragraph" w:styleId="Brdtext">
    <w:name w:val="Body Text"/>
    <w:basedOn w:val="Normal"/>
    <w:link w:val="BrdtextChar"/>
    <w:uiPriority w:val="99"/>
    <w:unhideWhenUsed/>
    <w:rsid w:val="00AA1D8D"/>
    <w:pPr>
      <w:spacing w:after="120"/>
    </w:pPr>
  </w:style>
  <w:style w:type="character" w:customStyle="1" w:styleId="BrdtextChar">
    <w:name w:val="Brödtext Char"/>
    <w:basedOn w:val="Standardstycketeckensnitt"/>
    <w:link w:val="Brdtext"/>
    <w:uiPriority w:val="99"/>
    <w:rsid w:val="00AA1D8D"/>
  </w:style>
  <w:style w:type="paragraph" w:styleId="Brdtext2">
    <w:name w:val="Body Text 2"/>
    <w:basedOn w:val="Normal"/>
    <w:link w:val="Brdtext2Char"/>
    <w:uiPriority w:val="99"/>
    <w:unhideWhenUsed/>
    <w:rsid w:val="00AA1D8D"/>
    <w:pPr>
      <w:spacing w:after="120" w:line="480" w:lineRule="auto"/>
    </w:pPr>
  </w:style>
  <w:style w:type="character" w:customStyle="1" w:styleId="Brdtext2Char">
    <w:name w:val="Brödtext 2 Char"/>
    <w:basedOn w:val="Standardstycketeckensnitt"/>
    <w:link w:val="Brdtext2"/>
    <w:uiPriority w:val="99"/>
    <w:rsid w:val="00AA1D8D"/>
  </w:style>
  <w:style w:type="paragraph" w:styleId="Brdtext3">
    <w:name w:val="Body Text 3"/>
    <w:basedOn w:val="Normal"/>
    <w:link w:val="Brdtext3Char"/>
    <w:uiPriority w:val="99"/>
    <w:unhideWhenUsed/>
    <w:rsid w:val="00AA1D8D"/>
    <w:pPr>
      <w:spacing w:after="120"/>
    </w:pPr>
    <w:rPr>
      <w:sz w:val="16"/>
      <w:szCs w:val="16"/>
    </w:rPr>
  </w:style>
  <w:style w:type="character" w:customStyle="1" w:styleId="Brdtext3Char">
    <w:name w:val="Brödtext 3 Char"/>
    <w:basedOn w:val="Standardstycketeckensnitt"/>
    <w:link w:val="Brdtext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Punktlista">
    <w:name w:val="List Bullet"/>
    <w:basedOn w:val="Normal"/>
    <w:uiPriority w:val="99"/>
    <w:unhideWhenUsed/>
    <w:rsid w:val="00326F90"/>
    <w:pPr>
      <w:numPr>
        <w:numId w:val="1"/>
      </w:numPr>
      <w:contextualSpacing/>
    </w:pPr>
  </w:style>
  <w:style w:type="paragraph" w:styleId="Punktlista2">
    <w:name w:val="List Bullet 2"/>
    <w:basedOn w:val="Normal"/>
    <w:uiPriority w:val="99"/>
    <w:unhideWhenUsed/>
    <w:rsid w:val="00326F90"/>
    <w:pPr>
      <w:numPr>
        <w:numId w:val="2"/>
      </w:numPr>
      <w:contextualSpacing/>
    </w:pPr>
  </w:style>
  <w:style w:type="paragraph" w:styleId="Punktlista3">
    <w:name w:val="List Bullet 3"/>
    <w:basedOn w:val="Normal"/>
    <w:uiPriority w:val="99"/>
    <w:unhideWhenUsed/>
    <w:rsid w:val="00326F90"/>
    <w:pPr>
      <w:numPr>
        <w:numId w:val="3"/>
      </w:numPr>
      <w:contextualSpacing/>
    </w:pPr>
  </w:style>
  <w:style w:type="paragraph" w:styleId="Numreradlista">
    <w:name w:val="List Number"/>
    <w:basedOn w:val="Normal"/>
    <w:uiPriority w:val="99"/>
    <w:unhideWhenUsed/>
    <w:rsid w:val="00326F90"/>
    <w:pPr>
      <w:numPr>
        <w:numId w:val="5"/>
      </w:numPr>
      <w:contextualSpacing/>
    </w:pPr>
  </w:style>
  <w:style w:type="paragraph" w:styleId="Numreradlista2">
    <w:name w:val="List Number 2"/>
    <w:basedOn w:val="Normal"/>
    <w:uiPriority w:val="99"/>
    <w:unhideWhenUsed/>
    <w:rsid w:val="0029639D"/>
    <w:pPr>
      <w:numPr>
        <w:numId w:val="6"/>
      </w:numPr>
      <w:contextualSpacing/>
    </w:pPr>
  </w:style>
  <w:style w:type="paragraph" w:styleId="Numreradlista3">
    <w:name w:val="List Number 3"/>
    <w:basedOn w:val="Normal"/>
    <w:uiPriority w:val="99"/>
    <w:unhideWhenUsed/>
    <w:rsid w:val="0029639D"/>
    <w:pPr>
      <w:numPr>
        <w:numId w:val="7"/>
      </w:numPr>
      <w:contextualSpacing/>
    </w:pPr>
  </w:style>
  <w:style w:type="paragraph" w:styleId="Listafortstt">
    <w:name w:val="List Continue"/>
    <w:basedOn w:val="Normal"/>
    <w:uiPriority w:val="99"/>
    <w:unhideWhenUsed/>
    <w:rsid w:val="0029639D"/>
    <w:pPr>
      <w:spacing w:after="120"/>
      <w:ind w:left="360"/>
      <w:contextualSpacing/>
    </w:pPr>
  </w:style>
  <w:style w:type="paragraph" w:styleId="Listafortstt2">
    <w:name w:val="List Continue 2"/>
    <w:basedOn w:val="Normal"/>
    <w:uiPriority w:val="99"/>
    <w:unhideWhenUsed/>
    <w:rsid w:val="0029639D"/>
    <w:pPr>
      <w:spacing w:after="120"/>
      <w:ind w:left="720"/>
      <w:contextualSpacing/>
    </w:pPr>
  </w:style>
  <w:style w:type="paragraph" w:styleId="Listafortstt3">
    <w:name w:val="List Continue 3"/>
    <w:basedOn w:val="Normal"/>
    <w:uiPriority w:val="99"/>
    <w:unhideWhenUsed/>
    <w:rsid w:val="0029639D"/>
    <w:pPr>
      <w:spacing w:after="120"/>
      <w:ind w:left="1080"/>
      <w:contextualSpacing/>
    </w:pPr>
  </w:style>
  <w:style w:type="paragraph" w:styleId="Makrotext">
    <w:name w:val="macro"/>
    <w:link w:val="Mak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Char">
    <w:name w:val="Makrotext Char"/>
    <w:basedOn w:val="Standardstycketeckensnitt"/>
    <w:link w:val="Makrotext"/>
    <w:uiPriority w:val="99"/>
    <w:rsid w:val="0029639D"/>
    <w:rPr>
      <w:rFonts w:ascii="Courier" w:hAnsi="Courier"/>
      <w:sz w:val="20"/>
      <w:szCs w:val="20"/>
    </w:rPr>
  </w:style>
  <w:style w:type="paragraph" w:styleId="Citat">
    <w:name w:val="Quote"/>
    <w:basedOn w:val="Normal"/>
    <w:next w:val="Normal"/>
    <w:link w:val="CitatChar"/>
    <w:uiPriority w:val="29"/>
    <w:qFormat/>
    <w:rsid w:val="00FC693F"/>
    <w:rPr>
      <w:i/>
      <w:iCs/>
      <w:color w:val="000000" w:themeColor="text1"/>
    </w:rPr>
  </w:style>
  <w:style w:type="character" w:customStyle="1" w:styleId="CitatChar">
    <w:name w:val="Citat Char"/>
    <w:basedOn w:val="Standardstycketeckensnitt"/>
    <w:link w:val="Citat"/>
    <w:uiPriority w:val="29"/>
    <w:rsid w:val="00FC693F"/>
    <w:rPr>
      <w:i/>
      <w:iCs/>
      <w:color w:val="000000" w:themeColor="text1"/>
    </w:rPr>
  </w:style>
  <w:style w:type="character" w:customStyle="1" w:styleId="Rubrik4Char">
    <w:name w:val="Rubrik 4 Char"/>
    <w:basedOn w:val="Standardstycketeckensnitt"/>
    <w:link w:val="Rubrik4"/>
    <w:uiPriority w:val="9"/>
    <w:semiHidden/>
    <w:rsid w:val="00FC693F"/>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FC693F"/>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semiHidden/>
    <w:rsid w:val="00FC693F"/>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semiHidden/>
    <w:rsid w:val="00FC693F"/>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semiHidden/>
    <w:rsid w:val="00FC693F"/>
    <w:rPr>
      <w:rFonts w:asciiTheme="majorHAnsi" w:eastAsiaTheme="majorEastAsia" w:hAnsiTheme="majorHAnsi" w:cstheme="majorBidi"/>
      <w:color w:val="4F81BD" w:themeColor="accent1"/>
      <w:sz w:val="20"/>
      <w:szCs w:val="20"/>
    </w:rPr>
  </w:style>
  <w:style w:type="character" w:customStyle="1" w:styleId="Rubrik9Char">
    <w:name w:val="Rubrik 9 Char"/>
    <w:basedOn w:val="Standardstycketeckensnitt"/>
    <w:link w:val="Rubrik9"/>
    <w:uiPriority w:val="9"/>
    <w:semiHidden/>
    <w:rsid w:val="00FC693F"/>
    <w:rPr>
      <w:rFonts w:asciiTheme="majorHAnsi" w:eastAsiaTheme="majorEastAsia" w:hAnsiTheme="majorHAnsi" w:cstheme="majorBidi"/>
      <w:i/>
      <w:iCs/>
      <w:color w:val="404040" w:themeColor="text1" w:themeTint="BF"/>
      <w:sz w:val="20"/>
      <w:szCs w:val="20"/>
    </w:rPr>
  </w:style>
  <w:style w:type="paragraph" w:styleId="Beskrivning">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ark">
    <w:name w:val="Strong"/>
    <w:basedOn w:val="Standardstycketeckensnitt"/>
    <w:uiPriority w:val="22"/>
    <w:qFormat/>
    <w:rsid w:val="00FC693F"/>
    <w:rPr>
      <w:b/>
      <w:bCs/>
    </w:rPr>
  </w:style>
  <w:style w:type="character" w:styleId="Betoning">
    <w:name w:val="Emphasis"/>
    <w:basedOn w:val="Standardstycketeckensnitt"/>
    <w:uiPriority w:val="20"/>
    <w:qFormat/>
    <w:rsid w:val="00FC693F"/>
    <w:rPr>
      <w:i/>
      <w:iCs/>
    </w:rPr>
  </w:style>
  <w:style w:type="paragraph" w:styleId="Starktcitat">
    <w:name w:val="Intense Quote"/>
    <w:basedOn w:val="Normal"/>
    <w:next w:val="Normal"/>
    <w:link w:val="Starktcit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FC693F"/>
    <w:rPr>
      <w:b/>
      <w:bCs/>
      <w:i/>
      <w:iCs/>
      <w:color w:val="4F81BD" w:themeColor="accent1"/>
    </w:rPr>
  </w:style>
  <w:style w:type="character" w:styleId="Diskretbetoning">
    <w:name w:val="Subtle Emphasis"/>
    <w:basedOn w:val="Standardstycketeckensnitt"/>
    <w:uiPriority w:val="19"/>
    <w:qFormat/>
    <w:rsid w:val="00FC693F"/>
    <w:rPr>
      <w:i/>
      <w:iCs/>
      <w:color w:val="808080" w:themeColor="text1" w:themeTint="7F"/>
    </w:rPr>
  </w:style>
  <w:style w:type="character" w:styleId="Starkbetoning">
    <w:name w:val="Intense Emphasis"/>
    <w:basedOn w:val="Standardstycketeckensnitt"/>
    <w:uiPriority w:val="21"/>
    <w:qFormat/>
    <w:rsid w:val="00FC693F"/>
    <w:rPr>
      <w:b/>
      <w:bCs/>
      <w:i/>
      <w:iCs/>
      <w:color w:val="4F81BD" w:themeColor="accent1"/>
    </w:rPr>
  </w:style>
  <w:style w:type="character" w:styleId="Diskretreferens">
    <w:name w:val="Subtle Reference"/>
    <w:basedOn w:val="Standardstycketeckensnitt"/>
    <w:uiPriority w:val="31"/>
    <w:qFormat/>
    <w:rsid w:val="00FC693F"/>
    <w:rPr>
      <w:smallCaps/>
      <w:color w:val="C0504D" w:themeColor="accent2"/>
      <w:u w:val="single"/>
    </w:rPr>
  </w:style>
  <w:style w:type="character" w:styleId="Starkreferens">
    <w:name w:val="Intense Reference"/>
    <w:basedOn w:val="Standardstycketeckensnitt"/>
    <w:uiPriority w:val="32"/>
    <w:qFormat/>
    <w:rsid w:val="00FC693F"/>
    <w:rPr>
      <w:b/>
      <w:bCs/>
      <w:smallCaps/>
      <w:color w:val="C0504D" w:themeColor="accent2"/>
      <w:spacing w:val="5"/>
      <w:u w:val="single"/>
    </w:rPr>
  </w:style>
  <w:style w:type="character" w:styleId="Bokenstitel">
    <w:name w:val="Book Title"/>
    <w:basedOn w:val="Standardstycketeckensnitt"/>
    <w:uiPriority w:val="33"/>
    <w:qFormat/>
    <w:rsid w:val="00FC693F"/>
    <w:rPr>
      <w:b/>
      <w:bCs/>
      <w:smallCaps/>
      <w:spacing w:val="5"/>
    </w:rPr>
  </w:style>
  <w:style w:type="paragraph" w:styleId="Innehllsfrteckningsrubrik">
    <w:name w:val="TOC Heading"/>
    <w:basedOn w:val="Rubrik1"/>
    <w:next w:val="Normal"/>
    <w:uiPriority w:val="39"/>
    <w:unhideWhenUsed/>
    <w:qFormat/>
    <w:rsid w:val="00FC693F"/>
    <w:pPr>
      <w:outlineLvl w:val="9"/>
    </w:pPr>
  </w:style>
  <w:style w:type="table" w:styleId="Tabellrutnt">
    <w:name w:val="Table Grid"/>
    <w:basedOn w:val="Normaltabel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
    <w:name w:val="Light Shading"/>
    <w:basedOn w:val="Normaltabel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jusskuggning-dekorfrg2">
    <w:name w:val="Light Shading Accent 2"/>
    <w:basedOn w:val="Normaltabel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jusskuggning-dekorfrg3">
    <w:name w:val="Light Shading Accent 3"/>
    <w:basedOn w:val="Normaltabel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jusskuggning-dekorfrg4">
    <w:name w:val="Light Shading Accent 4"/>
    <w:basedOn w:val="Normaltabel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jusskuggning-dekorfrg5">
    <w:name w:val="Light Shading Accent 5"/>
    <w:basedOn w:val="Normaltabel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jusskuggning-dekorfrg6">
    <w:name w:val="Light Shading Accent 6"/>
    <w:basedOn w:val="Normaltabel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juslista">
    <w:name w:val="Light List"/>
    <w:basedOn w:val="Normaltabel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juslista-dekorfrg2">
    <w:name w:val="Light List Accent 2"/>
    <w:basedOn w:val="Normaltabel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juslista-dekorfrg3">
    <w:name w:val="Light List Accent 3"/>
    <w:basedOn w:val="Normaltabel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juslista-dekorfrg4">
    <w:name w:val="Light List Accent 4"/>
    <w:basedOn w:val="Normaltabel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juslista-dekorfrg5">
    <w:name w:val="Light List Accent 5"/>
    <w:basedOn w:val="Normaltabel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juslista-dekorfrg6">
    <w:name w:val="Light List Accent 6"/>
    <w:basedOn w:val="Normaltabel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justrutnt">
    <w:name w:val="Light Grid"/>
    <w:basedOn w:val="Normaltabel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justrutnt-dekorfrg2">
    <w:name w:val="Light Grid Accent 2"/>
    <w:basedOn w:val="Normaltabel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justrutnt-dekorfrg3">
    <w:name w:val="Light Grid Accent 3"/>
    <w:basedOn w:val="Normaltabel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justrutnt-dekorfrg4">
    <w:name w:val="Light Grid Accent 4"/>
    <w:basedOn w:val="Normaltabel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justrutnt-dekorfrg5">
    <w:name w:val="Light Grid Accent 5"/>
    <w:basedOn w:val="Normaltabel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justrutnt-dekorfrg6">
    <w:name w:val="Light Grid Accent 6"/>
    <w:basedOn w:val="Normaltabel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llanmrkskuggning1">
    <w:name w:val="Medium Shading 1"/>
    <w:basedOn w:val="Normaltabel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lista1">
    <w:name w:val="Medium List 1"/>
    <w:basedOn w:val="Normaltabel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llanmrklista1-dekorfrg2">
    <w:name w:val="Medium List 1 Accent 2"/>
    <w:basedOn w:val="Normaltabel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llanmrklista1-dekorfrg3">
    <w:name w:val="Medium List 1 Accent 3"/>
    <w:basedOn w:val="Normaltabel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llanmrklista1-dekorfrg4">
    <w:name w:val="Medium List 1 Accent 4"/>
    <w:basedOn w:val="Normaltabel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llanmrklista1-dekorfrg5">
    <w:name w:val="Medium List 1 Accent 5"/>
    <w:basedOn w:val="Normaltabel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llanmrklista1-dekorfrg6">
    <w:name w:val="Medium List 1 Accent 6"/>
    <w:basedOn w:val="Normaltabel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llanmrklista2">
    <w:name w:val="Medium List 2"/>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trutnt1">
    <w:name w:val="Medium Grid 1"/>
    <w:basedOn w:val="Normaltabel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llanmrktrutnt1-dekorfrg2">
    <w:name w:val="Medium Grid 1 Accent 2"/>
    <w:basedOn w:val="Normaltabel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llanmrktrutnt1-dekorfrg3">
    <w:name w:val="Medium Grid 1 Accent 3"/>
    <w:basedOn w:val="Normaltabel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llanmrktrutnt1-dekorfrg4">
    <w:name w:val="Medium Grid 1 Accent 4"/>
    <w:basedOn w:val="Normaltabel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llanmrktrutnt1-dekorfrg5">
    <w:name w:val="Medium Grid 1 Accent 5"/>
    <w:basedOn w:val="Normaltabel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llanmrktrutnt1-dekorfrg6">
    <w:name w:val="Medium Grid 1 Accent 6"/>
    <w:basedOn w:val="Normaltabel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llanmrktrutnt2">
    <w:name w:val="Medium Grid 2"/>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llanmrktrutnt3-dekorfrg2">
    <w:name w:val="Medium Grid 3 Accent 2"/>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llanmrktrutnt3-dekorfrg3">
    <w:name w:val="Medium Grid 3 Accent 3"/>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llanmrktrutnt3-dekorfrg4">
    <w:name w:val="Medium Grid 3 Accent 4"/>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llanmrktrutnt3-dekorfrg5">
    <w:name w:val="Medium Grid 3 Accent 5"/>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llanmrktrutnt3-dekorfrg6">
    <w:name w:val="Medium Grid 3 Accent 6"/>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rklista">
    <w:name w:val="Dark List"/>
    <w:basedOn w:val="Normaltabel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a-dekorfrg2">
    <w:name w:val="Dark List Accent 2"/>
    <w:basedOn w:val="Normaltabel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a-dekorfrg3">
    <w:name w:val="Dark List Accent 3"/>
    <w:basedOn w:val="Normaltabel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a-dekorfrg4">
    <w:name w:val="Dark List Accent 4"/>
    <w:basedOn w:val="Normaltabel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a-dekorfrg5">
    <w:name w:val="Dark List Accent 5"/>
    <w:basedOn w:val="Normaltabel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a-dekorfrg6">
    <w:name w:val="Dark List Accent 6"/>
    <w:basedOn w:val="Normaltabel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rgadskuggning">
    <w:name w:val="Colorful Shading"/>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rgadskuggning-dekorfrg4">
    <w:name w:val="Colorful Shading Accent 4"/>
    <w:basedOn w:val="Normaltabel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rgadlista">
    <w:name w:val="Colorful List"/>
    <w:basedOn w:val="Normaltabel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rgadlista-dekorfrg2">
    <w:name w:val="Colorful List Accent 2"/>
    <w:basedOn w:val="Normaltabel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rgadlista-dekorfrg3">
    <w:name w:val="Colorful List Accent 3"/>
    <w:basedOn w:val="Normaltabel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rgadlista-dekorfrg4">
    <w:name w:val="Colorful List Accent 4"/>
    <w:basedOn w:val="Normaltabel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rgadlista-dekorfrg5">
    <w:name w:val="Colorful List Accent 5"/>
    <w:basedOn w:val="Normaltabel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rgadlista-dekorfrg6">
    <w:name w:val="Colorful List Accent 6"/>
    <w:basedOn w:val="Normaltabel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rgatrutnt">
    <w:name w:val="Colorful Grid"/>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rgatrutnt-dekorfrg2">
    <w:name w:val="Colorful Grid Accent 2"/>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rgatrutnt-dekorfrg3">
    <w:name w:val="Colorful Grid Accent 3"/>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rgatrutnt-dekorfrg4">
    <w:name w:val="Colorful Grid Accent 4"/>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rgatrutnt-dekorfrg5">
    <w:name w:val="Colorful Grid Accent 5"/>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rgatrutnt-dekorfrg6">
    <w:name w:val="Colorful Grid Accent 6"/>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nk">
    <w:name w:val="Hyperlink"/>
    <w:basedOn w:val="Standardstycketeckensnitt"/>
    <w:uiPriority w:val="99"/>
    <w:unhideWhenUsed/>
    <w:rsid w:val="00755EB3"/>
    <w:rPr>
      <w:color w:val="0000FF" w:themeColor="hyperlink"/>
      <w:u w:val="single"/>
    </w:rPr>
  </w:style>
  <w:style w:type="character" w:styleId="Olstomnmnande">
    <w:name w:val="Unresolved Mention"/>
    <w:basedOn w:val="Standardstycketeckensnitt"/>
    <w:uiPriority w:val="99"/>
    <w:semiHidden/>
    <w:unhideWhenUsed/>
    <w:rsid w:val="00755EB3"/>
    <w:rPr>
      <w:color w:val="605E5C"/>
      <w:shd w:val="clear" w:color="auto" w:fill="E1DFDD"/>
    </w:rPr>
  </w:style>
  <w:style w:type="paragraph" w:styleId="Normalwebb">
    <w:name w:val="Normal (Web)"/>
    <w:basedOn w:val="Normal"/>
    <w:uiPriority w:val="99"/>
    <w:unhideWhenUsed/>
    <w:rsid w:val="00ED2E8B"/>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IngetavstndChar">
    <w:name w:val="Inget avstånd Char"/>
    <w:basedOn w:val="Standardstycketeckensnitt"/>
    <w:link w:val="Ingetavstnd"/>
    <w:uiPriority w:val="1"/>
    <w:rsid w:val="00ED2E8B"/>
  </w:style>
  <w:style w:type="paragraph" w:styleId="Innehll1">
    <w:name w:val="toc 1"/>
    <w:basedOn w:val="Normal"/>
    <w:next w:val="Normal"/>
    <w:autoRedefine/>
    <w:uiPriority w:val="39"/>
    <w:unhideWhenUsed/>
    <w:rsid w:val="005512D1"/>
    <w:pPr>
      <w:tabs>
        <w:tab w:val="right" w:leader="dot" w:pos="9060"/>
      </w:tabs>
      <w:spacing w:after="100"/>
    </w:pPr>
    <w:rPr>
      <w:rFonts w:ascii="Arial" w:eastAsia="Calibri" w:hAnsi="Arial" w:cs="Arial"/>
      <w:noProof/>
      <w:sz w:val="32"/>
      <w:szCs w:val="32"/>
      <w:lang w:val="sv-SE"/>
    </w:rPr>
  </w:style>
  <w:style w:type="paragraph" w:styleId="Innehll2">
    <w:name w:val="toc 2"/>
    <w:basedOn w:val="Normal"/>
    <w:next w:val="Normal"/>
    <w:autoRedefine/>
    <w:uiPriority w:val="39"/>
    <w:unhideWhenUsed/>
    <w:rsid w:val="00664818"/>
    <w:pPr>
      <w:spacing w:after="100"/>
      <w:ind w:left="220"/>
    </w:pPr>
  </w:style>
  <w:style w:type="character" w:styleId="AnvndHyperlnk">
    <w:name w:val="FollowedHyperlink"/>
    <w:basedOn w:val="Standardstycketeckensnitt"/>
    <w:uiPriority w:val="99"/>
    <w:semiHidden/>
    <w:unhideWhenUsed/>
    <w:rsid w:val="00304DAF"/>
    <w:rPr>
      <w:color w:val="800080" w:themeColor="followedHyperlink"/>
      <w:u w:val="single"/>
    </w:rPr>
  </w:style>
  <w:style w:type="paragraph" w:styleId="Innehll3">
    <w:name w:val="toc 3"/>
    <w:basedOn w:val="Normal"/>
    <w:next w:val="Normal"/>
    <w:autoRedefine/>
    <w:uiPriority w:val="39"/>
    <w:unhideWhenUsed/>
    <w:rsid w:val="00835EE6"/>
    <w:pPr>
      <w:spacing w:after="100"/>
      <w:ind w:left="440"/>
    </w:pPr>
  </w:style>
  <w:style w:type="paragraph" w:customStyle="1" w:styleId="faktatextbakF">
    <w:name w:val="faktatext bak F"/>
    <w:basedOn w:val="Normal"/>
    <w:uiPriority w:val="99"/>
    <w:rsid w:val="00D906E4"/>
    <w:pPr>
      <w:autoSpaceDE w:val="0"/>
      <w:autoSpaceDN w:val="0"/>
      <w:adjustRightInd w:val="0"/>
      <w:spacing w:after="0" w:line="280" w:lineRule="atLeast"/>
      <w:textAlignment w:val="center"/>
    </w:pPr>
    <w:rPr>
      <w:rFonts w:ascii="Frutiger 55" w:eastAsia="Calibri" w:hAnsi="Frutiger 55" w:cs="Frutiger 55"/>
      <w:color w:val="000000"/>
      <w:sz w:val="23"/>
      <w:szCs w:val="23"/>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87274">
      <w:bodyDiv w:val="1"/>
      <w:marLeft w:val="0"/>
      <w:marRight w:val="0"/>
      <w:marTop w:val="0"/>
      <w:marBottom w:val="0"/>
      <w:divBdr>
        <w:top w:val="none" w:sz="0" w:space="0" w:color="auto"/>
        <w:left w:val="none" w:sz="0" w:space="0" w:color="auto"/>
        <w:bottom w:val="none" w:sz="0" w:space="0" w:color="auto"/>
        <w:right w:val="none" w:sz="0" w:space="0" w:color="auto"/>
      </w:divBdr>
    </w:div>
    <w:div w:id="173954707">
      <w:bodyDiv w:val="1"/>
      <w:marLeft w:val="0"/>
      <w:marRight w:val="0"/>
      <w:marTop w:val="0"/>
      <w:marBottom w:val="0"/>
      <w:divBdr>
        <w:top w:val="none" w:sz="0" w:space="0" w:color="auto"/>
        <w:left w:val="none" w:sz="0" w:space="0" w:color="auto"/>
        <w:bottom w:val="none" w:sz="0" w:space="0" w:color="auto"/>
        <w:right w:val="none" w:sz="0" w:space="0" w:color="auto"/>
      </w:divBdr>
    </w:div>
    <w:div w:id="187839898">
      <w:bodyDiv w:val="1"/>
      <w:marLeft w:val="0"/>
      <w:marRight w:val="0"/>
      <w:marTop w:val="0"/>
      <w:marBottom w:val="0"/>
      <w:divBdr>
        <w:top w:val="none" w:sz="0" w:space="0" w:color="auto"/>
        <w:left w:val="none" w:sz="0" w:space="0" w:color="auto"/>
        <w:bottom w:val="none" w:sz="0" w:space="0" w:color="auto"/>
        <w:right w:val="none" w:sz="0" w:space="0" w:color="auto"/>
      </w:divBdr>
    </w:div>
    <w:div w:id="264732559">
      <w:bodyDiv w:val="1"/>
      <w:marLeft w:val="0"/>
      <w:marRight w:val="0"/>
      <w:marTop w:val="0"/>
      <w:marBottom w:val="0"/>
      <w:divBdr>
        <w:top w:val="none" w:sz="0" w:space="0" w:color="auto"/>
        <w:left w:val="none" w:sz="0" w:space="0" w:color="auto"/>
        <w:bottom w:val="none" w:sz="0" w:space="0" w:color="auto"/>
        <w:right w:val="none" w:sz="0" w:space="0" w:color="auto"/>
      </w:divBdr>
    </w:div>
    <w:div w:id="336272639">
      <w:bodyDiv w:val="1"/>
      <w:marLeft w:val="0"/>
      <w:marRight w:val="0"/>
      <w:marTop w:val="0"/>
      <w:marBottom w:val="0"/>
      <w:divBdr>
        <w:top w:val="none" w:sz="0" w:space="0" w:color="auto"/>
        <w:left w:val="none" w:sz="0" w:space="0" w:color="auto"/>
        <w:bottom w:val="none" w:sz="0" w:space="0" w:color="auto"/>
        <w:right w:val="none" w:sz="0" w:space="0" w:color="auto"/>
      </w:divBdr>
    </w:div>
    <w:div w:id="392124406">
      <w:bodyDiv w:val="1"/>
      <w:marLeft w:val="0"/>
      <w:marRight w:val="0"/>
      <w:marTop w:val="0"/>
      <w:marBottom w:val="0"/>
      <w:divBdr>
        <w:top w:val="none" w:sz="0" w:space="0" w:color="auto"/>
        <w:left w:val="none" w:sz="0" w:space="0" w:color="auto"/>
        <w:bottom w:val="none" w:sz="0" w:space="0" w:color="auto"/>
        <w:right w:val="none" w:sz="0" w:space="0" w:color="auto"/>
      </w:divBdr>
    </w:div>
    <w:div w:id="432670871">
      <w:bodyDiv w:val="1"/>
      <w:marLeft w:val="0"/>
      <w:marRight w:val="0"/>
      <w:marTop w:val="0"/>
      <w:marBottom w:val="0"/>
      <w:divBdr>
        <w:top w:val="none" w:sz="0" w:space="0" w:color="auto"/>
        <w:left w:val="none" w:sz="0" w:space="0" w:color="auto"/>
        <w:bottom w:val="none" w:sz="0" w:space="0" w:color="auto"/>
        <w:right w:val="none" w:sz="0" w:space="0" w:color="auto"/>
      </w:divBdr>
    </w:div>
    <w:div w:id="792870247">
      <w:bodyDiv w:val="1"/>
      <w:marLeft w:val="0"/>
      <w:marRight w:val="0"/>
      <w:marTop w:val="0"/>
      <w:marBottom w:val="0"/>
      <w:divBdr>
        <w:top w:val="none" w:sz="0" w:space="0" w:color="auto"/>
        <w:left w:val="none" w:sz="0" w:space="0" w:color="auto"/>
        <w:bottom w:val="none" w:sz="0" w:space="0" w:color="auto"/>
        <w:right w:val="none" w:sz="0" w:space="0" w:color="auto"/>
      </w:divBdr>
      <w:divsChild>
        <w:div w:id="1591306652">
          <w:marLeft w:val="0"/>
          <w:marRight w:val="0"/>
          <w:marTop w:val="0"/>
          <w:marBottom w:val="0"/>
          <w:divBdr>
            <w:top w:val="none" w:sz="0" w:space="0" w:color="auto"/>
            <w:left w:val="none" w:sz="0" w:space="0" w:color="auto"/>
            <w:bottom w:val="none" w:sz="0" w:space="0" w:color="auto"/>
            <w:right w:val="none" w:sz="0" w:space="0" w:color="auto"/>
          </w:divBdr>
          <w:divsChild>
            <w:div w:id="101070888">
              <w:marLeft w:val="0"/>
              <w:marRight w:val="0"/>
              <w:marTop w:val="0"/>
              <w:marBottom w:val="0"/>
              <w:divBdr>
                <w:top w:val="none" w:sz="0" w:space="0" w:color="auto"/>
                <w:left w:val="none" w:sz="0" w:space="0" w:color="auto"/>
                <w:bottom w:val="none" w:sz="0" w:space="0" w:color="auto"/>
                <w:right w:val="none" w:sz="0" w:space="0" w:color="auto"/>
              </w:divBdr>
              <w:divsChild>
                <w:div w:id="3171312">
                  <w:marLeft w:val="0"/>
                  <w:marRight w:val="0"/>
                  <w:marTop w:val="0"/>
                  <w:marBottom w:val="0"/>
                  <w:divBdr>
                    <w:top w:val="none" w:sz="0" w:space="0" w:color="auto"/>
                    <w:left w:val="none" w:sz="0" w:space="0" w:color="auto"/>
                    <w:bottom w:val="none" w:sz="0" w:space="0" w:color="auto"/>
                    <w:right w:val="none" w:sz="0" w:space="0" w:color="auto"/>
                  </w:divBdr>
                  <w:divsChild>
                    <w:div w:id="1812405367">
                      <w:marLeft w:val="0"/>
                      <w:marRight w:val="0"/>
                      <w:marTop w:val="0"/>
                      <w:marBottom w:val="0"/>
                      <w:divBdr>
                        <w:top w:val="none" w:sz="0" w:space="0" w:color="auto"/>
                        <w:left w:val="none" w:sz="0" w:space="0" w:color="auto"/>
                        <w:bottom w:val="none" w:sz="0" w:space="0" w:color="auto"/>
                        <w:right w:val="none" w:sz="0" w:space="0" w:color="auto"/>
                      </w:divBdr>
                      <w:divsChild>
                        <w:div w:id="1263150536">
                          <w:marLeft w:val="0"/>
                          <w:marRight w:val="0"/>
                          <w:marTop w:val="0"/>
                          <w:marBottom w:val="0"/>
                          <w:divBdr>
                            <w:top w:val="none" w:sz="0" w:space="0" w:color="auto"/>
                            <w:left w:val="none" w:sz="0" w:space="0" w:color="auto"/>
                            <w:bottom w:val="none" w:sz="0" w:space="0" w:color="auto"/>
                            <w:right w:val="none" w:sz="0" w:space="0" w:color="auto"/>
                          </w:divBdr>
                          <w:divsChild>
                            <w:div w:id="1384282509">
                              <w:marLeft w:val="0"/>
                              <w:marRight w:val="0"/>
                              <w:marTop w:val="0"/>
                              <w:marBottom w:val="0"/>
                              <w:divBdr>
                                <w:top w:val="none" w:sz="0" w:space="0" w:color="auto"/>
                                <w:left w:val="none" w:sz="0" w:space="0" w:color="auto"/>
                                <w:bottom w:val="none" w:sz="0" w:space="0" w:color="auto"/>
                                <w:right w:val="none" w:sz="0" w:space="0" w:color="auto"/>
                              </w:divBdr>
                              <w:divsChild>
                                <w:div w:id="158579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83649">
      <w:bodyDiv w:val="1"/>
      <w:marLeft w:val="0"/>
      <w:marRight w:val="0"/>
      <w:marTop w:val="0"/>
      <w:marBottom w:val="0"/>
      <w:divBdr>
        <w:top w:val="none" w:sz="0" w:space="0" w:color="auto"/>
        <w:left w:val="none" w:sz="0" w:space="0" w:color="auto"/>
        <w:bottom w:val="none" w:sz="0" w:space="0" w:color="auto"/>
        <w:right w:val="none" w:sz="0" w:space="0" w:color="auto"/>
      </w:divBdr>
    </w:div>
    <w:div w:id="849872087">
      <w:bodyDiv w:val="1"/>
      <w:marLeft w:val="0"/>
      <w:marRight w:val="0"/>
      <w:marTop w:val="0"/>
      <w:marBottom w:val="0"/>
      <w:divBdr>
        <w:top w:val="none" w:sz="0" w:space="0" w:color="auto"/>
        <w:left w:val="none" w:sz="0" w:space="0" w:color="auto"/>
        <w:bottom w:val="none" w:sz="0" w:space="0" w:color="auto"/>
        <w:right w:val="none" w:sz="0" w:space="0" w:color="auto"/>
      </w:divBdr>
    </w:div>
    <w:div w:id="867570245">
      <w:bodyDiv w:val="1"/>
      <w:marLeft w:val="0"/>
      <w:marRight w:val="0"/>
      <w:marTop w:val="0"/>
      <w:marBottom w:val="0"/>
      <w:divBdr>
        <w:top w:val="none" w:sz="0" w:space="0" w:color="auto"/>
        <w:left w:val="none" w:sz="0" w:space="0" w:color="auto"/>
        <w:bottom w:val="none" w:sz="0" w:space="0" w:color="auto"/>
        <w:right w:val="none" w:sz="0" w:space="0" w:color="auto"/>
      </w:divBdr>
    </w:div>
    <w:div w:id="927810230">
      <w:bodyDiv w:val="1"/>
      <w:marLeft w:val="0"/>
      <w:marRight w:val="0"/>
      <w:marTop w:val="0"/>
      <w:marBottom w:val="0"/>
      <w:divBdr>
        <w:top w:val="none" w:sz="0" w:space="0" w:color="auto"/>
        <w:left w:val="none" w:sz="0" w:space="0" w:color="auto"/>
        <w:bottom w:val="none" w:sz="0" w:space="0" w:color="auto"/>
        <w:right w:val="none" w:sz="0" w:space="0" w:color="auto"/>
      </w:divBdr>
    </w:div>
    <w:div w:id="934019718">
      <w:bodyDiv w:val="1"/>
      <w:marLeft w:val="0"/>
      <w:marRight w:val="0"/>
      <w:marTop w:val="0"/>
      <w:marBottom w:val="0"/>
      <w:divBdr>
        <w:top w:val="none" w:sz="0" w:space="0" w:color="auto"/>
        <w:left w:val="none" w:sz="0" w:space="0" w:color="auto"/>
        <w:bottom w:val="none" w:sz="0" w:space="0" w:color="auto"/>
        <w:right w:val="none" w:sz="0" w:space="0" w:color="auto"/>
      </w:divBdr>
    </w:div>
    <w:div w:id="947351675">
      <w:bodyDiv w:val="1"/>
      <w:marLeft w:val="0"/>
      <w:marRight w:val="0"/>
      <w:marTop w:val="0"/>
      <w:marBottom w:val="0"/>
      <w:divBdr>
        <w:top w:val="none" w:sz="0" w:space="0" w:color="auto"/>
        <w:left w:val="none" w:sz="0" w:space="0" w:color="auto"/>
        <w:bottom w:val="none" w:sz="0" w:space="0" w:color="auto"/>
        <w:right w:val="none" w:sz="0" w:space="0" w:color="auto"/>
      </w:divBdr>
    </w:div>
    <w:div w:id="1125855245">
      <w:bodyDiv w:val="1"/>
      <w:marLeft w:val="0"/>
      <w:marRight w:val="0"/>
      <w:marTop w:val="0"/>
      <w:marBottom w:val="0"/>
      <w:divBdr>
        <w:top w:val="none" w:sz="0" w:space="0" w:color="auto"/>
        <w:left w:val="none" w:sz="0" w:space="0" w:color="auto"/>
        <w:bottom w:val="none" w:sz="0" w:space="0" w:color="auto"/>
        <w:right w:val="none" w:sz="0" w:space="0" w:color="auto"/>
      </w:divBdr>
    </w:div>
    <w:div w:id="1249772738">
      <w:bodyDiv w:val="1"/>
      <w:marLeft w:val="0"/>
      <w:marRight w:val="0"/>
      <w:marTop w:val="0"/>
      <w:marBottom w:val="0"/>
      <w:divBdr>
        <w:top w:val="none" w:sz="0" w:space="0" w:color="auto"/>
        <w:left w:val="none" w:sz="0" w:space="0" w:color="auto"/>
        <w:bottom w:val="none" w:sz="0" w:space="0" w:color="auto"/>
        <w:right w:val="none" w:sz="0" w:space="0" w:color="auto"/>
      </w:divBdr>
    </w:div>
    <w:div w:id="1281455985">
      <w:bodyDiv w:val="1"/>
      <w:marLeft w:val="0"/>
      <w:marRight w:val="0"/>
      <w:marTop w:val="0"/>
      <w:marBottom w:val="0"/>
      <w:divBdr>
        <w:top w:val="none" w:sz="0" w:space="0" w:color="auto"/>
        <w:left w:val="none" w:sz="0" w:space="0" w:color="auto"/>
        <w:bottom w:val="none" w:sz="0" w:space="0" w:color="auto"/>
        <w:right w:val="none" w:sz="0" w:space="0" w:color="auto"/>
      </w:divBdr>
    </w:div>
    <w:div w:id="1696924301">
      <w:bodyDiv w:val="1"/>
      <w:marLeft w:val="0"/>
      <w:marRight w:val="0"/>
      <w:marTop w:val="0"/>
      <w:marBottom w:val="0"/>
      <w:divBdr>
        <w:top w:val="none" w:sz="0" w:space="0" w:color="auto"/>
        <w:left w:val="none" w:sz="0" w:space="0" w:color="auto"/>
        <w:bottom w:val="none" w:sz="0" w:space="0" w:color="auto"/>
        <w:right w:val="none" w:sz="0" w:space="0" w:color="auto"/>
      </w:divBdr>
    </w:div>
    <w:div w:id="1758019936">
      <w:bodyDiv w:val="1"/>
      <w:marLeft w:val="0"/>
      <w:marRight w:val="0"/>
      <w:marTop w:val="0"/>
      <w:marBottom w:val="0"/>
      <w:divBdr>
        <w:top w:val="none" w:sz="0" w:space="0" w:color="auto"/>
        <w:left w:val="none" w:sz="0" w:space="0" w:color="auto"/>
        <w:bottom w:val="none" w:sz="0" w:space="0" w:color="auto"/>
        <w:right w:val="none" w:sz="0" w:space="0" w:color="auto"/>
      </w:divBdr>
    </w:div>
    <w:div w:id="1792243587">
      <w:bodyDiv w:val="1"/>
      <w:marLeft w:val="0"/>
      <w:marRight w:val="0"/>
      <w:marTop w:val="0"/>
      <w:marBottom w:val="0"/>
      <w:divBdr>
        <w:top w:val="none" w:sz="0" w:space="0" w:color="auto"/>
        <w:left w:val="none" w:sz="0" w:space="0" w:color="auto"/>
        <w:bottom w:val="none" w:sz="0" w:space="0" w:color="auto"/>
        <w:right w:val="none" w:sz="0" w:space="0" w:color="auto"/>
      </w:divBdr>
    </w:div>
    <w:div w:id="1980723227">
      <w:bodyDiv w:val="1"/>
      <w:marLeft w:val="0"/>
      <w:marRight w:val="0"/>
      <w:marTop w:val="0"/>
      <w:marBottom w:val="0"/>
      <w:divBdr>
        <w:top w:val="none" w:sz="0" w:space="0" w:color="auto"/>
        <w:left w:val="none" w:sz="0" w:space="0" w:color="auto"/>
        <w:bottom w:val="none" w:sz="0" w:space="0" w:color="auto"/>
        <w:right w:val="none" w:sz="0" w:space="0" w:color="auto"/>
      </w:divBdr>
    </w:div>
    <w:div w:id="2048870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skildabidrag@srf.nu" TargetMode="External"/><Relationship Id="rId18" Type="http://schemas.openxmlformats.org/officeDocument/2006/relationships/image" Target="media/image3.png"/><Relationship Id="rId26" Type="http://schemas.openxmlformats.org/officeDocument/2006/relationships/hyperlink" Target="mailto:go@srf.nu"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srf.nu/var-verksamhet/stipendier-och-fonder/lars-norrmans-fond/ansokan-lars-norrmans-fond/" TargetMode="External"/><Relationship Id="rId17" Type="http://schemas.openxmlformats.org/officeDocument/2006/relationships/customXml" Target="ink/ink2.xml"/><Relationship Id="rId25" Type="http://schemas.openxmlformats.org/officeDocument/2006/relationships/footer" Target="footer3.xml"/><Relationship Id="rId33" Type="http://schemas.openxmlformats.org/officeDocument/2006/relationships/image" Target="cid:image001.png@01D5C6EB.E7415390"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skildabidrag@srf.nu" TargetMode="External"/><Relationship Id="rId24" Type="http://schemas.openxmlformats.org/officeDocument/2006/relationships/header" Target="header3.xml"/><Relationship Id="rId32" Type="http://schemas.openxmlformats.org/officeDocument/2006/relationships/image" Target="media/image5.png"/><Relationship Id="rId37"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footer" Target="footer2.xml"/><Relationship Id="rId28" Type="http://schemas.openxmlformats.org/officeDocument/2006/relationships/hyperlink" Target="mailto:info@srf.nu" TargetMode="External"/><Relationship Id="rId36" Type="http://schemas.openxmlformats.org/officeDocument/2006/relationships/fontTable" Target="fontTable.xml"/><Relationship Id="rId10" Type="http://schemas.openxmlformats.org/officeDocument/2006/relationships/hyperlink" Target="https://www.srf.nu/var-verksamhet/stipendier-och-fonder/lars-norrmans-fond/" TargetMode="External"/><Relationship Id="rId19" Type="http://schemas.openxmlformats.org/officeDocument/2006/relationships/hyperlink" Target="about:blank" TargetMode="External"/><Relationship Id="rId31" Type="http://schemas.openxmlformats.org/officeDocument/2006/relationships/image" Target="cid:image001.png@01D5C6EB.E7415390" TargetMode="External"/><Relationship Id="rId4" Type="http://schemas.openxmlformats.org/officeDocument/2006/relationships/settings" Target="settings.xml"/><Relationship Id="rId9" Type="http://schemas.openxmlformats.org/officeDocument/2006/relationships/hyperlink" Target="https://www.srf.nu/var-verksamhet/srf-go/resekatalog-mars-juli-2025/skraddarsy-egen-resa/" TargetMode="External"/><Relationship Id="rId14" Type="http://schemas.openxmlformats.org/officeDocument/2006/relationships/customXml" Target="ink/ink1.xml"/><Relationship Id="rId22" Type="http://schemas.openxmlformats.org/officeDocument/2006/relationships/footer" Target="footer1.xml"/><Relationship Id="rId27" Type="http://schemas.openxmlformats.org/officeDocument/2006/relationships/image" Target="media/image2.wmf"/><Relationship Id="rId30" Type="http://schemas.openxmlformats.org/officeDocument/2006/relationships/image" Target="media/image4.png"/><Relationship Id="rId35" Type="http://schemas.openxmlformats.org/officeDocument/2006/relationships/image" Target="media/image7.jpeg"/><Relationship Id="rId8"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14:23:48.25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33 0,'-6'0,"-7"11,-1 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14:23:47.66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16</Pages>
  <Words>4342</Words>
  <Characters>23017</Characters>
  <Application>Microsoft Office Word</Application>
  <DocSecurity>0</DocSecurity>
  <Lines>191</Lines>
  <Paragraphs>54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27305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Rebecca Lundholm</cp:lastModifiedBy>
  <cp:revision>26</cp:revision>
  <cp:lastPrinted>2025-06-02T11:55:00Z</cp:lastPrinted>
  <dcterms:created xsi:type="dcterms:W3CDTF">2025-05-28T15:28:00Z</dcterms:created>
  <dcterms:modified xsi:type="dcterms:W3CDTF">2025-06-02T13:02:00Z</dcterms:modified>
  <cp:category/>
</cp:coreProperties>
</file>